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اصل معیار ها و معیار های نامطلوب</w:t>
      </w:r>
    </w:p>
    <w:tbl>
      <w:tblPr>
        <w:tblStyle w:val="TableGrid"/>
        <w:tblW w:type="auto" w:w="0"/>
        <w:tblLook w:firstColumn="1" w:firstRow="1" w:lastColumn="0" w:lastRow="0" w:noHBand="0" w:noVBand="1" w:val="04A0"/>
      </w:tblPr>
      <w:tblGrid>
        <w:gridCol w:w="4320"/>
        <w:gridCol w:w="4320"/>
      </w:tblGrid>
      <w:tr>
        <w:tc>
          <w:tcPr>
            <w:tcW w:type="dxa" w:w="4320"/>
          </w:tcPr>
          <w:p>
            <w:r>
              <w:t>معیار</w:t>
            </w:r>
          </w:p>
        </w:tc>
        <w:tc>
          <w:tcPr>
            <w:tcW w:type="dxa" w:w="4320"/>
          </w:tcPr>
          <w:p>
            <w:r>
              <w:t>معیار مخالف</w:t>
            </w:r>
          </w:p>
        </w:tc>
      </w:tr>
      <w:tr>
        <w:tc>
          <w:tcPr>
            <w:tcW w:type="dxa" w:w="4320"/>
          </w:tcPr>
          <w:p>
            <w:r>
              <w:t>معیار اصلی: • انگیزه حضور فرد در سازمان بر اساس انگیزه «ایمانی، خودسازی تعاون بر نیکی و یاریگری و نصرت دیگران» است.</w:t>
              <w:br/>
              <w:t xml:space="preserve">توضیحات برگرفته از منابع: </w:t>
              <w:br/>
              <w:t>منبع: بیانات در اجتماع زائران و مجاوران حرم مطهر رضوی</w:t>
              <w:b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br/>
              <w:t>منبع: بیانات در دیدار مردم آذربایجان شرقی</w:t>
              <w:b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مراسم بیست‌ و سومین سالگرد رحلت امام خمینی (رحمه‌الله)</w:t>
              <w:b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br/>
              <w:t>منبع: انتصاب حجت الاسلام موسی پور به مدیریت شورای هماهنگی تبلیغات اسلامی</w:t>
              <w:b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br/>
              <w:t>منبع: کتاب تشکیلات بهشتی (ص 6)</w:t>
              <w:b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br/>
              <w:t>منبع: کتاب تشکیلات بهشتی (ص 203)</w:t>
              <w:br/>
              <w:t>متن: تشکل باید سازنده ما، آسان کننده خودسازی برای ما و کمک به سیر الی الله برای شرکت کنندگان در این تشکل باشد.</w:t>
              <w:br/>
              <w:t>منبع: کتاب تشکیلات بهشتی (ص 39 و 40)</w:t>
              <w:b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br/>
              <w:t>منبع: کتاب تشکیلات بهشتی (ص12)</w:t>
              <w:b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br/>
              <w:t>منبع: کتاب تشکیلات بهشتی (ص16)</w:t>
              <w:b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br/>
              <w:t>منبع: کتاب تشکیلات بهشتی (ص52)</w:t>
              <w:b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br/>
              <w:t>منبع: کتاب تشکیلات بهشتی (ص13)</w:t>
              <w:b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br/>
              <w:t>منبع: کتاب تشکیلات بهشتی (ص 203)</w:t>
              <w:b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br/>
              <w:br/>
              <w:t>معیار معکوس : • انگیزه حضور فرد در سازمان، سلطه بر دیگران یا حرص و طمع است. انگیزه حضور فدر در سازمان، خودشیفتگی، اشرافیگری، لذت جوئی، فکر جمع آوری زخارف دنیا.• عدم سازماندهی نیروهای مردمی و جهادی ترجیح دیوان سارلاری فرسوده بر مدیریت جهادی• وابسته کردن نیروهای جهادی به برنامه و حمایت بنیاد</w:t>
            </w:r>
          </w:p>
        </w:tc>
        <w:tc>
          <w:tcPr>
            <w:tcW w:type="dxa" w:w="4320"/>
          </w:tcPr>
          <w:p>
            <w:r>
              <w:t>**معیار برای تشخیص:** انگیزه حضور فرد در سازمان، سلطه بر دیگران یا حرص و طمع است. انگیزه حضور فرد در سازمان، خودشیفتگی، اشرافیگری، لذت‌جویی، فکر جمع‌آوری زخارف دنیا.</w:t>
              <w:br/>
              <w:br/>
              <w:t xml:space="preserve">**توضیحات معیار:**  </w:t>
              <w:br/>
              <w:t>برای ارزیابی و تحلیل حضور افراد در سازمان، توجه به موارد زیر الزامی است که نشان‌دهنده انگیزه‌های غیرمؤثر در فعالیت‌ها هستند:</w:t>
              <w:br/>
              <w:br/>
              <w:t>1. **سلطه بر دیگران:** این مفهوم به تمایل فرد به کنترل و تسلط بر محیط و دیگران اشاره دارد. افرادی که این انگیزه را دارند، معمولاً به روابط انسانی توجهی نداشته و تمرکزشان بر کسب قدرت و اقتدار است.</w:t>
              <w:br/>
              <w:br/>
              <w:t>2. **حرص و طمع:** این ویژگی به نگرش فرد بر اساس منافع شخصی و لذت‌جویی از به دست‌آوری دارایی‌ها و امکانات اشاره دارد. افراد دیوان‌سالاری که به طمع و حرص دچارند، در فعالیت‌های اجتماعی و سازمانی اهداف مشترک را نادیده می‌گیرند.</w:t>
              <w:br/>
              <w:br/>
              <w:t>3. **خودشیفتگی:** این مفهوم به خودمحوری و تمرکز بیش از حد فرد بر خود و نیازهای شخصی اشاره دارد. افرادی که دچار خودشیفتگی هستند، به پیشرفت خود و منافع شخصی اهمیت بیشتری می‌دهند و به دیگران توجه نمی‌کنند.</w:t>
              <w:br/>
              <w:br/>
              <w:t>4. **اشرافیگری:** این ویژگی به تمایل به انجام فعالیت‌ها و زندگی در سطوح بالای اجتماعی و اقتصادی، معمولاً با اتکا به ثروت و امکانات خاص اشاره دارد. این نوع رفتار باعث می‌شود فرد در فعالیت‌ها به اصول انسانی و اخلاقی بی‌توجه باشد.</w:t>
              <w:br/>
              <w:br/>
              <w:t>5. **لذت‌جویی:** این مفهوم به جست‌وجو برای کسب لذتی فوری و کوتاه‌مدت اشاره دارد که ممکن است با نتیجه‌های اجتماعی یا اخلاقی در تناقض باشد. افرادی که بر اساس لذت‌جویی عمل می‌کنند، توجهی به تأثیرات مثبت یا منفی فعالیت‌های خود بر دیگران ندارند.</w:t>
              <w:br/>
              <w:br/>
              <w:t>6. **فکر بر جمع‌آوری زخارف دنیا:** این ویژگی بیانگر تمایلات مادی فرد به انباشت و جمع‌آوری اموال و دارایی‌ها به‌منظور تأمین آسایش شخصی خود است. چنین نگرشی می‌تواند مانع از توجه به مسئولیت‌های اجتماعی و همیاری با دیگران شود.</w:t>
              <w:br/>
              <w:br/>
              <w:t>با توجه به این مفاهیم، می‌توان به تحلیل و ارزیابی حضور افراد در سازمان پرداخت و تشخیص داد که آیا آنها با انگیزه‌های غیرمؤثر مشارکت می‌کنند یا خیر.</w:t>
            </w:r>
          </w:p>
        </w:tc>
      </w:tr>
      <w:tr>
        <w:tc>
          <w:tcPr>
            <w:tcW w:type="dxa" w:w="4320"/>
          </w:tcPr>
          <w:p>
            <w:r>
              <w:t>معیار اصلی: • سازماندهی جهادی بر اساس: کار برای خدا، اخلاص، تلاش خستگی ناپذیر، عالمانه، باتدبیر، کارآمد.</w:t>
              <w:br/>
              <w:t xml:space="preserve">توضیحات برگرفته از منابع: </w:t>
              <w:br/>
              <w:t>منبع: بیانات در اجتماع زائران و مجاوران حرم مطهر رضوی</w:t>
              <w:b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br/>
              <w:t>منبع: بیانات در دیدار مردم آذربایجان شرقی</w:t>
              <w:b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مراسم بیست‌ و سومین سالگرد رحلت امام خمینی (رحمه‌الله)</w:t>
              <w:b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br/>
              <w:t>منبع: انتصاب حجت الاسلام موسی پور به مدیریت شورای هماهنگی تبلیغات اسلامی</w:t>
              <w:b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br/>
              <w:t>منبع: کتاب تشکیلات بهشتی (ص 6)</w:t>
              <w:b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br/>
              <w:t>منبع: کتاب تشکیلات بهشتی (ص 203)</w:t>
              <w:br/>
              <w:t>متن: تشکل باید سازنده ما، آسان کننده خودسازی برای ما و کمک به سیر الی الله برای شرکت کنندگان در این تشکل باشد.</w:t>
              <w:br/>
              <w:t>منبع: کتاب تشکیلات بهشتی (ص 39 و 40)</w:t>
              <w:b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br/>
              <w:t>منبع: کتاب تشکیلات بهشتی (ص12)</w:t>
              <w:b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br/>
              <w:t>منبع: کتاب تشکیلات بهشتی (ص16)</w:t>
              <w:b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br/>
              <w:t>منبع: کتاب تشکیلات بهشتی (ص52)</w:t>
              <w:b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br/>
              <w:t>منبع: کتاب تشکیلات بهشتی (ص13)</w:t>
              <w:b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br/>
              <w:t>منبع: کتاب تشکیلات بهشتی (ص 203)</w:t>
              <w:b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br/>
              <w:br/>
              <w:t>معیار معکوس : • انگیزه حضور فرد در سازمان، سلطه بر دیگران یا حرص و طمع است. انگیزه حضور فدر در سازمان، خودشیفتگی، اشرافیگری، لذت جوئی، فکر جمع آوری زخارف دنیا.• عدم سازماندهی نیروهای مردمی و جهادی ترجیح دیوان سارلاری فرسوده بر مدیریت جهادی• وابسته کردن نیروهای جهادی به برنامه و حمایت بنیاد</w:t>
            </w:r>
          </w:p>
        </w:tc>
        <w:tc>
          <w:tcPr>
            <w:tcW w:type="dxa" w:w="4320"/>
          </w:tcPr>
          <w:p>
            <w:r>
              <w:t>### معیار برای تشخیص</w:t>
              <w:br/>
              <w:t>• انگیزه حضور فرد در سازمان، سلطه بر دیگران یا حرص و طمع است. انگیزه حضور فرد در سازمان، خودشیفتگی، اشرافیگری، لذت‌جویی، فکر جمع‌آوری زخارف دنیا. • عدم سازماندهی نیروهای مردمی و جهادی ترجیح دیوان‌سالاری فرسوده بر مدیریت جهادی • وابسته کردن نیروهای جهادی به برنامه و حمایت بنیاد</w:t>
              <w:br/>
              <w:br/>
              <w:t>### توضیحات معیار</w:t>
              <w:br/>
              <w:t>1. **سلطه بر دیگران**: این مفهوم به معنای تلاش برای به دست آوردن کنترل یا برتری بر دیگران با هدف دریافت منافع شخصی است. در فعالیت‌های اجتماعی و جهادی، این ویژگی با روحیه همکاری و جمع‌گرایی در تضاد است.</w:t>
              <w:br/>
              <w:br/>
              <w:t xml:space="preserve">2. **حرص و طمع**: انگیزه‌های مادی و تلاش برای کسب ثروت یا موقعیت برتر می‌تواند بر تصمیم‌گیری‌ها تأثیر منفی بگذارد و اهداف انسانی و اجتماعی را دچار انحراف کند. </w:t>
              <w:br/>
              <w:br/>
              <w:t>3. **خودشیفتگی**: در این شرایط، فرد به جای تمرکز بر نیازهای دیگران، بر خود و خواسته‌های شخصی‌اش تمرکز دارد. این ویژگی معمولاً با کمبود همدلی و توجه به دیگران همراه است.</w:t>
              <w:br/>
              <w:br/>
              <w:t xml:space="preserve">4. **اشرافیگری**: به معنای تمایل به زندگی در لوکس و تجملاتی است که ممکن است با رشد فردی و خدمات اجتماعی در تضاد باشد. </w:t>
              <w:br/>
              <w:br/>
              <w:t>5. **لذت‌جویی**: این ویژگی به گرایش به جستجوی لذت‌های فوری و موقتی اشاره دارد که می‌تواند منجر به غفلت از مسئولیت‌های اجتماعی و انسانی شود.</w:t>
              <w:br/>
              <w:br/>
              <w:t>6. **عدم سازماندهی نیروهای مردمی و جهادی**: این مفهوم نشان‌دهنده فقدان ساختار و هماهنگی در فعالیت‌های اجتماعی است که می‌تواند منجر به ناکامی در تحقق اهداف جمعی گردد.</w:t>
              <w:br/>
              <w:br/>
              <w:t>7. **وابسته کردن نیروهای جهادی به برنامه و حمایت بنیاد**: این ویژگی به معنای ایجاد وابستگی به منابع و حمایت‌های بیرونی است که می‌تواند استقلال و خودکفایی نیروهای جهادی را تحت‌الشعاع قرار دهد.</w:t>
            </w:r>
          </w:p>
        </w:tc>
      </w:tr>
      <w:tr>
        <w:tc>
          <w:tcPr>
            <w:tcW w:type="dxa" w:w="4320"/>
          </w:tcPr>
          <w:p>
            <w:r>
              <w:t>معیار اصلی: • نقش رهبری در سازمان تحفظ بر اهداف سازمان و تأمین هماهنگی و سرعت تصمیم گیری و اقدام لازم است.</w:t>
              <w:br/>
              <w:t xml:space="preserve">توضیحات برگرفته از منابع: </w:t>
              <w:br/>
              <w:t>منبع: بیانات در اجتماع زائران و مجاوران حرم مطهر رضوی</w:t>
              <w:b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br/>
              <w:t>منبع: بیانات در دیدار مردم آذربایجان شرقی</w:t>
              <w:b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مراسم بیست‌ و سومین سالگرد رحلت امام خمینی (رحمه‌الله)</w:t>
              <w:b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br/>
              <w:t>منبع: انتصاب حجت الاسلام موسی پور به مدیریت شورای هماهنگی تبلیغات اسلامی</w:t>
              <w:b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br/>
              <w:t>منبع: کتاب تشکیلات بهشتی (ص 6)</w:t>
              <w:b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br/>
              <w:t>منبع: کتاب تشکیلات بهشتی (ص 203)</w:t>
              <w:br/>
              <w:t>متن: تشکل باید سازنده ما، آسان کننده خودسازی برای ما و کمک به سیر الی الله برای شرکت کنندگان در این تشکل باشد.</w:t>
              <w:br/>
              <w:t>منبع: کتاب تشکیلات بهشتی (ص 39 و 40)</w:t>
              <w:b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br/>
              <w:t>منبع: کتاب تشکیلات بهشتی (ص12)</w:t>
              <w:b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br/>
              <w:t>منبع: کتاب تشکیلات بهشتی (ص16)</w:t>
              <w:b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br/>
              <w:t>منبع: کتاب تشکیلات بهشتی (ص52)</w:t>
              <w:b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br/>
              <w:t>منبع: کتاب تشکیلات بهشتی (ص13)</w:t>
              <w:b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br/>
              <w:t>منبع: کتاب تشکیلات بهشتی (ص 203)</w:t>
              <w:b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br/>
              <w:br/>
              <w:t>معیار معکوس : • انگیزه حضور فرد در سازمان، سلطه بر دیگران یا حرص و طمع است. انگیزه حضور فدر در سازمان، خودشیفتگی، اشرافیگری، لذت جوئی، فکر جمع آوری زخارف دنیا.• عدم سازماندهی نیروهای مردمی و جهادی ترجیح دیوان سارلاری فرسوده بر مدیریت جهادی• وابسته کردن نیروهای جهادی به برنامه و حمایت بنیاد</w:t>
            </w:r>
          </w:p>
        </w:tc>
        <w:tc>
          <w:tcPr>
            <w:tcW w:type="dxa" w:w="4320"/>
          </w:tcPr>
          <w:p>
            <w:r>
              <w:t xml:space="preserve">**معیار برای تشخیص**: انگیزه حضور فرد در سازمان، سلطه بر دیگران یا حرص و طمع است. </w:t>
              <w:br/>
              <w:br/>
              <w:t xml:space="preserve">**توضیحات معیار**: </w:t>
              <w:br/>
              <w:t>برای ارزیابی میزان تناقض فعالیت‌ها یا رفتارهای افراد در سازمان نسبت به ویژگی‌های مطلوب رهبری، می‌توان به مفاهیم زیر توجه نمود:</w:t>
              <w:br/>
              <w:br/>
              <w:t>1. **سلطه بر دیگران**: وجود تمایل به تسلط بر اعضای تیم یا جامعه به جای ایجاد هم‌افزایی و تعامل مثبت میان آنها. این رفتار می‌تواند به کاهش همکاری و روحیه تیمی منجر شود.</w:t>
              <w:br/>
              <w:br/>
              <w:t>2. **حرص و طمع**: تمرکز بر منافع شخصی یا مادی به جای توجه به اهداف سازمانی و نیازهای جمعی. این ویژگی ممکن است فرد را به سمت بی‌توجهی به مسئولیت‌های اجتماعی و فرهنگی سوق دهد.</w:t>
              <w:br/>
              <w:br/>
              <w:t>3. **خودشیفتگی**: نگرش متمرکز بر خود که ممکن است باعث عدم توجه به دیگران و نیازهای آنان شود. این رفتار می‌تواند به تضعیف روحیه کار گروهی و ارتباطات مثبت در سازمان بیانجامد.</w:t>
              <w:br/>
              <w:br/>
              <w:t>4. **اشرافیگری**: ترجیح منافع و لذت‌جویی شخصی بر نیازهای جمعی و مبتنی بر اصول اخلاقی. این ویژگی ممکن است به بروز نابرابری و تبعیض در سازمان منجر شود.</w:t>
              <w:br/>
              <w:br/>
              <w:t>5. **فکر جمع‌آوری زخارف دنیا**: تمایل به تمرکز بر ثروت مادی و دستاوردهای دنیوی به جای تعهد به ارزش‌ها و اهداف انسانی و معنوی. این ویژگی می‌تواند باعث حرکت به سمت اصولی غیر از اهداف مشترک در یک سازمان شود.</w:t>
              <w:br/>
              <w:br/>
              <w:t>6. **عدم سازماندهی نیروهای مردمی و جهادی**: ناتوانی در ایجاد و بهره‌مندی از ظرفیت‌های مردمی و جهادی به نفع جامعه و اهداف متعالی، که ممکن است منجر به ضعف در مدیریت و تصمیم‌گیری‌های کلان گردد.</w:t>
              <w:br/>
              <w:br/>
              <w:t>7. **وابسته کردن نیروهای جهادی به برنامه و حمایت بنیاد**: نگرش به نیروهای جهادی به عنوان افرادی وابسته به برنامه‌های خارجی یا حمایتی، که ممکن است از استقلال و خلاقیت آنها بکاهد.</w:t>
              <w:br/>
              <w:br/>
              <w:t>با توجه به این ویژگی‌ها و رفتارها، می‌توان به ارزیابی رفتارهای افراد در سازمان‌ها و تناقضات آنها با معیارهای مطلوب رهبری پرداخت.</w:t>
            </w:r>
          </w:p>
        </w:tc>
      </w:tr>
      <w:tr>
        <w:tc>
          <w:tcPr>
            <w:tcW w:type="dxa" w:w="4320"/>
          </w:tcPr>
          <w:p>
            <w:r>
              <w:t>معیار اصلی: • طراحی برنامه و عملیات در سازمان بر اساس ابداع و خلاقیت هماهنگ و به هم پیوسته اعضای سازمان می باشد</w:t>
              <w:br/>
              <w:t xml:space="preserve">توضیحات برگرفته از منابع: </w:t>
              <w:br/>
              <w:t>منبع: بیانات در اجتماع زائران و مجاوران حرم مطهر رضوی</w:t>
              <w:b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br/>
              <w:t>منبع: بیانات در دیدار مردم آذربایجان شرقی</w:t>
              <w:b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مراسم بیست‌ و سومین سالگرد رحلت امام خمینی (رحمه‌الله)</w:t>
              <w:b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br/>
              <w:t>منبع: انتصاب حجت الاسلام موسی پور به مدیریت شورای هماهنگی تبلیغات اسلامی</w:t>
              <w:b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br/>
              <w:t>منبع: کتاب تشکیلات بهشتی (ص 6)</w:t>
              <w:b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br/>
              <w:t>منبع: کتاب تشکیلات بهشتی (ص 203)</w:t>
              <w:br/>
              <w:t>متن: تشکل باید سازنده ما، آسان کننده خودسازی برای ما و کمک به سیر الی الله برای شرکت کنندگان در این تشکل باشد.</w:t>
              <w:br/>
              <w:t>منبع: کتاب تشکیلات بهشتی (ص 39 و 40)</w:t>
              <w:b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br/>
              <w:t>منبع: کتاب تشکیلات بهشتی (ص12)</w:t>
              <w:b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br/>
              <w:t>منبع: کتاب تشکیلات بهشتی (ص16)</w:t>
              <w:b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br/>
              <w:t>منبع: کتاب تشکیلات بهشتی (ص52)</w:t>
              <w:b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br/>
              <w:t>منبع: کتاب تشکیلات بهشتی (ص13)</w:t>
              <w:b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br/>
              <w:t>منبع: کتاب تشکیلات بهشتی (ص 203)</w:t>
              <w:b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br/>
              <w:br/>
              <w:t>معیار معکوس : • انگیزه حضور فرد در سازمان، سلطه بر دیگران یا حرص و طمع است. انگیزه حضور فدر در سازمان، خودشیفتگی، اشرافیگری، لذت جوئی، فکر جمع آوری زخارف دنیا.• عدم سازماندهی نیروهای مردمی و جهادی ترجیح دیوان سارلاری فرسوده بر مدیریت جهادی• وابسته کردن نیروهای جهادی به برنامه و حمایت بنیاد</w:t>
            </w:r>
          </w:p>
        </w:tc>
        <w:tc>
          <w:tcPr>
            <w:tcW w:type="dxa" w:w="4320"/>
          </w:tcPr>
          <w:p>
            <w:r>
              <w:t>### معیار برای تشخیص</w:t>
              <w:br/>
              <w:t>• انگیزه حضور فرد در سازمان، سلطه بر دیگران یا حرص و طمع است. انگیزه حضور فرد در سازمان، خودشیفتگی، اشرافیگری، لذت‌جویی، فکر جمع‌آوری زخارف دنیا.</w:t>
              <w:br/>
              <w:br/>
              <w:t>### توضیحات معیار</w:t>
              <w:br/>
              <w:t>این معیار بر شرایطی تمرکز دارد که به موجب آن، فعالیت‌های سازمانی به دلیل انگیزه‌های غیرعادلانه و خودخواهانه دچار کاهش کارآیی می‌شوند. مفاهیم کلیدی مرتبط با این معیار شامل:</w:t>
              <w:br/>
              <w:br/>
              <w:t>1. **سلطه بر دیگران**: زمانی که افراد به‌جای همکاری و اشتراک‌گذاری ایده‌ها، تمرکز خود را بر کنترل و تسلط بر اعضای دیگر قرار می‌دهند، این امر می‌تواند مانع از ابداع و خلاقیت در سازمان شود.</w:t>
              <w:br/>
              <w:br/>
              <w:t>2. **حرص و طمع**: رویکردی که در آن اعضای سازمان به کسب منافع فردی و مادی بیش از هر چیز دیگر اهمیت می‌دهند، می‌تواند به آسیب به روح جمعی و کاهش انگیزه‌های گروهی منجر شود.</w:t>
              <w:br/>
              <w:br/>
              <w:t>3. **خودشیفتگی**: اولویت دادن به منافع شخصی و دستاوردهای فردی به‌جای توجه به هدف‌های مشترک و مأموریت‌های کلان سازمان، می‌تواند باعث بروز ناهمگونی و تضعیف روحیه همکاری شود.</w:t>
              <w:br/>
              <w:br/>
              <w:t>4. **اشرافیگری**: تمایل به زندگی لوکس و جمع‌آوری ثروت و تجمل در برابر توجه به نیازهای جمع و توسعه پایدار، می‌تواند به عدم استقبال از نوآوری و خلاقیت‌های جمعی منجر شود.</w:t>
              <w:br/>
              <w:br/>
              <w:t>5. **لذت‌جویی**: تمرکز بر لذت‌های شخصی و غفلت از تعهدات اجتماعی و سازمانی، می‌تواند به از بین رفتن روحیه جهادی و همکاری‌های مستمر در سازمان اثر منفی بگذارد.</w:t>
              <w:br/>
              <w:br/>
              <w:t>6. **جمع‌آوری زخارف دنیا**: گرایش به انباشت اموال و منابع به‌منظور ایجاد موقعیت اجتماعی بالاتر در قانونی به روحیه جمعی و همبستگی در سازمان آسیب می‌رساند.</w:t>
            </w:r>
          </w:p>
        </w:tc>
      </w:tr>
      <w:tr>
        <w:tc>
          <w:tcPr>
            <w:tcW w:type="dxa" w:w="4320"/>
          </w:tcPr>
          <w:p>
            <w:r>
              <w:t>معیار اصلی: • سازمان جهادی برآمده از مردم، برای مردم و با مردم باست</w:t>
              <w:br/>
              <w:t xml:space="preserve">توضیحات برگرفته از منابع: </w:t>
              <w:br/>
              <w:t>منبع: بیانات در اجتماع زائران و مجاوران حرم مطهر رضوی</w:t>
              <w:b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br/>
              <w:t>منبع: بیانات در دیدار مردم آذربایجان شرقی</w:t>
              <w:b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مراسم بیست‌ و سومین سالگرد رحلت امام خمینی (رحمه‌الله)</w:t>
              <w:b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br/>
              <w:t>منبع: انتصاب حجت الاسلام موسی پور به مدیریت شورای هماهنگی تبلیغات اسلامی</w:t>
              <w:b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br/>
              <w:t>منبع: کتاب تشکیلات بهشتی (ص 6)</w:t>
              <w:b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br/>
              <w:t>منبع: کتاب تشکیلات بهشتی (ص 203)</w:t>
              <w:br/>
              <w:t>متن: تشکل باید سازنده ما، آسان کننده خودسازی برای ما و کمک به سیر الی الله برای شرکت کنندگان در این تشکل باشد.</w:t>
              <w:br/>
              <w:t>منبع: کتاب تشکیلات بهشتی (ص 39 و 40)</w:t>
              <w:b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br/>
              <w:t>منبع: کتاب تشکیلات بهشتی (ص12)</w:t>
              <w:b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br/>
              <w:t>منبع: کتاب تشکیلات بهشتی (ص16)</w:t>
              <w:b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br/>
              <w:t>منبع: کتاب تشکیلات بهشتی (ص52)</w:t>
              <w:b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br/>
              <w:t>منبع: کتاب تشکیلات بهشتی (ص13)</w:t>
              <w:b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br/>
              <w:t>منبع: کتاب تشکیلات بهشتی (ص 203)</w:t>
              <w:b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br/>
              <w:br/>
              <w:t>معیار معکوس : • انگیزه حضور فرد در سازمان، سلطه بر دیگران یا حرص و طمع است. انگیزه حضور فدر در سازمان، خودشیفتگی، اشرافیگری، لذت جوئی، فکر جمع آوری زخارف دنیا.• عدم سازماندهی نیروهای مردمی و جهادی ترجیح دیوان سارلاری فرسوده بر مدیریت جهادی• وابسته کردن نیروهای جهادی به برنامه و حمایت بنیاد</w:t>
            </w:r>
          </w:p>
        </w:tc>
        <w:tc>
          <w:tcPr>
            <w:tcW w:type="dxa" w:w="4320"/>
          </w:tcPr>
          <w:p>
            <w:r>
              <w:t>**معیار برای تشخیص:** • انگیزه حضور فرد در سازمان، سلطه بر دیگران یا حرص و طمع باشد.</w:t>
              <w:br/>
              <w:br/>
              <w:t xml:space="preserve">**توضیحات معیار:**  </w:t>
              <w:br/>
              <w:t>این معیار به شرایطی اشاره دارد که در آن، فعالیت یا سازمانی با اصول اخلاقی و اجتماعی مطلوب هم‌خوانی ندارد. مفاهیم اصلی در این زمینه شامل:</w:t>
              <w:br/>
              <w:br/>
              <w:t>1. **سلطه‌طلبی**: انگیزه‌ای که بر اساس نیاز به کنترل یا تسلط بر دیگران شکل می‌گیرد و به جای خدمت به جامعه، به منافع فردی یا گروهی توجه دارد.</w:t>
              <w:br/>
              <w:br/>
              <w:t>2. **حرص و طمع**: جاذبه‌ای است که افرادی را به سمت جمع‌آوری منافع شخصی و مادی سوق می‌دهد و ممکن است به تضعیف همبستگی اجتماعی و اعتماد عمومی منجر شود.</w:t>
              <w:br/>
              <w:br/>
              <w:t>3. **خودشیفتگی**: نگاهی که فرد را بیشتر به خودش و منافع شخصی‌اش مشغول می‌سازد و منجر به غفلت از نیازها و خواسته‌های جامعه می‌شود.</w:t>
              <w:br/>
              <w:br/>
              <w:t>4. **اشرافیگری**: تمایل به استفاده از موقعیت و امکانات برای کسب لذت‌های مادی و زندگی تجملاتی، که ممکن است با اصول عدالت اجتماعی در تضاد باشد.</w:t>
              <w:br/>
              <w:br/>
              <w:t>5. **لذت‌جویی**: رویکردی که بیشتر بر مبنای دستیابی به لذت‌های شخصی و زودگذر است تا بر پایه اهداف بلندمدت، اجتماعی و انسانی.</w:t>
              <w:br/>
              <w:br/>
              <w:t xml:space="preserve">6. **عدم سازماندهی**: شرایطی که در آن نیروهای مردمی و جهادی به شکل منسجم و مؤثر هماهنگ نشده و به جای یکپارچگی، در دیوان‌سالاری‌های فرسوده بلاتکلیف و ناکارآمد می‌مانند. </w:t>
              <w:br/>
              <w:br/>
              <w:t>7. **وابستگی به حمایت بنیاد**: وابستگی به منابع و برنامه‌های مرجعی که ممکن است استقلال عملکردها و تصمیم‌گیری‌های مورد نیاز سازمان‌های جهادی را تحت تأثیر قرار دهد.</w:t>
            </w:r>
          </w:p>
        </w:tc>
      </w:tr>
      <w:tr>
        <w:tc>
          <w:tcPr>
            <w:tcW w:type="dxa" w:w="4320"/>
          </w:tcPr>
          <w:p>
            <w:r>
              <w:t>معیار اصلی: • سازماندهی درون زا و پایدار</w:t>
              <w:br/>
              <w:t xml:space="preserve">توضیحات برگرفته از منابع: </w:t>
              <w:br/>
              <w:t>منبع: بیانات در اجتماع زائران و مجاوران حرم مطهر رضوی</w:t>
              <w:br/>
              <w:t>متن: کار جهادی یعنی کاری که هم در آن تلاش هست، خستگی‌ناپذیری هست، هم اخلاص هست؛ [یعنی] انسان می‌فهمد که برای خودش، برای پُر کردن کیسه‌ی خودش کار نمیکند، دارد برای مردم کار می‌کند، برای خدا کار می‌کند؛ هم این، و هم عالمانه؛ یعنی بنشینند و با موازین علمی، با شیوه‌ی دقیق عالمانه راه‌های صحیح را پیدا کنند؛ هم باسواد باشند، کارآمد باشند، هم امکانات گوناگونی داشته باشند؛ اینها بنشینند کار کنند؛ اقتصاد کشور قطعاً شکوفایی پیدا خواهد کرد.</w:t>
              <w:br/>
              <w:t>منبع: بیانات در دیدار مردم آذربایجان شرقی</w:t>
              <w:br/>
              <w:t>متن: باید مدیریّت جهادی را بر دیوان‌سالاری‌های فرسوده ترجیح بدهیم؛ این یکی از اولویّتهای ما است؛ اصرار بر مدیریّت جهادی. مسئولین کشور در قوّه‌ی مجریّه، در قوّه‌‌‌ی قضائیّه، در بخشهای مختلف، مدیریّت جهادی را دنبال بکنند. مدیریّت جهادی به معنای بی‌انضباطی نیست؛ پُرکاری، با تدبیر حرکت کردن، شب‌وروز نشناختن و دنبال کار را گرفتن، این معنای مدیریّت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مراسم بیست‌ و سومین سالگرد رحلت امام خمینی (رحمه‌الله)</w:t>
              <w:br/>
              <w:t>متن: در راه پیشرفت، توقف ممنوع است؛ خودشگفتی ممنوع است؛ غفلت ممنوع است؛ اشرافیگری ممنوع است؛ لذت‌جوئی ممنوع است؛ به فکر جمع کردن زخارف دنیا افتادن، برای مسئولین ممنوع است. با این ممنوعیتهاست که میتوانیم به قله برسیم. ما داریم در دامنه حرکت میکنیم. ما هنوز به قله نرسیده‌ایم؛ با آن فاصله داریم. آن روزی که ملت ایران به قله برسد، دشمنی‌ها تمام خواهد شد. آن روزی که ملت ایران به قله برسد، معارضه‌های خباثت‌آلود به پایان خواهد رسید. ما تا آن روز فاصله داریم. حرکت را باید بی‌وقفه ادامه دهیم.</w:t>
              <w:br/>
              <w:t>منبع: انتصاب حجت الاسلام موسی پور به مدیریت شورای هماهنگی تبلیغات اسلامی</w:t>
              <w:br/>
              <w:t>متن: توصیه‌ی اینجانب مردمی کردن بزرگداشت‌ها، و فعال کردن مساجد و نهادهای مردمی، و به‌کارگیری ابتکارات و خلاقیت‌های جوانان انقلابی، و طراوت و تازگی بخشیدن به مراسم دینی و انقلابی است. توصیه‌ی دیگر چابک و سبک کردن تشکیلات و زدودن زائده‌ها و فرسودگی‌های آن است.</w:t>
              <w:br/>
              <w:t>منبع: کتاب تشکیلات بهشتی (ص 6)</w:t>
              <w:br/>
              <w:t>متن: تشکیلات وسیله ای است برای بهتر انجام دادن مسئولیت ها و خودسازی و رشد اخلاق دسته جمعی. عوامل لازم برای ایجاد تشکیلات از نظر معنوی ایمان و باور مشترک و از نظر مادی انسان ها هستند.</w:t>
              <w:br/>
              <w:t>منبع: کتاب تشکیلات بهشتی (ص 203)</w:t>
              <w:br/>
              <w:t>متن: تشکل باید سازنده ما، آسان کننده خودسازی برای ما و کمک به سیر الی الله برای شرکت کنندگان در این تشکل باشد.</w:t>
              <w:br/>
              <w:t>منبع: کتاب تشکیلات بهشتی (ص 39 و 40)</w:t>
              <w:br/>
              <w:t>متن: دو نوع مدیریت هست: مدیریتی که اداره شونده ها را در یک مکانیسم قوی قرار می دهد و آنها چون ذراتی با یک مغناطیس نیرومند، اما فاقد آگاهی، به دنبال مدیر حرکت می کنند. این مدیریت در خودر یک جامعه انسانی و اسلامی نیست؛ یک نوع مدیریت هم هست که همیشه به اداره شونده ها میدان می دهد که احساس کنند خودشان دارند فکر می کنند؛ خودشان دارند خلاقیت نشان می دهند؛ خودشان ابتکار و ابداع دارند و خودشان دارند حرکت می کنند؛ اما می دانند که حرکت هایشان باید به هم پیوسته باشد؛ تک نمانند. ایمان آورده اند به اینکه تک ماندن همان و باطل شدن و عاطل شدن و بر ثمر یا کم ثمر شدن همان! این مدیریت پایدارتر است.</w:t>
              <w:br/>
              <w:t>منبع: کتاب تشکیلات بهشتی (ص12)</w:t>
              <w:br/>
              <w:t>متن: ما از همان موقع این تجربه را اندوختیم که این نهضت و انقلاب با حضور همگانی مردم و عوام به سمت در هم شکستن نیروی دشمن جلو می رود ... اما نگه داشت این پیروزی در خط اصیل مبارزه ... شرطش این است که نیرویی سازمان یافته و متشکل، دارای مواضع مشخص و روشن و خطی آینده نگر و برنامه هایی متناسب با نیازها، مسئولیت را برعهده بگیرد و این نیروی متشکل نیرویی باشد متکی به همان مردمی که مبارزه کردند. بنابراین داشتن تشکیلات سیاسی- اجتماعی دارای فرهنگ اصیل انقلاب و مورد اعتماد مردم و برخوردار از پایگاه توده‌ای و مردمی، شرط موفقیت در تداوم یک مبارزه و انقلاب است.</w:t>
              <w:br/>
              <w:t>منبع: کتاب تشکیلات بهشتی (ص16)</w:t>
              <w:br/>
              <w:t>متن: ما به یک تشکیلات نیرومند خلاق هماهنگ مسنجم نیازمند هستم که در آن استعدادها یکدیگر را بیابند؛ محل تلاقی استعدادها، محل شناسایی متقابل استعدادها باشد و در آنجا استعدادها زمینه شکوفایی پیدا کنند و محیطی مناسب برای همکاری هماهنگ پیدا کند.</w:t>
              <w:br/>
              <w:t>منبع: کتاب تشکیلات بهشتی (ص52)</w:t>
              <w:br/>
              <w:t>متن: روشن است که پیروی از اکثریت در مواردی که جای رأی گیری باشد و رأی اکثریت با اصولی که همه اعضا در ابتدا برای کار خود پذیرفته اند، منافات نداشته باشد و گرنه رأی اکثریت اگر بر خلاف اصولی اساسی باشد، ارزشی ندارد ... اگر این رأی موافق همه اصول پذیرفته شده بود ... پایه اساسی برای پیشرفت یک کار جمعی علاوه بر ایمان به هدف، احساس مسئولیت، تسلط بر خویشتن و مبارزه با خودخواهی است.</w:t>
              <w:br/>
              <w:t>منبع: کتاب تشکیلات بهشتی (ص13)</w:t>
              <w:br/>
              <w:t>متن: تشکل احتیاج دارد به ایدئولوژی مشترک، استراتژی مشترک، خط مشی مشترک، نقطه نظرهای مشترک. بدون داشتن این نقاط مشترک و وجوه مشترک که مردم با هم متشکل نمی شوند.</w:t>
              <w:br/>
              <w:t>منبع: کتاب تشکیلات بهشتی (ص 203)</w:t>
              <w:br/>
              <w:t>متن: [شروط تشکل اسلامی:] شرط اول این است که ما تشکیلات پرست نباشیم و خودخواهی تشکیلاتی پیدا نکنیم.(طاغوت) شرط دوم اینکه ممکن است تشکیلات پرست نباشیم؛ اما سرگرم تشکیلات باشیم (لهو) یا سرگرم هم نشویم؛ ولی از خودسازی باز بمانیم؛ شرط سوم اینکه تشکیلات به درد مردم بخورد؛ نه اینکه باری باشد بر دوش این جامعه (لغو)</w:t>
              <w:br/>
              <w:br/>
              <w:t>معیار معکوس : • انگیزه حضور فرد در سازمان، سلطه بر دیگران یا حرص و طمع است. انگیزه حضور فدر در سازمان، خودشیفتگی، اشرافیگری، لذت جوئی، فکر جمع آوری زخارف دنیا.• عدم سازماندهی نیروهای مردمی و جهادی ترجیح دیوان سارلاری فرسوده بر مدیریت جهادی• وابسته کردن نیروهای جهادی به برنامه و حمایت بنیاد</w:t>
            </w:r>
          </w:p>
        </w:tc>
        <w:tc>
          <w:tcPr>
            <w:tcW w:type="dxa" w:w="4320"/>
          </w:tcPr>
          <w:p>
            <w:r>
              <w:t>### معیار برای تشخیص</w:t>
              <w:br/>
              <w:t>• انگیزه حضور فرد در سازمان، سلطه بر دیگران یا حرص و طمع است.</w:t>
              <w:br/>
              <w:br/>
              <w:t>### توضیحات معیار</w:t>
              <w:br/>
              <w:t>انگیزه حضور فرد در سازمان که به سلطه بر دیگران یا حرص و طمع مرتبط است، به شرایطی اشاره دارد که در آن افرادی به دلایل غیر از خدمت به جامعه و اهداف جمعی به فعالیت‌های سازمانی می‌پردازند. این معیار از مفاهیم زیر نشأت می‌گیرد:</w:t>
              <w:br/>
              <w:br/>
              <w:t>1. **خودخواهی و تشکیلات‌پرستی**: وجود انگیزه‌هایی که بر آن اساس افراد به دنبال منافع شخصی و فردی خود هستند و تمایل دارند بر دیگران سلطه پیدا کنند، نشانه‌ای از عدم وجود روحیات جمعی و همدلی در سازمان می‌باشد.</w:t>
              <w:br/>
              <w:br/>
              <w:t>2. **اشرافیگری**: در صورتی که افراد به دنبال لذت‌جویی و جمع‌آوری زخارف دنیا باشند، انگیزه‌های آن‌ها به نوعی با اصول انسانی و مشترک سازمانی در تضاد قرار خواهد گرفت.</w:t>
              <w:br/>
              <w:br/>
              <w:t>3. **عدم توجه به نیازهای واقعی**: نادیده‌گرفتن نیازهای واقعی و انتظارات جامعه، می‌تواند نشان‌دهندهٔ ضعف در روابط انسانی و ساختار اخلاقی در عملکردها باشد.</w:t>
              <w:br/>
              <w:br/>
              <w:t>4. **کمبود مدیریت جهادی**: در صورت ترجیح دیوان‌سالاری بر مدیریت جهادی، میراث‌دار شرایطی سازمانی خواهیم بود که خلاقیت و روح جمعی را تضعیف می‌کند.</w:t>
              <w:br/>
              <w:br/>
              <w:t>5. **وابسته کردن نیروی انسانی به برنامه و حمایت بنیاد**: در صورتی که افراد به برنامه‌ها و حمایت‌های بنیاد وابسته شوند، به نوعی از خودمختاری و خلاقیت لازم در انجام فعالیت‌های اجتماعی و فرهنگی محروم خواهند شد.</w:t>
            </w:r>
          </w:p>
        </w:tc>
      </w:tr>
      <w:tr>
        <w:tc>
          <w:tcPr>
            <w:tcW w:type="dxa" w:w="4320"/>
          </w:tcPr>
          <w:p>
            <w:r>
              <w:t>معیار اصلی: ارائه یک «تصویر مطلوب» برای رشد هماهنگ دانش</w:t>
              <w:br/>
              <w:t xml:space="preserve">توضیحات برگرفته از منابع: </w:t>
              <w:br/>
              <w:t>منبع: بیانات در دیدار قاریان</w:t>
              <w:b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 ... 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br/>
              <w:t>منبع: بیانات در دیدار اساتید دانشگاه ها</w:t>
              <w:br/>
              <w:t>متن: بسیاری از مباحث علوم انسانی، مبتنی بر فلسفه‌‌‌‌‌‌‌‌‌هایی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طلاب مدرسه علمیه آیت الله مجتهدی</w:t>
              <w:br/>
              <w:t>متن: اینكه گفته می‌شود اسلام‌گرایانِ روشن‌فكر و روشن‌بین با تمدن‌غربی مخالفند، خود معاندان غربی نعل واژگونه می‌زنند؛ وانمود می‌كنند این‌ها با علم و پیشرفت مخالفند؛ در حالی كه مخالفت مؤمنِ به اسلام با تمدن غربی به خاطر پیشرفت علمی و مبارزه‌ی با خرافات و علمی كردن همه‌ی روابط اجتماعی نیست؛ به خاطر خلأ معنویت و فضیلت در این مجموعه‌ی دنیایی است ... اما علم بدون هدایت و فضیلت و معنویت و انسانیت، و علم ناظرِ فقط به دنیا و غمض عین از آخرت، نتیجه‌اش همین [خشونت و وحشیگری اخلاقی] است. اول، جلوه‌یی به زندگی می‌بخشد و قدرت و ثروت و زیبایی می‌دهد- «للباطل جولة»- اما آخر قضیه این است؛ و این ادامه پیدا خواهد كرد. شما بدانید وحشیگری اخلاقی جوامع مترقی و متمدنی كه از معنویت بویی نبرده‌اند، روز به روز بیشتر خواهد شد و همین وحشیگری، لغزشگاه بزرگ تمدن غربیِ امروز است و آن‌ها را سرنگون خواهد كرد.</w:t>
              <w:br/>
              <w:t>منبع: بیانات در دیدار نخبگان جوان علمی</w:t>
              <w:br/>
              <w:t>متن: یک عدّه‌ای از غرب‌زده‌ها، از صد سال پیش تبلیغ کردند که اگر میخواهید کشورتان پیشرفته بشود و ایران جلو بیفتد، بایستی بروید در ذیل غرب تعریف بشوید -غرب‌زدگی؛ همان تعبیر غرب‌زدگی که مرحوم آل‌احمد مطرح کرد و نوشت- این فکرِ غلطی بود؛ حالا در مورد بعضی از آن کسانی که این فکر را القا میکردند، خائنانه هم بود، [امّا] بعضی خائنانه نبود، جاهلانه بود. امروز هم هنوز کسانی از دنباله‌های آنها -و باید گفت تفاله‌های آنها- همین فکرها را ترویج میکنند که «ما در ذیل غرب بایستی پیشرفت کنیم»؛ نه، پنجاه سال، کشور در زمان دوران پهلوی در ذیل غرب زندگی کرد؛ پنجاه سال! یک مدّتی در آن اواسطِ رضاخان در ذیل آلمان، بعد یک مدّتی در ذیل آمریکا تا آخر؛ چه پیشرفتی برای کشور حاصل شد؟ جز بدبختی، جز عقب‌افتادگی، جز نابود شدن سرمایه‌های اساسی کشور، چه عاید کشور شد؟ نخیر، در ذیل غرب نمیشود، نمیتوان [پیشرفت کرد]؛ آن‌کسی که این حرف را بزند که کشور در ذیل غرب ممکن است پیشرفت بکند، خائن به کشور است اگر بداند چه میگوید؛ ممکن هم هست جاهل باشد.</w:t>
              <w:br/>
              <w:t>منبع: بیانات در دیدار فرماندهان نیروی هوایی ارتش</w:t>
              <w:br/>
              <w:t>متن: دنیا از غرق شدن در مادیگری سودی نبرد؛ دنیا از رواج دادن آزادی‌های جنسی سودی نبرد؛ بشریت از آنچه که حرکتهای مادی در اروپا به وجود آوردند - رهائی از معنویت، رهائی از قیود الهی - سودی نبرد؛ نه عدالت را تأمین کرد، نه رفاه عمومی را تأمین کرد، نه امنیت را تأمین کرد، نه خانواده را حفظ کرد، نه توانست تربیت نسلهای بعدی را بدرستی انجام دهد؛ در همه‌ی اینها ضرر کردند. بله، یک عده‌ای کمپانی‌دارها، بانکدارها و سازندگان سلاح به آلاف و الوف دست پیدا کردند - اینها بود - اما تمدن مادی غرب دستاورد بشری نداشت، دستاورد انسانی نداشت؛ خودشان را خوشبخت نکردند، جوامعی را هم که در زیر سایه‌ی اینها و با تقلید از اینها زندگی کردند، خوشبخت نکردند پیام انقلاب اسلامی، پیام رهائی از این حرکت بدبختی‌زا و فلاکت‌آور است. توجه به معنویت، توجه به اخلاق الهی، در عین حال پرداختن به نیازهای بشری؛ همان چیزی که در اسلام هست؛ حد متوسط. نه افراط کلیساهای کاتولیکی و ارتدوکسی و سختگیری‌های غلط، نه ولنگاری‌هائی که نقطه‌ی مقابل آن در جوامع غربی بر اثر حرکت مادی‌شان به وجود آمد؛ هیچکدام از اینها درست نیست؛ هر دو غلط است. خط اسلام، خط میانه است؛ خط عدالت است. عدالت یک معنای فراگیر و شاملی دارد. در همه‌ی زمینه‌ها عدالت - یعنی هر چیز را به جای خود نهادن(۱) - باید مد نظر باشد؛ خط متوسط انسانی؛ «و کذلک جعلناکم امّة وسطا لتکونوا شهداء علی النّاس»</w:t>
              <w:br/>
              <w:t>منبع: بیانات در دیدار اساتید و اعضای هیأت علمی دانشگاه ها</w:t>
              <w:br/>
              <w:t>متن: آنچه که اساتید ما برای پیشرفت علم، وجهه‌ی همت خودشان باید قرار بدهند، اولاً «شجاعت علمی» در همه‌ی بخشهاست؛ هم در بخشهای علوم انسانی، هم در بخشهای علوم تجربی، هم در بخشهای نزدیک به عمل و فناوری، و هم در بخشهای علوم پایه. نظریه را دنبال کنند، تولید کنند، خلق کنند، ابداع کنند، نقد کنند؛ چشم‌بسته و تقلیدی نباید کار را دنبال کرد. مشکل ما در گذشته همیشه این بوده که در زمینه‌های مختلف - در همه‌ی زمینه‌های علمی - چشم‌بسته و تقلیدی نگاه کردیم که ببینیم غربیها چه میگویند ... ما از شاگردی کردنِ پیش کسی که بلد است، ننگمان نمی‌آید؛ ولی میگوییم نباید فکر کنیم که ما همیشه باید شاگرد بمانیم. معنای این نگاه تقلیدی، این است: ما همیشه باید شاگرد بمانیم. نوآوری لازم است. اعتماد به نفسِ شخصی و اعتماد به نفسِ ملی در اساتید ما، یک ضرورت است. اولاً، استاد ما شخصاً اعتماد به نفس داشته باشد و کار علمی بکند. به آن کار علمی اش تکیه بکند و افتخار کند. ثانیاً، اعتماد به نفسِ ملی داشته باشد. به قابلیت و تواناییهای این ملت اعتماد داشته باشد. اگر این معنا در یک استاد وجود داشته باشد، این سرریز خواهد شد در محیط درس، در کلاس درس، در انتقال به دانشجو و تأثیر تربیتی خودش را خواهد گذاشت. و ثالثاً پرکاری؛ ما یک مقداری از ناحیه‌ی کم‌کاریهایمان و تنبلیهایمان - در بخشها و سطوح مختلف - ضربه خوردیم. باید کار کرد و از کار نباید خسته شد. بنابراین نوآوری و ابتکار، شجاعت علمی، اعتماد به نفس شخصی و ملی و کارِ متراکم و انبوه، علاج کارِ پیشرفت علمی ماست.</w:t>
              <w:br/>
              <w:t>منبع: بیانات در مراسم بیست‌ و هفتمین سالگرد رحلت امام خمینی (رحمه‌الله)</w:t>
              <w:b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 همین مسئله‌ی مهندسی اطّلاعات، این ابزارهای جدیدی که وارد میدان شده است، اینها همه ابزارهایی هستند برای تسلّط بر فرهنگ یک کشور. بنده با این حرف نمیخواهم بگویم این ابزارها را از زندگی خودمان خارج کنیم؛ نه، اینها ابزارهایی هستند که میتوانند مفید واقع بشوند امّا سلطه‌ی دشمن را از این ابزارها بایستی سلب کرد. نمیتوانید شما برای اینکه مثلاً فرض بفرمایید رادیو و تلویزیون داشته باشید، رادیو تلویزیونتان را بدهید در اختیار دشمن؛ اینترنت هم همین‌جور است، فضای مجازی هم همین‌جور است، دستگاه‌های اطّلاعاتی و ابزارهای اطّلاعاتی هم همین‌جور است، اینها را نمیشود در اختیار دشمن قرار داد؛ امروز در اختیار دشمن است؛ وسیله و ابزار نفوذ فرهنگی است؛ ابزار سلطه‌ی فرهنگی دشمن است.</w:t>
              <w:br/>
              <w:t>منبع: بیانیه گام دوم انقلاب خطاب به ملت ایران</w:t>
              <w:br/>
              <w:t>متن: انقلاب پُرشکوه ملّت ایران که بزرگ‌ترین و مردمی‌ترین انقلاب عصر جدید است، تنها انقلابی است که یک چلّه‌ی پُرافتخار را بدون خیانت به آرمانهایش پشت سر نهاده و در برابر همه‌ی وسوسه‌هایی که غیر قابل مقاومت به نظر میرسیدند، از کرامت خود و اصالت شعارهایش صیانت کرده و اینک وارد دوّمین مرحله‌ی خودسازی و جامعه‌پردازی و تمدّن‌سازی شده ‌است.... آن روز که جهان میان شرق و غرب مادّی تقسیم شده بود و کسی گمان یک نهضت بزرگ دینی را نمیبُرد، انقلاب اسلامی ایران، با قدرت و شکوه پا به میدان نهاد؛ چهارچوب‌ها را شکست؛ کهنگی کلیشه‌ها را به رخ دنیا کشید؛ دین و دنیا را در کنار هم مطرح کرد و آغاز عصر جدیدی را اعلام نمود.</w:t>
              <w:br/>
              <w:t>منبع: بیانات در دیدار فرماندهان سپاه پاسداران انقلاب اسلامی</w:t>
              <w:br/>
              <w:t>متن: فرض کنید بیست سال دیگر، سی سال دیگر کشور جمهوری اسلامی را مثلاً با ۲۰۰ میلیون یا ۱۸۰ میلیون یا ۱۵۰ میلیون جمعیّت با پیشرفتهای شگرف مادّی و علمی و صنعتی و با استقرار معنویّت و عدالت؛ ببینید چه میشود؛ چه جاذبه‌ای در بین آحاد بشر -مسلمان و غیر مسلمان- به‌وجود می‌آورد؛ میخواهند این اتّفاق نیفتد. حیات طیّبه یعنی این؛ یعنی برویم به‌سمت یک چنین وضعی برای زندگی کشور؛ انقلاب میخواهد ما را به اینجاها برساند. رفاه، عدالت، نشاط، نشاط کار، شوق کار، علم، فنّاوری، اینها همه جزو حیات طیّبه است؛ در کنار اینها معنویّت، رحم، خلقیّات اسلامی، سبک زندگی اسلامی، اینها جزو حیات طیّبه است. نظم جزو حیات طیّبه است؛ این حرکت به‌سمت حیات طیّبه تمام‌نشدنی است. اَلآ اِلَی اللهِ تَصیرُ الاُمور؛(۹) این همان صیرورت به سمت خدا [است‌]. صیرورت یعنی حالی‌به‌حالی شدن، چیزی در باطن ذات خود تغییر ایجاد کند و روزبه‌روز بهتر بشود؛ این را میگویند صیرورت؛ بشر به سمت خدا صیرورت دارد و جامعه‌ی مطلوب اسلامی آن است که این صیرورت در آن وجود داشته باشد؛ این صیرورت تمام‌نشدنی است؛ همین‌طور به‌طور دائم ادامه دارد؛ انقلاب این است</w:t>
              <w:br/>
              <w:br/>
              <w:t>معیار معکوس : • رؤیاهای مدرنیته، تصویر تحرک آفرین جامعه و عامل شیفتگی به الگوها و اسوه‌های بیگانه• رشد بی هدف در شاخص های زندگی</w:t>
            </w:r>
          </w:p>
        </w:tc>
        <w:tc>
          <w:tcPr>
            <w:tcW w:type="dxa" w:w="4320"/>
          </w:tcPr>
          <w:p>
            <w:r>
              <w:t>**معیار برای تشخیص:** رؤیاهای مدرنیته، تصویر تحرک آفرین جامعه و عامل شیفتگی به الگوها و اسوه‌های بیگانه</w:t>
              <w:br/>
              <w:br/>
              <w:t xml:space="preserve">**توضیحات معیار:**  </w:t>
              <w:br/>
              <w:t>رؤیاهای مدرنیته به معنای نگریستن به پیشرفت‌های تکنولوژیکی و فرهنگی از منظر مادی و دور از ارزش‌های معنوی و انسانی است. این دیدگاه می‌تواند به تحرک آفرینی جامعه منجر شود، اما در عوض احتمال ترویج نگاهی یک‌جانبه و مادی‌گرایانه را نیز به دنبال دارد. این نگرش ممکن است منجر به شیفتگی به الگوها و اسوه‌هایی از فرهنگ‌های بیگانه شود که ارزشی از فرهنگ بومی و ملی را نادیده می‌گیرد.</w:t>
              <w:br/>
              <w:br/>
              <w:t xml:space="preserve">رشد بی‌هدف در شاخص‌های زندگی به دنبال پذیرش صرف معیارهای کمّی و ظاهری به جای معیارهای کیفی و ارزشی در زندگی فردی و اجتماعی است. این نوع رشد ممکن است تضمین‌کننده پیشرفت در برخی زمینه‌ها باشد، اما بسترهای فرهنگی و اخلاقی را که لازمه تعالی واقعی جامعه است، نادیده می‌گیرد. </w:t>
              <w:br/>
              <w:br/>
              <w:t>مفاهیمی همچون تسلط مادی، نگاه سودجو، نداشتن نگاه معنوی و معیارهای مبتنی بر عقل و اخلاق می‌توانند به بررسی این معیار کمک کنند. به ویژه، اشاره به خطرات مادی‌گرایی و دوری از معنویت در راستای تشخیص این معیار کمک‌رسان خواهد بود.</w:t>
            </w:r>
          </w:p>
        </w:tc>
      </w:tr>
      <w:tr>
        <w:tc>
          <w:tcPr>
            <w:tcW w:type="dxa" w:w="4320"/>
          </w:tcPr>
          <w:p>
            <w:r>
              <w:t>معیار اصلی: • تصویر باید الهام بخش و بعث برانگیز باشد.</w:t>
              <w:br/>
              <w:t xml:space="preserve">توضیحات برگرفته از منابع: </w:t>
              <w:br/>
              <w:t>منبع: بیانات در دیدار قاریان</w:t>
              <w:b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 ... 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br/>
              <w:t>منبع: بیانات در دیدار اساتید دانشگاه ها</w:t>
              <w:br/>
              <w:t>متن: بسیاری از مباحث علوم انسانی، مبتنی بر فلسفه‌‌‌‌‌‌‌‌‌هایی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طلاب مدرسه علمیه آیت الله مجتهدی</w:t>
              <w:br/>
              <w:t>متن: اینكه گفته می‌شود اسلام‌گرایانِ روشن‌فكر و روشن‌بین با تمدن‌غربی مخالفند، خود معاندان غربی نعل واژگونه می‌زنند؛ وانمود می‌كنند این‌ها با علم و پیشرفت مخالفند؛ در حالی كه مخالفت مؤمنِ به اسلام با تمدن غربی به خاطر پیشرفت علمی و مبارزه‌ی با خرافات و علمی كردن همه‌ی روابط اجتماعی نیست؛ به خاطر خلأ معنویت و فضیلت در این مجموعه‌ی دنیایی است ... اما علم بدون هدایت و فضیلت و معنویت و انسانیت، و علم ناظرِ فقط به دنیا و غمض عین از آخرت، نتیجه‌اش همین [خشونت و وحشیگری اخلاقی] است. اول، جلوه‌یی به زندگی می‌بخشد و قدرت و ثروت و زیبایی می‌دهد- «للباطل جولة»- اما آخر قضیه این است؛ و این ادامه پیدا خواهد كرد. شما بدانید وحشیگری اخلاقی جوامع مترقی و متمدنی كه از معنویت بویی نبرده‌اند، روز به روز بیشتر خواهد شد و همین وحشیگری، لغزشگاه بزرگ تمدن غربیِ امروز است و آن‌ها را سرنگون خواهد كرد.</w:t>
              <w:br/>
              <w:t>منبع: بیانات در دیدار نخبگان جوان علمی</w:t>
              <w:br/>
              <w:t>متن: یک عدّه‌ای از غرب‌زده‌ها، از صد سال پیش تبلیغ کردند که اگر میخواهید کشورتان پیشرفته بشود و ایران جلو بیفتد، بایستی بروید در ذیل غرب تعریف بشوید -غرب‌زدگی؛ همان تعبیر غرب‌زدگی که مرحوم آل‌احمد مطرح کرد و نوشت- این فکرِ غلطی بود؛ حالا در مورد بعضی از آن کسانی که این فکر را القا میکردند، خائنانه هم بود، [امّا] بعضی خائنانه نبود، جاهلانه بود. امروز هم هنوز کسانی از دنباله‌های آنها -و باید گفت تفاله‌های آنها- همین فکرها را ترویج میکنند که «ما در ذیل غرب بایستی پیشرفت کنیم»؛ نه، پنجاه سال، کشور در زمان دوران پهلوی در ذیل غرب زندگی کرد؛ پنجاه سال! یک مدّتی در آن اواسطِ رضاخان در ذیل آلمان، بعد یک مدّتی در ذیل آمریکا تا آخر؛ چه پیشرفتی برای کشور حاصل شد؟ جز بدبختی، جز عقب‌افتادگی، جز نابود شدن سرمایه‌های اساسی کشور، چه عاید کشور شد؟ نخیر، در ذیل غرب نمیشود، نمیتوان [پیشرفت کرد]؛ آن‌کسی که این حرف را بزند که کشور در ذیل غرب ممکن است پیشرفت بکند، خائن به کشور است اگر بداند چه میگوید؛ ممکن هم هست جاهل باشد.</w:t>
              <w:br/>
              <w:t>منبع: بیانات در دیدار فرماندهان نیروی هوایی ارتش</w:t>
              <w:br/>
              <w:t>متن: دنیا از غرق شدن در مادیگری سودی نبرد؛ دنیا از رواج دادن آزادی‌های جنسی سودی نبرد؛ بشریت از آنچه که حرکتهای مادی در اروپا به وجود آوردند - رهائی از معنویت، رهائی از قیود الهی - سودی نبرد؛ نه عدالت را تأمین کرد، نه رفاه عمومی را تأمین کرد، نه امنیت را تأمین کرد، نه خانواده را حفظ کرد، نه توانست تربیت نسلهای بعدی را بدرستی انجام دهد؛ در همه‌ی اینها ضرر کردند. بله، یک عده‌ای کمپانی‌دارها، بانکدارها و سازندگان سلاح به آلاف و الوف دست پیدا کردند - اینها بود - اما تمدن مادی غرب دستاورد بشری نداشت، دستاورد انسانی نداشت؛ خودشان را خوشبخت نکردند، جوامعی را هم که در زیر سایه‌ی اینها و با تقلید از اینها زندگی کردند، خوشبخت نکردند پیام انقلاب اسلامی، پیام رهائی از این حرکت بدبختی‌زا و فلاکت‌آور است. توجه به معنویت، توجه به اخلاق الهی، در عین حال پرداختن به نیازهای بشری؛ همان چیزی که در اسلام هست؛ حد متوسط. نه افراط کلیساهای کاتولیکی و ارتدوکسی و سختگیری‌های غلط، نه ولنگاری‌هائی که نقطه‌ی مقابل آن در جوامع غربی بر اثر حرکت مادی‌شان به وجود آمد؛ هیچکدام از اینها درست نیست؛ هر دو غلط است. خط اسلام، خط میانه است؛ خط عدالت است. عدالت یک معنای فراگیر و شاملی دارد. در همه‌ی زمینه‌ها عدالت - یعنی هر چیز را به جای خود نهادن(۱) - باید مد نظر باشد؛ خط متوسط انسانی؛ «و کذلک جعلناکم امّة وسطا لتکونوا شهداء علی النّاس»</w:t>
              <w:br/>
              <w:t>منبع: بیانات در دیدار اساتید و اعضای هیأت علمی دانشگاه ها</w:t>
              <w:br/>
              <w:t>متن: آنچه که اساتید ما برای پیشرفت علم، وجهه‌ی همت خودشان باید قرار بدهند، اولاً «شجاعت علمی» در همه‌ی بخشهاست؛ هم در بخشهای علوم انسانی، هم در بخشهای علوم تجربی، هم در بخشهای نزدیک به عمل و فناوری، و هم در بخشهای علوم پایه. نظریه را دنبال کنند، تولید کنند، خلق کنند، ابداع کنند، نقد کنند؛ چشم‌بسته و تقلیدی نباید کار را دنبال کرد. مشکل ما در گذشته همیشه این بوده که در زمینه‌های مختلف - در همه‌ی زمینه‌های علمی - چشم‌بسته و تقلیدی نگاه کردیم که ببینیم غربیها چه میگویند ... ما از شاگردی کردنِ پیش کسی که بلد است، ننگمان نمی‌آید؛ ولی میگوییم نباید فکر کنیم که ما همیشه باید شاگرد بمانیم. معنای این نگاه تقلیدی، این است: ما همیشه باید شاگرد بمانیم. نوآوری لازم است. اعتماد به نفسِ شخصی و اعتماد به نفسِ ملی در اساتید ما، یک ضرورت است. اولاً، استاد ما شخصاً اعتماد به نفس داشته باشد و کار علمی بکند. به آن کار علمی اش تکیه بکند و افتخار کند. ثانیاً، اعتماد به نفسِ ملی داشته باشد. به قابلیت و تواناییهای این ملت اعتماد داشته باشد. اگر این معنا در یک استاد وجود داشته باشد، این سرریز خواهد شد در محیط درس، در کلاس درس، در انتقال به دانشجو و تأثیر تربیتی خودش را خواهد گذاشت. و ثالثاً پرکاری؛ ما یک مقداری از ناحیه‌ی کم‌کاریهایمان و تنبلیهایمان - در بخشها و سطوح مختلف - ضربه خوردیم. باید کار کرد و از کار نباید خسته شد. بنابراین نوآوری و ابتکار، شجاعت علمی، اعتماد به نفس شخصی و ملی و کارِ متراکم و انبوه، علاج کارِ پیشرفت علمی ماست.</w:t>
              <w:br/>
              <w:t>منبع: بیانات در مراسم بیست‌ و هفتمین سالگرد رحلت امام خمینی (رحمه‌الله)</w:t>
              <w:b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 همین مسئله‌ی مهندسی اطّلاعات، این ابزارهای جدیدی که وارد میدان شده است، اینها همه ابزارهایی هستند برای تسلّط بر فرهنگ یک کشور. بنده با این حرف نمیخواهم بگویم این ابزارها را از زندگی خودمان خارج کنیم؛ نه، اینها ابزارهایی هستند که میتوانند مفید واقع بشوند امّا سلطه‌ی دشمن را از این ابزارها بایستی سلب کرد. نمیتوانید شما برای اینکه مثلاً فرض بفرمایید رادیو و تلویزیون داشته باشید، رادیو تلویزیونتان را بدهید در اختیار دشمن؛ اینترنت هم همین‌جور است، فضای مجازی هم همین‌جور است، دستگاه‌های اطّلاعاتی و ابزارهای اطّلاعاتی هم همین‌جور است، اینها را نمیشود در اختیار دشمن قرار داد؛ امروز در اختیار دشمن است؛ وسیله و ابزار نفوذ فرهنگی است؛ ابزار سلطه‌ی فرهنگی دشمن است.</w:t>
              <w:br/>
              <w:t>منبع: بیانیه گام دوم انقلاب خطاب به ملت ایران</w:t>
              <w:br/>
              <w:t>متن: انقلاب پُرشکوه ملّت ایران که بزرگ‌ترین و مردمی‌ترین انقلاب عصر جدید است، تنها انقلابی است که یک چلّه‌ی پُرافتخار را بدون خیانت به آرمانهایش پشت سر نهاده و در برابر همه‌ی وسوسه‌هایی که غیر قابل مقاومت به نظر میرسیدند، از کرامت خود و اصالت شعارهایش صیانت کرده و اینک وارد دوّمین مرحله‌ی خودسازی و جامعه‌پردازی و تمدّن‌سازی شده ‌است.... آن روز که جهان میان شرق و غرب مادّی تقسیم شده بود و کسی گمان یک نهضت بزرگ دینی را نمیبُرد، انقلاب اسلامی ایران، با قدرت و شکوه پا به میدان نهاد؛ چهارچوب‌ها را شکست؛ کهنگی کلیشه‌ها را به رخ دنیا کشید؛ دین و دنیا را در کنار هم مطرح کرد و آغاز عصر جدیدی را اعلام نمود.</w:t>
              <w:br/>
              <w:t>منبع: بیانات در دیدار فرماندهان سپاه پاسداران انقلاب اسلامی</w:t>
              <w:br/>
              <w:t>متن: فرض کنید بیست سال دیگر، سی سال دیگر کشور جمهوری اسلامی را مثلاً با ۲۰۰ میلیون یا ۱۸۰ میلیون یا ۱۵۰ میلیون جمعیّت با پیشرفتهای شگرف مادّی و علمی و صنعتی و با استقرار معنویّت و عدالت؛ ببینید چه میشود؛ چه جاذبه‌ای در بین آحاد بشر -مسلمان و غیر مسلمان- به‌وجود می‌آورد؛ میخواهند این اتّفاق نیفتد. حیات طیّبه یعنی این؛ یعنی برویم به‌سمت یک چنین وضعی برای زندگی کشور؛ انقلاب میخواهد ما را به اینجاها برساند. رفاه، عدالت، نشاط، نشاط کار، شوق کار، علم، فنّاوری، اینها همه جزو حیات طیّبه است؛ در کنار اینها معنویّت، رحم، خلقیّات اسلامی، سبک زندگی اسلامی، اینها جزو حیات طیّبه است. نظم جزو حیات طیّبه است؛ این حرکت به‌سمت حیات طیّبه تمام‌نشدنی است. اَلآ اِلَی اللهِ تَصیرُ الاُمور؛(۹) این همان صیرورت به سمت خدا [است‌]. صیرورت یعنی حالی‌به‌حالی شدن، چیزی در باطن ذات خود تغییر ایجاد کند و روزبه‌روز بهتر بشود؛ این را میگویند صیرورت؛ بشر به سمت خدا صیرورت دارد و جامعه‌ی مطلوب اسلامی آن است که این صیرورت در آن وجود داشته باشد؛ این صیرورت تمام‌نشدنی است؛ همین‌طور به‌طور دائم ادامه دارد؛ انقلاب این است</w:t>
              <w:br/>
              <w:br/>
              <w:t>معیار معکوس : • رؤیاهای مدرنیته، تصویر تحرک آفرین جامعه و عامل شیفتگی به الگوها و اسوه‌های بیگانه• رشد بی هدف در شاخص های زندگی</w:t>
            </w:r>
          </w:p>
        </w:tc>
        <w:tc>
          <w:tcPr>
            <w:tcW w:type="dxa" w:w="4320"/>
          </w:tcPr>
          <w:p>
            <w:r>
              <w:t>**معیار برای تشخیص:** رؤیاهای مدرنیته، تصویر تحرک آفرین جامعه و عامل شیفتگی به الگوها و اسوه‌های بیگانه؛ رشد بی هدف در شاخص های زندگی.</w:t>
              <w:br/>
              <w:br/>
              <w:t xml:space="preserve">**توضیحات معیار:**  </w:t>
              <w:br/>
              <w:t>1. **رؤیاهای مدرنیته:** به معنای تصورات و آرزوهای متصل به پیشرفت‌های مدرن بدون توجه به زمینه‌های فرهنگی و انسانی است. این مفهوم ممکن است به نوعی نادیده‌گیری از المان‌های معنوی و اخلاقی و صرفاً تمرکز بر جنبه‌های مادی و ظاهری زندگی منجر شود.</w:t>
              <w:br/>
              <w:br/>
              <w:t>2. **تصویر تحرک آفرین جامعه:** به تصاویری اطلاق می‌شود که می‌توانند تحریک و تحرک اجتماعی ایجاد کنند، اما در این رویکرد، ممکن است این تحریک بر پایه‌های نادرست و وابستگی به الگوهای بیگانه شکل گیرد.</w:t>
              <w:br/>
              <w:br/>
              <w:t>3. **عامل شیفتگی به الگوها و اسوه‌های بیگانه:** به نگرش‌هایی اشاره دارد که در آن فرد یا جامعه به تقلید از موفقیت‌ها و شیوه‌های زندگی غربی پرداخته و به جای تکیه بر ارزش‌های درونی و فرهنگی خود، به دنبال شبیه‌سازی دیگران برمی‌آید.</w:t>
              <w:br/>
              <w:br/>
              <w:t>4. **رشد بی هدف در شاخص‌های زندگی:** به فرآیند افزایش کمی در جنبه‌های مختلف زندگی اشاره دارد که فاقد هدف و اصول اخلاقی و انسانی است. این رشد ممکن است بدون توجه به عواقب اجتماعی و فرهنگی آن صورت گیرد و به تعادل و کیفیت زندگی آسیب برساند.</w:t>
              <w:br/>
              <w:br/>
              <w:t>5. **نادیده‌گرفتن معنویت و اخلاق:** مفهومی است که با در نظر نگرفتن ارزش‌های انسانی و اخلاقی، باعث می‌شود که رویکردهای مدرن، کم‌توجهی به بعد معنوی و فضیلت‌های بشری داشته باشند، که در نهایت ممکن است به رفتارهایی در تضاد با ارزش‌های فرهنگی و انسانی بینجامد.</w:t>
            </w:r>
          </w:p>
        </w:tc>
      </w:tr>
      <w:tr>
        <w:tc>
          <w:tcPr>
            <w:tcW w:type="dxa" w:w="4320"/>
          </w:tcPr>
          <w:p>
            <w:r>
              <w:t>معیار اصلی: • در جهت اعتلای اسلام در موازنه جهانی باشد. (رؤیای مطلوب متصل به مفاهیم اعتقادی است که افراد انگیزه از خودگذشتگی نسبت به تحقق آن را دارند)</w:t>
              <w:br/>
              <w:t xml:space="preserve">توضیحات برگرفته از منابع: </w:t>
              <w:br/>
              <w:t>منبع: بیانات در دیدار قاریان</w:t>
              <w:b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 ... 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br/>
              <w:t>منبع: بیانات در دیدار اساتید دانشگاه ها</w:t>
              <w:br/>
              <w:t>متن: بسیاری از مباحث علوم انسانی، مبتنی بر فلسفه‌‌‌‌‌‌‌‌‌هایی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طلاب مدرسه علمیه آیت الله مجتهدی</w:t>
              <w:br/>
              <w:t>متن: اینكه گفته می‌شود اسلام‌گرایانِ روشن‌فكر و روشن‌بین با تمدن‌غربی مخالفند، خود معاندان غربی نعل واژگونه می‌زنند؛ وانمود می‌كنند این‌ها با علم و پیشرفت مخالفند؛ در حالی كه مخالفت مؤمنِ به اسلام با تمدن غربی به خاطر پیشرفت علمی و مبارزه‌ی با خرافات و علمی كردن همه‌ی روابط اجتماعی نیست؛ به خاطر خلأ معنویت و فضیلت در این مجموعه‌ی دنیایی است ... اما علم بدون هدایت و فضیلت و معنویت و انسانیت، و علم ناظرِ فقط به دنیا و غمض عین از آخرت، نتیجه‌اش همین [خشونت و وحشیگری اخلاقی] است. اول، جلوه‌یی به زندگی می‌بخشد و قدرت و ثروت و زیبایی می‌دهد- «للباطل جولة»- اما آخر قضیه این است؛ و این ادامه پیدا خواهد كرد. شما بدانید وحشیگری اخلاقی جوامع مترقی و متمدنی كه از معنویت بویی نبرده‌اند، روز به روز بیشتر خواهد شد و همین وحشیگری، لغزشگاه بزرگ تمدن غربیِ امروز است و آن‌ها را سرنگون خواهد كرد.</w:t>
              <w:br/>
              <w:t>منبع: بیانات در دیدار نخبگان جوان علمی</w:t>
              <w:br/>
              <w:t>متن: یک عدّه‌ای از غرب‌زده‌ها، از صد سال پیش تبلیغ کردند که اگر میخواهید کشورتان پیشرفته بشود و ایران جلو بیفتد، بایستی بروید در ذیل غرب تعریف بشوید -غرب‌زدگی؛ همان تعبیر غرب‌زدگی که مرحوم آل‌احمد مطرح کرد و نوشت- این فکرِ غلطی بود؛ حالا در مورد بعضی از آن کسانی که این فکر را القا میکردند، خائنانه هم بود، [امّا] بعضی خائنانه نبود، جاهلانه بود. امروز هم هنوز کسانی از دنباله‌های آنها -و باید گفت تفاله‌های آنها- همین فکرها را ترویج میکنند که «ما در ذیل غرب بایستی پیشرفت کنیم»؛ نه، پنجاه سال، کشور در زمان دوران پهلوی در ذیل غرب زندگی کرد؛ پنجاه سال! یک مدّتی در آن اواسطِ رضاخان در ذیل آلمان، بعد یک مدّتی در ذیل آمریکا تا آخر؛ چه پیشرفتی برای کشور حاصل شد؟ جز بدبختی، جز عقب‌افتادگی، جز نابود شدن سرمایه‌های اساسی کشور، چه عاید کشور شد؟ نخیر، در ذیل غرب نمیشود، نمیتوان [پیشرفت کرد]؛ آن‌کسی که این حرف را بزند که کشور در ذیل غرب ممکن است پیشرفت بکند، خائن به کشور است اگر بداند چه میگوید؛ ممکن هم هست جاهل باشد.</w:t>
              <w:br/>
              <w:t>منبع: بیانات در دیدار فرماندهان نیروی هوایی ارتش</w:t>
              <w:br/>
              <w:t>متن: دنیا از غرق شدن در مادیگری سودی نبرد؛ دنیا از رواج دادن آزادی‌های جنسی سودی نبرد؛ بشریت از آنچه که حرکتهای مادی در اروپا به وجود آوردند - رهائی از معنویت، رهائی از قیود الهی - سودی نبرد؛ نه عدالت را تأمین کرد، نه رفاه عمومی را تأمین کرد، نه امنیت را تأمین کرد، نه خانواده را حفظ کرد، نه توانست تربیت نسلهای بعدی را بدرستی انجام دهد؛ در همه‌ی اینها ضرر کردند. بله، یک عده‌ای کمپانی‌دارها، بانکدارها و سازندگان سلاح به آلاف و الوف دست پیدا کردند - اینها بود - اما تمدن مادی غرب دستاورد بشری نداشت، دستاورد انسانی نداشت؛ خودشان را خوشبخت نکردند، جوامعی را هم که در زیر سایه‌ی اینها و با تقلید از اینها زندگی کردند، خوشبخت نکردند پیام انقلاب اسلامی، پیام رهائی از این حرکت بدبختی‌زا و فلاکت‌آور است. توجه به معنویت، توجه به اخلاق الهی، در عین حال پرداختن به نیازهای بشری؛ همان چیزی که در اسلام هست؛ حد متوسط. نه افراط کلیساهای کاتولیکی و ارتدوکسی و سختگیری‌های غلط، نه ولنگاری‌هائی که نقطه‌ی مقابل آن در جوامع غربی بر اثر حرکت مادی‌شان به وجود آمد؛ هیچکدام از اینها درست نیست؛ هر دو غلط است. خط اسلام، خط میانه است؛ خط عدالت است. عدالت یک معنای فراگیر و شاملی دارد. در همه‌ی زمینه‌ها عدالت - یعنی هر چیز را به جای خود نهادن(۱) - باید مد نظر باشد؛ خط متوسط انسانی؛ «و کذلک جعلناکم امّة وسطا لتکونوا شهداء علی النّاس»</w:t>
              <w:br/>
              <w:t>منبع: بیانات در دیدار اساتید و اعضای هیأت علمی دانشگاه ها</w:t>
              <w:br/>
              <w:t>متن: آنچه که اساتید ما برای پیشرفت علم، وجهه‌ی همت خودشان باید قرار بدهند، اولاً «شجاعت علمی» در همه‌ی بخشهاست؛ هم در بخشهای علوم انسانی، هم در بخشهای علوم تجربی، هم در بخشهای نزدیک به عمل و فناوری، و هم در بخشهای علوم پایه. نظریه را دنبال کنند، تولید کنند، خلق کنند، ابداع کنند، نقد کنند؛ چشم‌بسته و تقلیدی نباید کار را دنبال کرد. مشکل ما در گذشته همیشه این بوده که در زمینه‌های مختلف - در همه‌ی زمینه‌های علمی - چشم‌بسته و تقلیدی نگاه کردیم که ببینیم غربیها چه میگویند ... ما از شاگردی کردنِ پیش کسی که بلد است، ننگمان نمی‌آید؛ ولی میگوییم نباید فکر کنیم که ما همیشه باید شاگرد بمانیم. معنای این نگاه تقلیدی، این است: ما همیشه باید شاگرد بمانیم. نوآوری لازم است. اعتماد به نفسِ شخصی و اعتماد به نفسِ ملی در اساتید ما، یک ضرورت است. اولاً، استاد ما شخصاً اعتماد به نفس داشته باشد و کار علمی بکند. به آن کار علمی اش تکیه بکند و افتخار کند. ثانیاً، اعتماد به نفسِ ملی داشته باشد. به قابلیت و تواناییهای این ملت اعتماد داشته باشد. اگر این معنا در یک استاد وجود داشته باشد، این سرریز خواهد شد در محیط درس، در کلاس درس، در انتقال به دانشجو و تأثیر تربیتی خودش را خواهد گذاشت. و ثالثاً پرکاری؛ ما یک مقداری از ناحیه‌ی کم‌کاریهایمان و تنبلیهایمان - در بخشها و سطوح مختلف - ضربه خوردیم. باید کار کرد و از کار نباید خسته شد. بنابراین نوآوری و ابتکار، شجاعت علمی، اعتماد به نفس شخصی و ملی و کارِ متراکم و انبوه، علاج کارِ پیشرفت علمی ماست.</w:t>
              <w:br/>
              <w:t>منبع: بیانات در مراسم بیست‌ و هفتمین سالگرد رحلت امام خمینی (رحمه‌الله)</w:t>
              <w:b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 همین مسئله‌ی مهندسی اطّلاعات، این ابزارهای جدیدی که وارد میدان شده است، اینها همه ابزارهایی هستند برای تسلّط بر فرهنگ یک کشور. بنده با این حرف نمیخواهم بگویم این ابزارها را از زندگی خودمان خارج کنیم؛ نه، اینها ابزارهایی هستند که میتوانند مفید واقع بشوند امّا سلطه‌ی دشمن را از این ابزارها بایستی سلب کرد. نمیتوانید شما برای اینکه مثلاً فرض بفرمایید رادیو و تلویزیون داشته باشید، رادیو تلویزیونتان را بدهید در اختیار دشمن؛ اینترنت هم همین‌جور است، فضای مجازی هم همین‌جور است، دستگاه‌های اطّلاعاتی و ابزارهای اطّلاعاتی هم همین‌جور است، اینها را نمیشود در اختیار دشمن قرار داد؛ امروز در اختیار دشمن است؛ وسیله و ابزار نفوذ فرهنگی است؛ ابزار سلطه‌ی فرهنگی دشمن است.</w:t>
              <w:br/>
              <w:t>منبع: بیانیه گام دوم انقلاب خطاب به ملت ایران</w:t>
              <w:br/>
              <w:t>متن: انقلاب پُرشکوه ملّت ایران که بزرگ‌ترین و مردمی‌ترین انقلاب عصر جدید است، تنها انقلابی است که یک چلّه‌ی پُرافتخار را بدون خیانت به آرمانهایش پشت سر نهاده و در برابر همه‌ی وسوسه‌هایی که غیر قابل مقاومت به نظر میرسیدند، از کرامت خود و اصالت شعارهایش صیانت کرده و اینک وارد دوّمین مرحله‌ی خودسازی و جامعه‌پردازی و تمدّن‌سازی شده ‌است.... آن روز که جهان میان شرق و غرب مادّی تقسیم شده بود و کسی گمان یک نهضت بزرگ دینی را نمیبُرد، انقلاب اسلامی ایران، با قدرت و شکوه پا به میدان نهاد؛ چهارچوب‌ها را شکست؛ کهنگی کلیشه‌ها را به رخ دنیا کشید؛ دین و دنیا را در کنار هم مطرح کرد و آغاز عصر جدیدی را اعلام نمود.</w:t>
              <w:br/>
              <w:t>منبع: بیانات در دیدار فرماندهان سپاه پاسداران انقلاب اسلامی</w:t>
              <w:br/>
              <w:t>متن: فرض کنید بیست سال دیگر، سی سال دیگر کشور جمهوری اسلامی را مثلاً با ۲۰۰ میلیون یا ۱۸۰ میلیون یا ۱۵۰ میلیون جمعیّت با پیشرفتهای شگرف مادّی و علمی و صنعتی و با استقرار معنویّت و عدالت؛ ببینید چه میشود؛ چه جاذبه‌ای در بین آحاد بشر -مسلمان و غیر مسلمان- به‌وجود می‌آورد؛ میخواهند این اتّفاق نیفتد. حیات طیّبه یعنی این؛ یعنی برویم به‌سمت یک چنین وضعی برای زندگی کشور؛ انقلاب میخواهد ما را به اینجاها برساند. رفاه، عدالت، نشاط، نشاط کار، شوق کار، علم، فنّاوری، اینها همه جزو حیات طیّبه است؛ در کنار اینها معنویّت، رحم، خلقیّات اسلامی، سبک زندگی اسلامی، اینها جزو حیات طیّبه است. نظم جزو حیات طیّبه است؛ این حرکت به‌سمت حیات طیّبه تمام‌نشدنی است. اَلآ اِلَی اللهِ تَصیرُ الاُمور؛(۹) این همان صیرورت به سمت خدا [است‌]. صیرورت یعنی حالی‌به‌حالی شدن، چیزی در باطن ذات خود تغییر ایجاد کند و روزبه‌روز بهتر بشود؛ این را میگویند صیرورت؛ بشر به سمت خدا صیرورت دارد و جامعه‌ی مطلوب اسلامی آن است که این صیرورت در آن وجود داشته باشد؛ این صیرورت تمام‌نشدنی است؛ همین‌طور به‌طور دائم ادامه دارد؛ انقلاب این است</w:t>
              <w:br/>
              <w:br/>
              <w:t>معیار معکوس : • رؤیاهای مدرنیته، تصویر تحرک آفرین جامعه و عامل شیفتگی به الگوها و اسوه‌های بیگانه• رشد بی هدف در شاخص های زندگی</w:t>
            </w:r>
          </w:p>
        </w:tc>
        <w:tc>
          <w:tcPr>
            <w:tcW w:type="dxa" w:w="4320"/>
          </w:tcPr>
          <w:p>
            <w:r>
              <w:t xml:space="preserve">**معیار برای تشخیص:**  </w:t>
              <w:br/>
              <w:t xml:space="preserve">• رؤیاهای مدرنیته، تصویر تحرک آفرین جامعه و عامل شیفتگی به الگوها و اسوه‌های بیگانه  </w:t>
              <w:br/>
              <w:t xml:space="preserve">• رشد بی هدف در شاخص های زندگی  </w:t>
              <w:br/>
              <w:br/>
              <w:t xml:space="preserve">**توضیحات معیار:**  </w:t>
              <w:br/>
              <w:t>برای شناسایی و ارزیابی یک فعالیت یا عملکرد به منظور شناخت معیار مورد نظر، می‌توان به مجموعه‌ای از مفاهیم و رفتارهایی توجه کرد که در متون مختلف به آن‌ها اشاره شده است:</w:t>
              <w:br/>
              <w:br/>
              <w:t>1. **رؤیاهای مدرنیته:** این مفهوم به تصویرسازی از پیشرفت و تغییرات اجتماعی به شیوه‌ای اشاره دارد که به دنبال تقلید از دستاوردهای مدرن و زندگی غربی بوده و ممکن است منجر به از دست دادن هویت فرهنگی شود. این نوع رؤیا به سمت جستجو برای موفقیت در قالب‌های غیر بومی و بیگانه می‌رود.</w:t>
              <w:br/>
              <w:br/>
              <w:t>2. **تصویر تحرک آفرین جامعه:** این واژه به معنای ایجاد تصوری مثبت از پیشرفت و تغییرات در زندگی اجتماعی است که شاید تحت تأثیر عوامل غیر واقعی و استانداردهای بیگانه قرار گیرد و به نوعی به تهی شدن از محتوا و معانی فرهنگی منجر شود.</w:t>
              <w:br/>
              <w:br/>
              <w:t>3. **عوامل شیفتگی به الگوهای بیگانه:** این مفهوم به جاذبه و تمایل به موفقیت‌ها و پیشرفت‌های دیگر جوامع و فرهنگ‌ها اشاره دارد که ممکن است باعث تضعیف اعتماد به نفس درونی و خودباوری فرهنگی شود.</w:t>
              <w:br/>
              <w:br/>
              <w:t>4. **رشد بی هدف در شاخص‌های زندگی:** این عبارت به بهبود وضعیت اقتصادی، اجتماعی و فرهنگی بدون خط‌مشی مشخص و ناپایداری در ارزش‌ها و اصول اشاره دارد. رشد بی هدف می‌تواند منجر به ناهماهنگی در پیشرفت و افت سطح معیشتی و فرهنگی شود.</w:t>
              <w:br/>
              <w:br/>
              <w:t>توجه به این مفاهیم در ارزیابی عملکردها و متون، امکان شناخت بهتر از رویکردها و فعالیت‌هایی را فراهم می‌آورد که قادر به تأثیرگذاری منفی بر هویت اجتماعی و فرهنگی جامعه هستند.</w:t>
            </w:r>
          </w:p>
        </w:tc>
      </w:tr>
      <w:tr>
        <w:tc>
          <w:tcPr>
            <w:tcW w:type="dxa" w:w="4320"/>
          </w:tcPr>
          <w:p>
            <w:r>
              <w:t>معیار اصلی: • تصویر قابل تطبیق به عینیت موجود باشد.</w:t>
              <w:br/>
              <w:t xml:space="preserve">توضیحات برگرفته از منابع: </w:t>
              <w:br/>
              <w:t>منبع: بیانات در دیدار قاریان</w:t>
              <w:b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 ... 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br/>
              <w:t>منبع: بیانات در دیدار اساتید دانشگاه ها</w:t>
              <w:br/>
              <w:t>متن: بسیاری از مباحث علوم انسانی، مبتنی بر فلسفه‌‌‌‌‌‌‌‌‌هایی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طلاب مدرسه علمیه آیت الله مجتهدی</w:t>
              <w:br/>
              <w:t>متن: اینكه گفته می‌شود اسلام‌گرایانِ روشن‌فكر و روشن‌بین با تمدن‌غربی مخالفند، خود معاندان غربی نعل واژگونه می‌زنند؛ وانمود می‌كنند این‌ها با علم و پیشرفت مخالفند؛ در حالی كه مخالفت مؤمنِ به اسلام با تمدن غربی به خاطر پیشرفت علمی و مبارزه‌ی با خرافات و علمی كردن همه‌ی روابط اجتماعی نیست؛ به خاطر خلأ معنویت و فضیلت در این مجموعه‌ی دنیایی است ... اما علم بدون هدایت و فضیلت و معنویت و انسانیت، و علم ناظرِ فقط به دنیا و غمض عین از آخرت، نتیجه‌اش همین [خشونت و وحشیگری اخلاقی] است. اول، جلوه‌یی به زندگی می‌بخشد و قدرت و ثروت و زیبایی می‌دهد- «للباطل جولة»- اما آخر قضیه این است؛ و این ادامه پیدا خواهد كرد. شما بدانید وحشیگری اخلاقی جوامع مترقی و متمدنی كه از معنویت بویی نبرده‌اند، روز به روز بیشتر خواهد شد و همین وحشیگری، لغزشگاه بزرگ تمدن غربیِ امروز است و آن‌ها را سرنگون خواهد كرد.</w:t>
              <w:br/>
              <w:t>منبع: بیانات در دیدار نخبگان جوان علمی</w:t>
              <w:br/>
              <w:t>متن: یک عدّه‌ای از غرب‌زده‌ها، از صد سال پیش تبلیغ کردند که اگر میخواهید کشورتان پیشرفته بشود و ایران جلو بیفتد، بایستی بروید در ذیل غرب تعریف بشوید -غرب‌زدگی؛ همان تعبیر غرب‌زدگی که مرحوم آل‌احمد مطرح کرد و نوشت- این فکرِ غلطی بود؛ حالا در مورد بعضی از آن کسانی که این فکر را القا میکردند، خائنانه هم بود، [امّا] بعضی خائنانه نبود، جاهلانه بود. امروز هم هنوز کسانی از دنباله‌های آنها -و باید گفت تفاله‌های آنها- همین فکرها را ترویج میکنند که «ما در ذیل غرب بایستی پیشرفت کنیم»؛ نه، پنجاه سال، کشور در زمان دوران پهلوی در ذیل غرب زندگی کرد؛ پنجاه سال! یک مدّتی در آن اواسطِ رضاخان در ذیل آلمان، بعد یک مدّتی در ذیل آمریکا تا آخر؛ چه پیشرفتی برای کشور حاصل شد؟ جز بدبختی، جز عقب‌افتادگی، جز نابود شدن سرمایه‌های اساسی کشور، چه عاید کشور شد؟ نخیر، در ذیل غرب نمیشود، نمیتوان [پیشرفت کرد]؛ آن‌کسی که این حرف را بزند که کشور در ذیل غرب ممکن است پیشرفت بکند، خائن به کشور است اگر بداند چه میگوید؛ ممکن هم هست جاهل باشد.</w:t>
              <w:br/>
              <w:t>منبع: بیانات در دیدار فرماندهان نیروی هوایی ارتش</w:t>
              <w:br/>
              <w:t>متن: دنیا از غرق شدن در مادیگری سودی نبرد؛ دنیا از رواج دادن آزادی‌های جنسی سودی نبرد؛ بشریت از آنچه که حرکتهای مادی در اروپا به وجود آوردند - رهائی از معنویت، رهائی از قیود الهی - سودی نبرد؛ نه عدالت را تأمین کرد، نه رفاه عمومی را تأمین کرد، نه امنیت را تأمین کرد، نه خانواده را حفظ کرد، نه توانست تربیت نسلهای بعدی را بدرستی انجام دهد؛ در همه‌ی اینها ضرر کردند. بله، یک عده‌ای کمپانی‌دارها، بانکدارها و سازندگان سلاح به آلاف و الوف دست پیدا کردند - اینها بود - اما تمدن مادی غرب دستاورد بشری نداشت، دستاورد انسانی نداشت؛ خودشان را خوشبخت نکردند، جوامعی را هم که در زیر سایه‌ی اینها و با تقلید از اینها زندگی کردند، خوشبخت نکردند پیام انقلاب اسلامی، پیام رهائی از این حرکت بدبختی‌زا و فلاکت‌آور است. توجه به معنویت، توجه به اخلاق الهی، در عین حال پرداختن به نیازهای بشری؛ همان چیزی که در اسلام هست؛ حد متوسط. نه افراط کلیساهای کاتولیکی و ارتدوکسی و سختگیری‌های غلط، نه ولنگاری‌هائی که نقطه‌ی مقابل آن در جوامع غربی بر اثر حرکت مادی‌شان به وجود آمد؛ هیچکدام از اینها درست نیست؛ هر دو غلط است. خط اسلام، خط میانه است؛ خط عدالت است. عدالت یک معنای فراگیر و شاملی دارد. در همه‌ی زمینه‌ها عدالت - یعنی هر چیز را به جای خود نهادن(۱) - باید مد نظر باشد؛ خط متوسط انسانی؛ «و کذلک جعلناکم امّة وسطا لتکونوا شهداء علی النّاس»</w:t>
              <w:br/>
              <w:t>منبع: بیانات در دیدار اساتید و اعضای هیأت علمی دانشگاه ها</w:t>
              <w:br/>
              <w:t>متن: آنچه که اساتید ما برای پیشرفت علم، وجهه‌ی همت خودشان باید قرار بدهند، اولاً «شجاعت علمی» در همه‌ی بخشهاست؛ هم در بخشهای علوم انسانی، هم در بخشهای علوم تجربی، هم در بخشهای نزدیک به عمل و فناوری، و هم در بخشهای علوم پایه. نظریه را دنبال کنند، تولید کنند، خلق کنند، ابداع کنند، نقد کنند؛ چشم‌بسته و تقلیدی نباید کار را دنبال کرد. مشکل ما در گذشته همیشه این بوده که در زمینه‌های مختلف - در همه‌ی زمینه‌های علمی - چشم‌بسته و تقلیدی نگاه کردیم که ببینیم غربیها چه میگویند ... ما از شاگردی کردنِ پیش کسی که بلد است، ننگمان نمی‌آید؛ ولی میگوییم نباید فکر کنیم که ما همیشه باید شاگرد بمانیم. معنای این نگاه تقلیدی، این است: ما همیشه باید شاگرد بمانیم. نوآوری لازم است. اعتماد به نفسِ شخصی و اعتماد به نفسِ ملی در اساتید ما، یک ضرورت است. اولاً، استاد ما شخصاً اعتماد به نفس داشته باشد و کار علمی بکند. به آن کار علمی اش تکیه بکند و افتخار کند. ثانیاً، اعتماد به نفسِ ملی داشته باشد. به قابلیت و تواناییهای این ملت اعتماد داشته باشد. اگر این معنا در یک استاد وجود داشته باشد، این سرریز خواهد شد در محیط درس، در کلاس درس، در انتقال به دانشجو و تأثیر تربیتی خودش را خواهد گذاشت. و ثالثاً پرکاری؛ ما یک مقداری از ناحیه‌ی کم‌کاریهایمان و تنبلیهایمان - در بخشها و سطوح مختلف - ضربه خوردیم. باید کار کرد و از کار نباید خسته شد. بنابراین نوآوری و ابتکار، شجاعت علمی، اعتماد به نفس شخصی و ملی و کارِ متراکم و انبوه، علاج کارِ پیشرفت علمی ماست.</w:t>
              <w:br/>
              <w:t>منبع: بیانات در مراسم بیست‌ و هفتمین سالگرد رحلت امام خمینی (رحمه‌الله)</w:t>
              <w:b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 همین مسئله‌ی مهندسی اطّلاعات، این ابزارهای جدیدی که وارد میدان شده است، اینها همه ابزارهایی هستند برای تسلّط بر فرهنگ یک کشور. بنده با این حرف نمیخواهم بگویم این ابزارها را از زندگی خودمان خارج کنیم؛ نه، اینها ابزارهایی هستند که میتوانند مفید واقع بشوند امّا سلطه‌ی دشمن را از این ابزارها بایستی سلب کرد. نمیتوانید شما برای اینکه مثلاً فرض بفرمایید رادیو و تلویزیون داشته باشید، رادیو تلویزیونتان را بدهید در اختیار دشمن؛ اینترنت هم همین‌جور است، فضای مجازی هم همین‌جور است، دستگاه‌های اطّلاعاتی و ابزارهای اطّلاعاتی هم همین‌جور است، اینها را نمیشود در اختیار دشمن قرار داد؛ امروز در اختیار دشمن است؛ وسیله و ابزار نفوذ فرهنگی است؛ ابزار سلطه‌ی فرهنگی دشمن است.</w:t>
              <w:br/>
              <w:t>منبع: بیانیه گام دوم انقلاب خطاب به ملت ایران</w:t>
              <w:br/>
              <w:t>متن: انقلاب پُرشکوه ملّت ایران که بزرگ‌ترین و مردمی‌ترین انقلاب عصر جدید است، تنها انقلابی است که یک چلّه‌ی پُرافتخار را بدون خیانت به آرمانهایش پشت سر نهاده و در برابر همه‌ی وسوسه‌هایی که غیر قابل مقاومت به نظر میرسیدند، از کرامت خود و اصالت شعارهایش صیانت کرده و اینک وارد دوّمین مرحله‌ی خودسازی و جامعه‌پردازی و تمدّن‌سازی شده ‌است.... آن روز که جهان میان شرق و غرب مادّی تقسیم شده بود و کسی گمان یک نهضت بزرگ دینی را نمیبُرد، انقلاب اسلامی ایران، با قدرت و شکوه پا به میدان نهاد؛ چهارچوب‌ها را شکست؛ کهنگی کلیشه‌ها را به رخ دنیا کشید؛ دین و دنیا را در کنار هم مطرح کرد و آغاز عصر جدیدی را اعلام نمود.</w:t>
              <w:br/>
              <w:t>منبع: بیانات در دیدار فرماندهان سپاه پاسداران انقلاب اسلامی</w:t>
              <w:br/>
              <w:t>متن: فرض کنید بیست سال دیگر، سی سال دیگر کشور جمهوری اسلامی را مثلاً با ۲۰۰ میلیون یا ۱۸۰ میلیون یا ۱۵۰ میلیون جمعیّت با پیشرفتهای شگرف مادّی و علمی و صنعتی و با استقرار معنویّت و عدالت؛ ببینید چه میشود؛ چه جاذبه‌ای در بین آحاد بشر -مسلمان و غیر مسلمان- به‌وجود می‌آورد؛ میخواهند این اتّفاق نیفتد. حیات طیّبه یعنی این؛ یعنی برویم به‌سمت یک چنین وضعی برای زندگی کشور؛ انقلاب میخواهد ما را به اینجاها برساند. رفاه، عدالت، نشاط، نشاط کار، شوق کار، علم، فنّاوری، اینها همه جزو حیات طیّبه است؛ در کنار اینها معنویّت، رحم، خلقیّات اسلامی، سبک زندگی اسلامی، اینها جزو حیات طیّبه است. نظم جزو حیات طیّبه است؛ این حرکت به‌سمت حیات طیّبه تمام‌نشدنی است. اَلآ اِلَی اللهِ تَصیرُ الاُمور؛(۹) این همان صیرورت به سمت خدا [است‌]. صیرورت یعنی حالی‌به‌حالی شدن، چیزی در باطن ذات خود تغییر ایجاد کند و روزبه‌روز بهتر بشود؛ این را میگویند صیرورت؛ بشر به سمت خدا صیرورت دارد و جامعه‌ی مطلوب اسلامی آن است که این صیرورت در آن وجود داشته باشد؛ این صیرورت تمام‌نشدنی است؛ همین‌طور به‌طور دائم ادامه دارد؛ انقلاب این است</w:t>
              <w:br/>
              <w:br/>
              <w:t>معیار معکوس : • رؤیاهای مدرنیته، تصویر تحرک آفرین جامعه و عامل شیفتگی به الگوها و اسوه‌های بیگانه• رشد بی هدف در شاخص های زندگی</w:t>
            </w:r>
          </w:p>
        </w:tc>
        <w:tc>
          <w:tcPr>
            <w:tcW w:type="dxa" w:w="4320"/>
          </w:tcPr>
          <w:p>
            <w:r>
              <w:t>### معیار برای تشخیص</w:t>
              <w:br/>
              <w:t>• رؤیاهای مدرنیته، تصویر تحرک آفرین جامعه و عامل شیفتگی به الگوها و اسوه‌های بیگانه • رشد بی هدف در شاخص های زندگی</w:t>
              <w:br/>
              <w:br/>
              <w:t>### توضیحات معیار</w:t>
              <w:br/>
              <w:t>برای ارزیابی فعالیت‌ها و محتوای مرتبط با معیار «رؤیاهای مدرنیته، تصویر تحرک آفرین جامعه و عامل شیفتگی به الگوها و اسوه‌های بیگانه»، می‌توان به مفاهیمی اشاره کرد که نشان‌دهنده‌ی عدم توجه به اصول بنیادین انسانی و فرهنگی در فعالیت‌ها هستند. این معیار می‌تواند شامل موارد زیر باشد:</w:t>
              <w:br/>
              <w:br/>
              <w:t>1. **کشف و پیروی از الگوهای بیگانه**: تمایل به دنبال کردن شیوه‌ها، روش‌ها و الگوهای زندگی از فرهنگ‌های خارجی، به طوری که این پیروی نه بر اساس نیازها و شرایط محلی، بلکه به خاطر تحت تاثیر قرار گرفتن از جذابیت‌های ظاهری یا صرفاً به عنوان نماد مدرنیته صورت گیرد.</w:t>
              <w:br/>
              <w:br/>
              <w:t>2. **رشد بی‌هدف**: پیشرفت و تغییرات در جنبه‌های مختلف زندگی بدون هدف‌گذاری معقول و آگاهانه، که می‌تواند به بروز ناپایداری و نارضایتی فردی و اجتماعی منجر شود.</w:t>
              <w:br/>
              <w:br/>
              <w:t>3. **فقدان معنویت**: غفلت از جنبه‌های معنوی و وجودی در فرآیند پیشرفت و توسعه، که به جای ایجاد و حفظ جامعه‌ای متوازن و مملو از فضیلت، منجر به تضعیف ارزش‌های انسانی و اخلاقی خواهد شد.</w:t>
              <w:br/>
              <w:br/>
              <w:t>4. **توسعه از روی تعصب مادی**: تمرکز بر جنبه‌های مادی زندگی به جای توجه به ابعاد معنوی و انسانی، که می‌تواند به تحقق نیازهای سطحی و زودگذر منجر شود و به تبع آن عدم توجه به طولانی‌مدت‌ترین و اساسی‌ترین نیازها را در پی داشته باشد.</w:t>
              <w:br/>
              <w:br/>
              <w:t>5. **کاهش نگاه انتقادی**: عدم توانایی در تحلیل و ارزیابی انتقادی از نظریات و رفتارهای اجتماعی که می‌تواند در نتیجه‌ی پیروی بی‌چون و چرا از الگوهای بیگانه ایجاد شود و منجر به عدم نوآوری و محدودیت در تولید اندیشه‌های جدید گردد.</w:t>
              <w:br/>
              <w:br/>
              <w:t>این مفاهیم می‌توانند به عنوان ابزارهای ارزیابی کیفی، در بررسی متون و عملکردها مورد استفاده قرار گیرند تا وجود یا عدم وجود فاصله با معیارهای انسانی و فرهنگی را به چالش بکشند.</w:t>
            </w:r>
          </w:p>
        </w:tc>
      </w:tr>
      <w:tr>
        <w:tc>
          <w:tcPr>
            <w:tcW w:type="dxa" w:w="4320"/>
          </w:tcPr>
          <w:p>
            <w:r>
              <w:t>معیار اصلی: ایجاد و تعمیق مسأله</w:t>
              <w:br/>
              <w:t xml:space="preserve">توضیحات برگرفته از منابع: </w:t>
              <w:br/>
              <w:t>منبع: بیانات در آغاز درس خارج فقه</w:t>
              <w:br/>
              <w:t>متن: ما امروز درباب اداره‌ی کشور به مسائلی برخورد میکنیم که مشکلات و معضلات دینی و فقهی ماست؛ ما پاسخ اینها را میخواهیم، اما کسی جوابگو نیست. باید خودمان بنشینیم، یا آقایی را ببینیم و از او بخواهیم، یا فرضاً بگوییم در کتابها بگردند و جواب این مسأله را پیدا کنند... باید دستگاهی آماده باشد و تمام مشکلات و معضلات نظام را پیش‌بینی کند؛ نسبت به آنها فکر کند، راه‌حل ارائه کند و جواب و پاسخ آماده را برای آن آماده نماید. این، جزو وظایف حوزه‌های علمیه است؛ لذا متعلق به اسلام است، و اسلام آن چیزی است که حوزه‌ی علمیه برای آن به وجود آمده است.</w:t>
              <w:br/>
              <w:t>منبع: سخنرانی در دیدار با مجمع نمایندگان طلاب و فضلای حوزه‏ی علمیه‏ی قم</w:t>
              <w:br/>
              <w:t>متن: حوزه باید مراكز متعدد تحقیقاتی داشته باشد تا در تمام این زمینه‏ها، مثل یك مجموعه‏ی تولیدی مرتب و مدرن كار كند و محصول بدهد. اگر چنان‌چه دستگاه در مسأله‏یی دچار سؤال شد- مثل مسأله‏ی زمین‏ و موسیقی و در یك چارچوب وسیع‏تر، سیستم اقتصادی و روابط خارجی و ارتباط با ملتها و مسائل پولی و ارزشهای كارگزارانِ حكومت و صدها مسئله از این قبیل كه هر دستگاهی همواره با این سؤالات از لحاظ مبنایی مواجه است كه ما بر چه اساسی قانون بگذرانیم و بر چه اساسی مقررات اداری بگذاریم و بر چه اساسی عمل بكنیم- بداند كه مركزی این‏گونه سؤالها را جواب می‏دهد. حوزه‏های علمیه- مخصوصاً حوزه‏ی علمیه‏ی قم- در تصویر مطلوب و ایده‏آلی، یك كارگاه ایدئولوژی و مركز ایدئولوگ‏هاست. البته- همان‏طور كه مطرح كردم- تاكنون حوزه این نقش را مستقیماً به عهده نگرفته است.</w:t>
              <w:br/>
              <w:t>منبع: بیانات در دیدار اساتید دانشگاه ها</w:t>
              <w:br/>
              <w:t>متن: بسیاری از مباحث علوم انسانی، مبتنی بر فلسفه‌‌‌‌‌‌‌‌‌هائی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اساتید و دانشجویان دانشگاه امام صادق علیه السلام</w:t>
              <w:br/>
              <w:t>متن: همین نهضت نرم‌افزاری و تولید علم که بنده گفته‌ام، در دانشگاه شما و در رشته‌ی علوم انسانی، همین است که هر چه می‌توانید بیشتر بیاموزید و تحقیق کنید. البته همان‌طور که گفتم، اساتیدی هستند که فرآورده‌های اندیشه‌های غربی در علوم انسانی، بت آنهاست. در مقابل خدا می‌گویند سجده نکنید؛ اما در مقابل بت‌ها به راحتی سجده می‌کنند؛ دانشجوی جوان را دست او بدهی، بافت و ساخت فکری او را همان‌طوری که متناسب با آن بت خود او است، می‌سازد؛ این ارزشی ندارد و درست نیست. بنده به این‌طور افراد، هیچ اعتقادی ندارم. این استاد هر چه هم دانشمند باشد، وجودش نافع نیست، مضر است. امروز خوشبختانه ما دانشمندان جوان مؤمن و تحصیل‌کرده‌های باایمان داریم که می‌توانند یک حرکت علمی فراگیر و به معنای واقعی کلمه، در عرصه‌ی علوم انسانی به وجود آورند؛ از اینها باید استفاده بشود. مواظب باشید دچار آن بت‌پرستی نشوید؛ آن کسی که در فلسفه، اقتصاد، علوم ارتباطات و سیاست، همان حرفی که از دهن یک متفکر غربی درآمده، آن را حجت می‌داند؛ حالا گاهی اوقات آن حرف هم در خود غرب نسخ شده! از این نمونه‌ها ما زیاد هم داریم. یک مطلبی را چهل، پنجاه سال پیش، یک فیلسوف اجتماعی یا سیاسی در غرب گفته و بعد آمدند ده تا نقد بر آن نوشته‌اند؛ این آقا تازه به حرف آن پنجاه سال قبل دست یافته و به عنوان حرف نو، به داخل کشور می‌آورد و با به‌به و چه‌چه آن را به خورد دانشجو و شاگرد و محیط خودش می‌دهد؛ از این قبیل هم داریم. چقدر براساس همین نظرات اقتصادی غربی، بانک جهانی و مجامع پولی و مالی جهانی به ملت‌ها و دولت‌ها برنامه‌ها دادند و چقدر از طرف خود غربی‌ها علیه آنها موارد نقض نوشته شده! باز هم کسانی را داریم که همان توصیه‌ها را می‌آیند عینا تکرار می‌کنند و عینا همان نسخه‌ها را می‌نویسند. این غلط است. تحقیق علمی به معنای فقط فراگیری و تقلید نیست؛ تحقیق، ضد تقلید است.</w:t>
              <w:br/>
              <w:t>منبع: بیانات در دیدار دانشگاهیان سمنان</w:t>
              <w:br/>
              <w:t>متن: درباره ی مشکلات اجتماعی ای که در کشور وجود دارد، تحقیق کنیم و راه ریشه کردن اینها را پیدا کنیم و به دنبال این برویم که راه مبارزه با اسراف چیست. اسراف یک بیماری اجتماعی است. راه مبارزه با مصرف گرایی چیست؟ راه مبارزه با ترجیح کالای خارجی بر کالای ساخت داخل چیست؟ اینها تحقیق می خواهد. در دانشگاهها پروژه های تحقیقی بگیرید، استاد و دانشجو کار کنید، نتیجه ی تحقیق را به مسئولان کشور بدهید؛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br/>
              <w:t>معیار معکوس : • پرداختن به مسائل خرد و موردی• پرداختن به همه مسائل (حل همه مسائل عملا یعنی حل نکردن هیچ مساله ای)• احصای مسائل از پایین به بالا بدون تغییر چارچوب‌های ذهنی• تحمیل مسائل از بالا به پایین بدون ارائه یک نقشه و تفاهم بر سر جایگاه افراد در نقشه</w:t>
            </w:r>
          </w:p>
        </w:tc>
        <w:tc>
          <w:tcPr>
            <w:tcW w:type="dxa" w:w="4320"/>
          </w:tcPr>
          <w:p>
            <w:r>
              <w:t>**معیار برای تشخیص:** پرداختن به مسائل خرد و موردی</w:t>
              <w:br/>
              <w:br/>
              <w:t>**توضیحات معیار:**</w:t>
              <w:br/>
              <w:t>1. **پرداختن به همه مسائل**: در این حالت، پژوهش‌ها یا فعالیت‌ها به طور معمول به مسائل جزئی و موردی توجه می‌کنند، که در عمل به معنای نادیده گرفتن مسائل کلان و اساسی است. این عمل نسبت به رویکردهای تحقیقی که به دنبال حل مشکلات عمقی و نظام‌مند هستند، ناکافی تشخیص داده می‌شود.</w:t>
              <w:br/>
              <w:br/>
              <w:t>2. **احصای مسائل از پایین به بالا**: این رویکرد بر شناسایی مسائل بومی و محلی تاکید دارد، اما ممکن است بدون توانایی در تغییر چارچوب‌های ذهنی و ملاحظات کلی، محدود به تحقق نیازهای پایه‌ای و موردی باشد. چنین رویکردی ممکن است مانع از پیشرفت در سطح کلان و ایجاد ساختارهای پایدار گردد.</w:t>
              <w:br/>
              <w:br/>
              <w:t>3. **تحمیل مسائل از بالا به پایین**: در این حالت، مسائل از سطوح بالای مدیریتی یا سیاست‌گذاری تعیین می‌شوند بدون شفاف‌سازی و توافق درباره نقش افراد و سازمان‌ها در حل این مسائل. چنین فرآیندی می‌تواند منجر به عدم توافق و انسجام در تلاش‌ها و فعالیت‌های اجتماعی شود.</w:t>
              <w:br/>
              <w:br/>
              <w:t>این معیارها به عنوان ابزارهایی برای تحلیل و ارزیابی محتوای متون، پژوهش‌ها و عملکردها به کار می‌روند تا سنجش کیفیت و عمق فعالیت‌های اجتماعی و پژوهشی ممکن شود.</w:t>
            </w:r>
          </w:p>
        </w:tc>
      </w:tr>
      <w:tr>
        <w:tc>
          <w:tcPr>
            <w:tcW w:type="dxa" w:w="4320"/>
          </w:tcPr>
          <w:p>
            <w:r>
              <w:t>معیار اصلی: • در جهت معیارهای تحقق تمدن اسلامی و در مقابله با تمدن مادی و به منظور تفوق بر آن</w:t>
              <w:br/>
              <w:t xml:space="preserve">توضیحات برگرفته از منابع: </w:t>
              <w:br/>
              <w:t>منبع: بیانات در آغاز درس خارج فقه</w:t>
              <w:br/>
              <w:t>متن: ما امروز درباب اداره‌ی کشور به مسائلی برخورد میکنیم که مشکلات و معضلات دینی و فقهی ماست؛ ما پاسخ اینها را میخواهیم، اما کسی جوابگو نیست. باید خودمان بنشینیم، یا آقایی را ببینیم و از او بخواهیم، یا فرضاً بگوییم در کتابها بگردند و جواب این مسأله را پیدا کنند... باید دستگاهی آماده باشد و تمام مشکلات و معضلات نظام را پیش‌بینی کند؛ نسبت به آنها فکر کند، راه‌حل ارائه کند و جواب و پاسخ آماده را برای آن آماده نماید. این، جزو وظایف حوزه‌های علمیه است؛ لذا متعلق به اسلام است، و اسلام آن چیزی است که حوزه‌ی علمیه برای آن به وجود آمده است.</w:t>
              <w:br/>
              <w:t>منبع: سخنرانی در دیدار با مجمع نمایندگان طلاب و فضلای حوزه‏ی علمیه‏ی قم</w:t>
              <w:br/>
              <w:t>متن: حوزه باید مراكز متعدد تحقیقاتی داشته باشد تا در تمام این زمینه‏ها، مثل یك مجموعه‏ی تولیدی مرتب و مدرن كار كند و محصول بدهد. اگر چنان‌چه دستگاه در مسأله‏یی دچار سؤال شد- مثل مسأله‏ی زمین‏ و موسیقی و در یك چارچوب وسیع‏تر، سیستم اقتصادی و روابط خارجی و ارتباط با ملتها و مسائل پولی و ارزشهای كارگزارانِ حكومت و صدها مسئله از این قبیل كه هر دستگاهی همواره با این سؤالات از لحاظ مبنایی مواجه است كه ما بر چه اساسی قانون بگذرانیم و بر چه اساسی مقررات اداری بگذاریم و بر چه اساسی عمل بكنیم- بداند كه مركزی این‏گونه سؤالها را جواب می‏دهد. حوزه‏های علمیه- مخصوصاً حوزه‏ی علمیه‏ی قم- در تصویر مطلوب و ایده‏آلی، یك كارگاه ایدئولوژی و مركز ایدئولوگ‏هاست. البته- همان‏طور كه مطرح كردم- تاكنون حوزه این نقش را مستقیماً به عهده نگرفته است.</w:t>
              <w:br/>
              <w:t>منبع: بیانات در دیدار اساتید دانشگاه ها</w:t>
              <w:br/>
              <w:t>متن: بسیاری از مباحث علوم انسانی، مبتنی بر فلسفه‌‌‌‌‌‌‌‌‌هائی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اساتید و دانشجویان دانشگاه امام صادق علیه السلام</w:t>
              <w:br/>
              <w:t>متن: همین نهضت نرم‌افزاری و تولید علم که بنده گفته‌ام، در دانشگاه شما و در رشته‌ی علوم انسانی، همین است که هر چه می‌توانید بیشتر بیاموزید و تحقیق کنید. البته همان‌طور که گفتم، اساتیدی هستند که فرآورده‌های اندیشه‌های غربی در علوم انسانی، بت آنهاست. در مقابل خدا می‌گویند سجده نکنید؛ اما در مقابل بت‌ها به راحتی سجده می‌کنند؛ دانشجوی جوان را دست او بدهی، بافت و ساخت فکری او را همان‌طوری که متناسب با آن بت خود او است، می‌سازد؛ این ارزشی ندارد و درست نیست. بنده به این‌طور افراد، هیچ اعتقادی ندارم. این استاد هر چه هم دانشمند باشد، وجودش نافع نیست، مضر است. امروز خوشبختانه ما دانشمندان جوان مؤمن و تحصیل‌کرده‌های باایمان داریم که می‌توانند یک حرکت علمی فراگیر و به معنای واقعی کلمه، در عرصه‌ی علوم انسانی به وجود آورند؛ از اینها باید استفاده بشود. مواظب باشید دچار آن بت‌پرستی نشوید؛ آن کسی که در فلسفه، اقتصاد، علوم ارتباطات و سیاست، همان حرفی که از دهن یک متفکر غربی درآمده، آن را حجت می‌داند؛ حالا گاهی اوقات آن حرف هم در خود غرب نسخ شده! از این نمونه‌ها ما زیاد هم داریم. یک مطلبی را چهل، پنجاه سال پیش، یک فیلسوف اجتماعی یا سیاسی در غرب گفته و بعد آمدند ده تا نقد بر آن نوشته‌اند؛ این آقا تازه به حرف آن پنجاه سال قبل دست یافته و به عنوان حرف نو، به داخل کشور می‌آورد و با به‌به و چه‌چه آن را به خورد دانشجو و شاگرد و محیط خودش می‌دهد؛ از این قبیل هم داریم. چقدر براساس همین نظرات اقتصادی غربی، بانک جهانی و مجامع پولی و مالی جهانی به ملت‌ها و دولت‌ها برنامه‌ها دادند و چقدر از طرف خود غربی‌ها علیه آنها موارد نقض نوشته شده! باز هم کسانی را داریم که همان توصیه‌ها را می‌آیند عینا تکرار می‌کنند و عینا همان نسخه‌ها را می‌نویسند. این غلط است. تحقیق علمی به معنای فقط فراگیری و تقلید نیست؛ تحقیق، ضد تقلید است.</w:t>
              <w:br/>
              <w:t>منبع: بیانات در دیدار دانشگاهیان سمنان</w:t>
              <w:br/>
              <w:t>متن: درباره ی مشکلات اجتماعی ای که در کشور وجود دارد، تحقیق کنیم و راه ریشه کردن اینها را پیدا کنیم و به دنبال این برویم که راه مبارزه با اسراف چیست. اسراف یک بیماری اجتماعی است. راه مبارزه با مصرف گرایی چیست؟ راه مبارزه با ترجیح کالای خارجی بر کالای ساخت داخل چیست؟ اینها تحقیق می خواهد. در دانشگاهها پروژه های تحقیقی بگیرید، استاد و دانشجو کار کنید، نتیجه ی تحقیق را به مسئولان کشور بدهید؛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br/>
              <w:t>معیار معکوس : • پرداختن به مسائل خرد و موردی• پرداختن به همه مسائل (حل همه مسائل عملا یعنی حل نکردن هیچ مساله ای)• احصای مسائل از پایین به بالا بدون تغییر چارچوب‌های ذهنی• تحمیل مسائل از بالا به پایین بدون ارائه یک نقشه و تفاهم بر سر جایگاه افراد در نقشه</w:t>
            </w:r>
          </w:p>
        </w:tc>
        <w:tc>
          <w:tcPr>
            <w:tcW w:type="dxa" w:w="4320"/>
          </w:tcPr>
          <w:p>
            <w:r>
              <w:t xml:space="preserve">**معیار برای تشخیص:**  </w:t>
              <w:br/>
              <w:t>• پرداختن به مسائل خرد و موردی</w:t>
              <w:br/>
              <w:br/>
              <w:t xml:space="preserve">**توضیحات معیار:**  </w:t>
              <w:br/>
              <w:t>این معیار بر اساس ارزیابی اقدامات مرتبط با پژوهش و فعالیت‌های علمی شکل گرفته است. نکات زیر به عنوان مفاهیم کلیدی برای تشخیص این معیار مطرح می‌شوند:</w:t>
              <w:br/>
              <w:br/>
              <w:t>1. **پرداختن به همه مسائل:** در شرایطی که به حل مسائل مختلف از تمام ابعاد توجه می‌شود، عملاً ممکن است نه تنها مسائل حل نشوند، بلکه موجب پراکندگی تلاش‌ها و منابع و عدم تمرکز بر نیازهای اصلی شود. در این طرح، تمرکز بر جزئیات بدون توجه به اولویت‌ها و زمینه‌های کلان، می‌تواند از اهداف بلندمدت نظام اسلامی کمرنگ کند.</w:t>
              <w:br/>
              <w:br/>
              <w:t>2. **احصای مسائل از پایین به بالا:** این فرایند ممکن است به شناسایی مشکلات فردی، اما بدون تغییر در چارچوب‌های فکری و اجتماعی منجر شود. در این حالت، تجزیه و تحلیل مسائل در سطوح عمیق‌تر یا زیربنایی قابل دستیابی نیست و این منجر به تداوم مشکلات می‌شود.</w:t>
              <w:br/>
              <w:br/>
              <w:t xml:space="preserve">3. **تحمیل مسائل از بالا به پایین:** در این رویکرد، مشکل اصلی می‌تواند به عدم وجود نقشه راه یا توافق بر سر جایگاه افراد در موقعیت‌های مختلف مرتبط باشد. تعیین اولویت‌ها از سطوح بالاتر، بدون در نظر گرفتن واقعیت‌های اجتماعی و نظریات محلی، می‌تواند به خروجی‌های غیرمؤثر منجر شود. </w:t>
              <w:br/>
              <w:br/>
              <w:t>این معیار به وضوح در متون و سخنرانی‌ها مطرح شده و تخمین مناسبی از جهت‌گیری‌های غیرمطلوب به دست می‌دهد.</w:t>
            </w:r>
          </w:p>
        </w:tc>
      </w:tr>
      <w:tr>
        <w:tc>
          <w:tcPr>
            <w:tcW w:type="dxa" w:w="4320"/>
          </w:tcPr>
          <w:p>
            <w:r>
              <w:t>معیار اصلی: • اولویت بندی به مسائل، شناخت به مثابه یک نظام و انتخاب مسائل محوری</w:t>
              <w:br/>
              <w:t xml:space="preserve">توضیحات برگرفته از منابع: </w:t>
              <w:br/>
              <w:t>منبع: بیانات در آغاز درس خارج فقه</w:t>
              <w:br/>
              <w:t>متن: ما امروز درباب اداره‌ی کشور به مسائلی برخورد میکنیم که مشکلات و معضلات دینی و فقهی ماست؛ ما پاسخ اینها را میخواهیم، اما کسی جوابگو نیست. باید خودمان بنشینیم، یا آقایی را ببینیم و از او بخواهیم، یا فرضاً بگوییم در کتابها بگردند و جواب این مسأله را پیدا کنند... باید دستگاهی آماده باشد و تمام مشکلات و معضلات نظام را پیش‌بینی کند؛ نسبت به آنها فکر کند، راه‌حل ارائه کند و جواب و پاسخ آماده را برای آن آماده نماید. این، جزو وظایف حوزه‌های علمیه است؛ لذا متعلق به اسلام است، و اسلام آن چیزی است که حوزه‌ی علمیه برای آن به وجود آمده است.</w:t>
              <w:br/>
              <w:t>منبع: سخنرانی در دیدار با مجمع نمایندگان طلاب و فضلای حوزه‏ی علمیه‏ی قم</w:t>
              <w:br/>
              <w:t>متن: حوزه باید مراكز متعدد تحقیقاتی داشته باشد تا در تمام این زمینه‏ها، مثل یك مجموعه‏ی تولیدی مرتب و مدرن كار كند و محصول بدهد. اگر چنان‌چه دستگاه در مسأله‏یی دچار سؤال شد- مثل مسأله‏ی زمین‏ و موسیقی و در یك چارچوب وسیع‏تر، سیستم اقتصادی و روابط خارجی و ارتباط با ملتها و مسائل پولی و ارزشهای كارگزارانِ حكومت و صدها مسئله از این قبیل كه هر دستگاهی همواره با این سؤالات از لحاظ مبنایی مواجه است كه ما بر چه اساسی قانون بگذرانیم و بر چه اساسی مقررات اداری بگذاریم و بر چه اساسی عمل بكنیم- بداند كه مركزی این‏گونه سؤالها را جواب می‏دهد. حوزه‏های علمیه- مخصوصاً حوزه‏ی علمیه‏ی قم- در تصویر مطلوب و ایده‏آلی، یك كارگاه ایدئولوژی و مركز ایدئولوگ‏هاست. البته- همان‏طور كه مطرح كردم- تاكنون حوزه این نقش را مستقیماً به عهده نگرفته است.</w:t>
              <w:br/>
              <w:t>منبع: بیانات در دیدار اساتید دانشگاه ها</w:t>
              <w:br/>
              <w:t>متن: بسیاری از مباحث علوم انسانی، مبتنی بر فلسفه‌‌‌‌‌‌‌‌‌هائی هستند که مبنایش مادیگری است، مبنایش حیوان انگاشتن انسان است، عدم مسئولیت انسان در قبال خداوند متعال است، نداشتن نگاه معنوی به انسان و جهان است. خوب، این علوم انسانی را ترجمه کنیم، آنچه را که غربی‌‌‌‌‌‌‌‌‌ها گفتند و نوشتند، عیناً ما همان را بیاوریم به جوان خودمان تعلیم بدهیم، در واقع شکاکیت و تردید و بی‌‌‌‌‌‌‌‌‌اعتقادی به مبانی الهی و اسلامی و ارزشهای خودمان را در قالبهای درسی به جوانها منتقل کنیم؛ این چیز خیلی مطلوبی نیست. این از جمله‌‌‌‌‌‌‌‌‌ی چیزهائی است که بایستی مورد توجه قرار بگیرد؛ هم در مجموعه‌‌‌‌‌‌‌‌‌های دولتی مثل وزارت علوم، هم در شورای عالی انقلاب فرهنگی، هم در هر مرکز تصمیم‌‌‌‌‌‌‌‌‌گیری که در اینجا وجود دارد؛ اعم از خود دانشگاه‌‌‌‌‌‌‌‌‌ها و بیرون دانشگاه‌‌‌‌‌‌‌‌‌ها.</w:t>
              <w:br/>
              <w:t>منبع: بیانات در دیدار اساتید و دانشجویان دانشگاه امام صادق علیه السلام</w:t>
              <w:br/>
              <w:t>متن: همین نهضت نرم‌افزاری و تولید علم که بنده گفته‌ام، در دانشگاه شما و در رشته‌ی علوم انسانی، همین است که هر چه می‌توانید بیشتر بیاموزید و تحقیق کنید. البته همان‌طور که گفتم، اساتیدی هستند که فرآورده‌های اندیشه‌های غربی در علوم انسانی، بت آنهاست. در مقابل خدا می‌گویند سجده نکنید؛ اما در مقابل بت‌ها به راحتی سجده می‌کنند؛ دانشجوی جوان را دست او بدهی، بافت و ساخت فکری او را همان‌طوری که متناسب با آن بت خود او است، می‌سازد؛ این ارزشی ندارد و درست نیست. بنده به این‌طور افراد، هیچ اعتقادی ندارم. این استاد هر چه هم دانشمند باشد، وجودش نافع نیست، مضر است. امروز خوشبختانه ما دانشمندان جوان مؤمن و تحصیل‌کرده‌های باایمان داریم که می‌توانند یک حرکت علمی فراگیر و به معنای واقعی کلمه، در عرصه‌ی علوم انسانی به وجود آورند؛ از اینها باید استفاده بشود. مواظب باشید دچار آن بت‌پرستی نشوید؛ آن کسی که در فلسفه، اقتصاد، علوم ارتباطات و سیاست، همان حرفی که از دهن یک متفکر غربی درآمده، آن را حجت می‌داند؛ حالا گاهی اوقات آن حرف هم در خود غرب نسخ شده! از این نمونه‌ها ما زیاد هم داریم. یک مطلبی را چهل، پنجاه سال پیش، یک فیلسوف اجتماعی یا سیاسی در غرب گفته و بعد آمدند ده تا نقد بر آن نوشته‌اند؛ این آقا تازه به حرف آن پنجاه سال قبل دست یافته و به عنوان حرف نو، به داخل کشور می‌آورد و با به‌به و چه‌چه آن را به خورد دانشجو و شاگرد و محیط خودش می‌دهد؛ از این قبیل هم داریم. چقدر براساس همین نظرات اقتصادی غربی، بانک جهانی و مجامع پولی و مالی جهانی به ملت‌ها و دولت‌ها برنامه‌ها دادند و چقدر از طرف خود غربی‌ها علیه آنها موارد نقض نوشته شده! باز هم کسانی را داریم که همان توصیه‌ها را می‌آیند عینا تکرار می‌کنند و عینا همان نسخه‌ها را می‌نویسند. این غلط است. تحقیق علمی به معنای فقط فراگیری و تقلید نیست؛ تحقیق، ضد تقلید است.</w:t>
              <w:br/>
              <w:t>منبع: بیانات در دیدار دانشگاهیان سمنان</w:t>
              <w:br/>
              <w:t>متن: درباره ی مشکلات اجتماعی ای که در کشور وجود دارد، تحقیق کنیم و راه ریشه کردن اینها را پیدا کنیم و به دنبال این برویم که راه مبارزه با اسراف چیست. اسراف یک بیماری اجتماعی است. راه مبارزه با مصرف گرایی چیست؟ راه مبارزه با ترجیح کالای خارجی بر کالای ساخت داخل چیست؟ اینها تحقیق می خواهد. در دانشگاهها پروژه های تحقیقی بگیرید، استاد و دانشجو کار کنید، نتیجه ی تحقیق را به مسئولان کشور بدهید؛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br/>
              <w:t>معیار معکوس : • پرداختن به مسائل خرد و موردی• پرداختن به همه مسائل (حل همه مسائل عملا یعنی حل نکردن هیچ مساله ای)• احصای مسائل از پایین به بالا بدون تغییر چارچوب‌های ذهنی• تحمیل مسائل از بالا به پایین بدون ارائه یک نقشه و تفاهم بر سر جایگاه افراد در نقشه</w:t>
            </w:r>
          </w:p>
        </w:tc>
        <w:tc>
          <w:tcPr>
            <w:tcW w:type="dxa" w:w="4320"/>
          </w:tcPr>
          <w:p>
            <w:r>
              <w:t>### معیار برای تشخیص</w:t>
              <w:br/>
              <w:t xml:space="preserve">• پرداختن به مسائل خرد و موردی  </w:t>
              <w:br/>
              <w:t xml:space="preserve">• پرداختن به همه مسائل (حل همه مسائل عملاً یعنی حل نکردن هیچ مسئله‌ای)  </w:t>
              <w:br/>
              <w:t xml:space="preserve">• احصای مسائل از پایین به بالا بدون تغییر چارچوب‌های ذهنی  </w:t>
              <w:br/>
              <w:t xml:space="preserve">• تحمیل مسائل از بالا به پایین بدون ارائه یک نقشه و تفاهم بر سر جایگاه افراد در نقشه  </w:t>
              <w:br/>
              <w:br/>
              <w:t>### توضیحات معیار</w:t>
              <w:br/>
              <w:t>1. **پرداختن به مسائل خرد و موردی**: این مفهوم اشاره به تمرکز بر جزئیات و موارد خاص و مقطعی دارد، و در عوض، نادیده گرفتن زمینه‌ها و ابعاد وسیع‌تر مشکلات. این رویکرد ممکن است منجر به عدم درک کامل مسائل و تعاملات بین آنها گردد.</w:t>
              <w:br/>
              <w:br/>
              <w:t>2. **پرداختن به همه مسائل**: بررسی و تلاش برای حل کلیه مسائل به شکلی است که عملاً هیچ موضوع خاصی را به‌طور عمیق پیگیری نمی‌کند. این رویکرد می‌تواند به تضعیف کارایی و عدم ارائه راهکارهای موثر منجر شود.</w:t>
              <w:br/>
              <w:br/>
              <w:t>3. **احصای مسائل از پایین به بالا**: این ویژگی به معنای شناسایی مسائل از طریق خرده‌نگری و تمرکز بر تجارب فردی یا محلی است، بدون آنکه چارچوب‌های فکری و نظری گسترده‌تر مورد بازنگری و تحول قرار گیرد. عدم استفاد از یک دیدگاه جامع و سیستماتیک ممکن است باعث تقلیل و سطحی‌نگری در تحلیل مسائل شود.</w:t>
              <w:br/>
              <w:br/>
              <w:t>4. **تحمیل مسائل از بالا به پایین**: این مفهوم به معنای ارائه و تعیین مسائل و چالش‌ها از سطوح بالاتر دون نظر گرفتن نظرات و تجربیات سطوح پایین‌تر است. این رویکرد ممکن است به کمبود مشارکت و عدم توافق در مورد اولویت‌ها و مسائل منجر شود، و نیز ممکن است حس عدم انطباق و ناهماهنگی را در میان افراد ایجاد کند.</w:t>
            </w:r>
          </w:p>
        </w:tc>
      </w:tr>
      <w:tr>
        <w:tc>
          <w:tcPr>
            <w:tcW w:type="dxa" w:w="4320"/>
          </w:tcPr>
          <w:p>
            <w:r>
              <w:t>معیار اصلی: حل مسأله</w:t>
              <w:br/>
              <w:t xml:space="preserve">توضیحات برگرفته از منابع: </w:t>
              <w:br/>
              <w:t>منبع: سخنرانی در دیدار با مجمع نمایندگان طلاب و فضلای حوزه‏ی علمیه‏ی قم</w:t>
              <w:b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br/>
              <w:t>منبع: بیانات در دیدار اعضای مجلس خبرگان رهبری</w:t>
              <w:b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br/>
              <w:t>منبع: بیانات در دیدار طلاب حوزه های علمیه</w:t>
              <w:b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br/>
              <w:t>منبع: بیانات در دیدار طلّاب و دانشجویان</w:t>
              <w:b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br/>
              <w:t>منبع: بیانات در دیدار طلاب حوزه های علمیه</w:t>
              <w:b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br/>
              <w:t>منبع: بیانات در دیدار طلاب و فضلا و اساتید حوزه علمیه قم</w:t>
              <w:b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br/>
              <w:t>منبع: بیانات در دیدار دانشجویان و نخبگان علمی</w:t>
              <w:b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br/>
              <w:t>منبع: بیانات در دیدار نخبگان علمی جوان</w:t>
              <w:b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br/>
              <w:br/>
              <w:t>معیار معکوس : • توجه تک بعدی به پاسخ (تنها به لحاظ کارآمدی)• منفک سازی بخش های نهاد علم کشور (حوزه، دانشگاه و کارشناسی اجرایی) و عدم ایجاد ارتباط ساختار یافته و قاعده مند میان آنها در حل مسائل کشور• ایجاد سلطه نخبگانی و مدرک گرایی</w:t>
            </w:r>
          </w:p>
        </w:tc>
        <w:tc>
          <w:tcPr>
            <w:tcW w:type="dxa" w:w="4320"/>
          </w:tcPr>
          <w:p>
            <w:r>
              <w:t>**معیار برای تشخیص:** توجه تک بعدی به پاسخ (تنها به لحاظ کارآمدی)</w:t>
              <w:br/>
              <w:br/>
              <w:t xml:space="preserve">**توضیحات معیار:**  </w:t>
              <w:br/>
              <w:t>توجه تک بعدی به پاسخ به عنوان یک رفتار غیرمطلوب، به نادیده گرفتن جنبه‌های چندبعدی و پیچیدگی‌های مسائل موجود و تمرکز صرف بر کارآمدی در ارائه راه‌حل‌ها منجر می‌شود. این معیار شامل مفاهیم زیر است:</w:t>
              <w:br/>
              <w:br/>
              <w:t>1. **منفک سازی بخش‌های نهاد علم کشور**: عدم توجه به همگرایی و تعامل میان حوزه، دانشگاه و کارشناسی اجرایی در فرآیند حل مسائل، نشان‌دهنده عدم شناخت ابعاد مختلف علمی و اجرایی است.</w:t>
              <w:br/>
              <w:br/>
              <w:t>2. **ایجاد سلطه نخبگانی**: تشکیل ساختار نخبگانی بدون توجه به ارتباطات عمومی و مشارکت سایر ذینفعان در فرآیند تصمیم‌گیری، موجب می‌شود که منبع اصلی یافتن حل‌ها تنها به گروهی خاص محدود شود.</w:t>
              <w:br/>
              <w:br/>
              <w:t>3. **مدرک‌گرایی**: تأکید بر مدارک تحصیلی به جای قابلیت‌های عملی و تجربی، نشان‌دهنده رویکردی است که کیفیت و ظرفیت‌های انسانی را نادیده می‌گیرد در حالیکه در حل مسائل واقعی، صرف مدرک به تنهایی کافی نمی‌باشد.</w:t>
            </w:r>
          </w:p>
        </w:tc>
      </w:tr>
      <w:tr>
        <w:tc>
          <w:tcPr>
            <w:tcW w:type="dxa" w:w="4320"/>
          </w:tcPr>
          <w:p>
            <w:r>
              <w:t>معیار اصلی: • با محوریت معارف وحیانی</w:t>
              <w:br/>
              <w:t xml:space="preserve">توضیحات برگرفته از منابع: </w:t>
              <w:br/>
              <w:t>منبع: سخنرانی در دیدار با مجمع نمایندگان طلاب و فضلای حوزه‏ی علمیه‏ی قم</w:t>
              <w:b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br/>
              <w:t>منبع: بیانات در دیدار اعضای مجلس خبرگان رهبری</w:t>
              <w:b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br/>
              <w:t>منبع: بیانات در دیدار طلاب حوزه های علمیه</w:t>
              <w:b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br/>
              <w:t>منبع: بیانات در دیدار طلّاب و دانشجویان</w:t>
              <w:b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br/>
              <w:t>منبع: بیانات در دیدار طلاب حوزه های علمیه</w:t>
              <w:b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br/>
              <w:t>منبع: بیانات در دیدار طلاب و فضلا و اساتید حوزه علمیه قم</w:t>
              <w:b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br/>
              <w:t>منبع: بیانات در دیدار دانشجویان و نخبگان علمی</w:t>
              <w:b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br/>
              <w:t>منبع: بیانات در دیدار نخبگان علمی جوان</w:t>
              <w:b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br/>
              <w:br/>
              <w:t>معیار معکوس : • توجه تک بعدی به پاسخ (تنها به لحاظ کارآمدی)• منفک سازی بخش های نهاد علم کشور (حوزه، دانشگاه و کارشناسی اجرایی) و عدم ایجاد ارتباط ساختار یافته و قاعده مند میان آنها در حل مسائل کشور• ایجاد سلطه نخبگانی و مدرک گرایی</w:t>
            </w:r>
          </w:p>
        </w:tc>
        <w:tc>
          <w:tcPr>
            <w:tcW w:type="dxa" w:w="4320"/>
          </w:tcPr>
          <w:p>
            <w:r>
              <w:t>**معیار برای تشخیص:** توجه تک بعدی به پاسخ (تنها به لحاظ کارآمدی)</w:t>
              <w:br/>
              <w:br/>
              <w:t xml:space="preserve">**توضیحات معیار:**  </w:t>
              <w:br/>
              <w:t>این معیار به بررسی رویکردهای نهادها و افراد در تحلیل و حل مسائل کشور می‌پردازد که به جای توجه به ابعاد مختلف معارف وحیانی، تنها بر کارآمدی محدود و یک بعدی تمرکز دارند. چندین مفهوم کلیدی از متون ورودی به این معیار مربوط می‌شوند:</w:t>
              <w:br/>
              <w:br/>
              <w:t>1. **انفکاک بخش‌های نهاد علم کشور:** اشاره به عدم ارتباط و یکپارچگی میان حوزه، دانشگاه و کارشناسی اجرایی. این مسأله موجب می‌شود که توانمندی‌ها و منابع علمی به نحو مؤثری یکپارچه نشده و در حل مسائل کشور کارایی لازم را نداشته باشند.</w:t>
              <w:br/>
              <w:br/>
              <w:t>2. **عدم ایجاد ارتباط ساختار یافته:** تأکید بر فقدان همکاری و تعامل میان نهادهای علمی و اجرایی، که منجر به تداوم مشکلات و چالش‌ها در جامعه می‌شود. این مفهوم می‌تواند به عدم استفاده از تجربه‌های متقابل و احداث پل‌هایی میان علم و عمل اشاره داشته باشد.</w:t>
              <w:br/>
              <w:br/>
              <w:t>3. **سلطه نخبگانی و مدرک‌گرایی:** به این معنا که بررسی‌ها و تحلیل‌ها منحصراً بر اساس شایستگی‌های تحصیلی و مدارک رسمی صورت می‌گیرد و ممکن است به غفلت از پتانسیل‌ها و تجربیات عملی دامن بزند. این رویکرد عدم توجه به تجربیات عینی و دستاوردهای غیررسمی را به دنبال دارد که می‌تواند به دوری از نیازهای واقعی جامعه منجر شود.</w:t>
              <w:br/>
              <w:br/>
              <w:t>این توضیحات می‌توانند به عنوان نقاط مرجع در ارزیابی محتوای متون و عملکرد در راستای شناخت و حل مسائل کشور بر اساس تعاملات چند وجهی و انسانی مورد استفاده قرار گیرند.</w:t>
            </w:r>
          </w:p>
        </w:tc>
      </w:tr>
      <w:tr>
        <w:tc>
          <w:tcPr>
            <w:tcW w:type="dxa" w:w="4320"/>
          </w:tcPr>
          <w:p>
            <w:r>
              <w:t>معیار اصلی: • بسترسازی برای تشکیل سازمان علمی مرکب از حوزوی، دانشگاهی و فعال تجربی</w:t>
              <w:br/>
              <w:t xml:space="preserve">توضیحات برگرفته از منابع: </w:t>
              <w:br/>
              <w:t>منبع: سخنرانی در دیدار با مجمع نمایندگان طلاب و فضلای حوزه‏ی علمیه‏ی قم</w:t>
              <w:b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br/>
              <w:t>منبع: بیانات در دیدار اعضای مجلس خبرگان رهبری</w:t>
              <w:b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br/>
              <w:t>منبع: بیانات در دیدار طلاب حوزه های علمیه</w:t>
              <w:b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br/>
              <w:t>منبع: بیانات در دیدار طلّاب و دانشجویان</w:t>
              <w:b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br/>
              <w:t>منبع: بیانات در دیدار طلاب حوزه های علمیه</w:t>
              <w:b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br/>
              <w:t>منبع: بیانات در دیدار طلاب و فضلا و اساتید حوزه علمیه قم</w:t>
              <w:b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br/>
              <w:t>منبع: بیانات در دیدار دانشجویان و نخبگان علمی</w:t>
              <w:b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br/>
              <w:t>منبع: بیانات در دیدار نخبگان علمی جوان</w:t>
              <w:b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br/>
              <w:br/>
              <w:t>معیار معکوس : • توجه تک بعدی به پاسخ (تنها به لحاظ کارآمدی)• منفک سازی بخش های نهاد علم کشور (حوزه، دانشگاه و کارشناسی اجرایی) و عدم ایجاد ارتباط ساختار یافته و قاعده مند میان آنها در حل مسائل کشور• ایجاد سلطه نخبگانی و مدرک گرایی</w:t>
            </w:r>
          </w:p>
        </w:tc>
        <w:tc>
          <w:tcPr>
            <w:tcW w:type="dxa" w:w="4320"/>
          </w:tcPr>
          <w:p>
            <w:r>
              <w:t xml:space="preserve">**معیار برای تشخیص:**  </w:t>
              <w:br/>
              <w:t xml:space="preserve">• توجه تک بعدی به پاسخ (تنها به لحاظ کارآمدی)  </w:t>
              <w:br/>
              <w:t xml:space="preserve">• منفک سازی بخش های نهاد علم کشور (حوزه، دانشگاه و کارشناسی اجرایی) و عدم ایجاد ارتباط ساختار یافته و قاعده مند میان آنها در حل مسائل کشور  </w:t>
              <w:br/>
              <w:t xml:space="preserve">• ایجاد سلطه نخبگانی و مدرک گرایی  </w:t>
              <w:br/>
              <w:br/>
              <w:t xml:space="preserve">**توضیحات معیار:**  </w:t>
              <w:br/>
              <w:t>1. **توجه تک بعدی به پاسخ:** اشاره به روندی که در آن تنها جنبه‌های کارآمدی یک مسئله مورد توجه قرار می‌گیرد و دیگر جوانب مانند ارزش‌های انسانی، علمی و اجتماعی نادیده گرفته می‌شوند. این نوع توجه می‌تواند به عدم درک کامل مسائل و نیازها منجر شود.</w:t>
              <w:br/>
              <w:br/>
              <w:t>2. **منفک سازی:** به معنای جداسازی بخش‌های مختلف نهاد علمی مانند حوزه، دانشگاه و کارشناسان اجرایی است. این جداسازی مانع از ایجاد ارتباط مؤثر و قاعده‌مند میان این حوزه‌ها می‌شود و به مشکلات در زمینه حل مسائل اجتماعی و علمی کشور دامن می‌زند.</w:t>
              <w:br/>
              <w:br/>
              <w:t>3. **عدم ایجاد ارتباط ساختار یافته:** ناتوانی در برقراری یک شبکه ارتباطی و همکاری مؤثر بین نهادهای مختلف علمی. این موضوع می‌تواند به تضعیف هم‌افزایی و کاهش توانمندی در حل چالش‌های اساسی جامعه منجر شود.</w:t>
              <w:br/>
              <w:br/>
              <w:t>4. **ایجاد سلطه نخبگانی:** وقوع حالتی که در آن گروه خاصی از افراد به دلیل مدارک تحصیلی یا موقعیت‌های ویژه به شکل انحصاری در تصمیم گیری‌ها و سرنوشت دیگران تأثیرگذارند. این وضعیت می‌تواند مانع از مشارکت عادلانه و فراگیر دیگر افراد جامعه گردد.</w:t>
              <w:br/>
              <w:br/>
              <w:t>5. **مدرک گرایی:** تمرکز بیش از حد بر دریافت مدارک تحصیلی به عنوان شرط لازم برای اعتبار بخشی به افراد و توانمندی‌های آنان. این نوع نگرش می‌تواند از توجه به تجربیات عملی و توانایی‌های واقعی افراد بکاهد و به نوعی یک الگوی اجتماعی نادرست بیافریند.</w:t>
            </w:r>
          </w:p>
        </w:tc>
      </w:tr>
      <w:tr>
        <w:tc>
          <w:tcPr>
            <w:tcW w:type="dxa" w:w="4320"/>
          </w:tcPr>
          <w:p>
            <w:r>
              <w:t>معیار اصلی: • ایده از هر قشری پذیرفته می شود اما تناسب آن با معیارها اثبات گردد (اثبات تناسب به صورت مردمی بهتر است)</w:t>
              <w:br/>
              <w:t xml:space="preserve">توضیحات برگرفته از منابع: </w:t>
              <w:br/>
              <w:t>منبع: سخنرانی در دیدار با مجمع نمایندگان طلاب و فضلای حوزه‏ی علمیه‏ی قم</w:t>
              <w:b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br/>
              <w:t>منبع: بیانات در دیدار اعضای مجلس خبرگان رهبری</w:t>
              <w:b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br/>
              <w:t>منبع: بیانات در دیدار طلاب حوزه های علمیه</w:t>
              <w:b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br/>
              <w:t>منبع: بیانات در دیدار طلّاب و دانشجویان</w:t>
              <w:b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br/>
              <w:t>منبع: بیانات در دیدار طلاب حوزه های علمیه</w:t>
              <w:b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br/>
              <w:t>منبع: بیانات در دیدار طلاب و فضلا و اساتید حوزه علمیه قم</w:t>
              <w:b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br/>
              <w:t>منبع: بیانات در دیدار دانشجویان و نخبگان علمی</w:t>
              <w:b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br/>
              <w:t>منبع: بیانات در دیدار نخبگان علمی جوان</w:t>
              <w:b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br/>
              <w:br/>
              <w:t>معیار معکوس : • توجه تک بعدی به پاسخ (تنها به لحاظ کارآمدی)• منفک سازی بخش های نهاد علم کشور (حوزه، دانشگاه و کارشناسی اجرایی) و عدم ایجاد ارتباط ساختار یافته و قاعده مند میان آنها در حل مسائل کشور• ایجاد سلطه نخبگانی و مدرک گرایی</w:t>
            </w:r>
          </w:p>
        </w:tc>
        <w:tc>
          <w:tcPr>
            <w:tcW w:type="dxa" w:w="4320"/>
          </w:tcPr>
          <w:p>
            <w:r>
              <w:t xml:space="preserve">**معیار برای تشخیص:**  </w:t>
              <w:br/>
              <w:t xml:space="preserve">• توجه تک بعدی به پاسخ (تنها به لحاظ کارآمدی)  </w:t>
              <w:br/>
              <w:t xml:space="preserve">• منفک سازی بخش‌های نهاد علم کشور (حوزه، دانشگاه و کارشناسی اجرایی) و عدم ایجاد ارتباط ساختار یافته و قاعده‌مند میان آنها در حل مسائل کشور  </w:t>
              <w:br/>
              <w:t xml:space="preserve">• ایجاد سلطه نخبگانی و مدرک‌گرایی  </w:t>
              <w:br/>
              <w:br/>
              <w:t xml:space="preserve">**توضیحات معیار:**  </w:t>
              <w:br/>
              <w:t xml:space="preserve">این معیار به بررسی نقص‌ها و شرایط غیرمطلوب در فرآیند ارزیابی و پذیرش ایده‌ها در نهادهای علمی و فرهنگی پرداخته و بر جنبه‌های منفی و عدم انسجام تأکید دارد. </w:t>
              <w:br/>
              <w:br/>
              <w:t>مفاهیم مهم مرتبط با این معیار به شرح ذیل هستند:</w:t>
              <w:br/>
              <w:br/>
              <w:t>1. **توجه تک بعدی به پاسخ:** این مفهوم به نادیده گرفتن ابعاد گوناگون و فقط تمرکز بر جنبه‌های کارآمدی یک ایده اشاره دارد. در این رویکرد، ارزش‌های انسانی، اجتماعی و اخلاقی به حاشیه رانده می‌شوند و تنها به جنبه‌های عملکردی ایده توجه می‌شود.</w:t>
              <w:br/>
              <w:br/>
              <w:t>2. **منفک‌سازی بخش‌های نهاد علم کشور:** این ویژگی بیانگر عدم ارتباط مؤثر و هم‌راستایی بین حوزه، دانشگاه و کارشناسی اجرایی است که می‌تواند به کمبود هماهنگی و تبادل اطلاعات در حل مسائل اجتماعی و فرهنگی منجر گردد. جدا کردن این بخش‌ها می‌تواند موجب نقصان در تبادل تجربه‌ها و نقطه‌نظرها شود.</w:t>
              <w:br/>
              <w:br/>
              <w:t>3. **عدم ایجاد ارتباط ساختار یافته و قاعده‌مند:** این جنبه به فقدان روش‌ها و سازوکارهای منظم در تعامل میان نهادهای علمی و اجرایی اشاره دارد. بی‌توجهی به ضرورت ایجاد سازوکارهای منظم و مستمر می‌تواند به عدم شفافیت و انسجام در حل مشکلات موجود منجر شود.</w:t>
              <w:br/>
              <w:br/>
              <w:t>4. **ایجاد سلطه نخبگانی و مدرک‌گرایی:** این مفهوم به مشاهده نابرابری در میدان‌های علمی و فرهنگی اشاره دارد که در آن تأکید بیش از حد بر مدارک تحصیلی و موقعیت‌های نخبگانی به منزله‌ی معیار اصلی ارزیابی و سنجش ایده‌ها قرار می‌گیرد. این رویکرد می‌تواند به تضعیف قدرت نقد و تعامل اجتماعی بین اقشار مختلف جامعه بیانجامد.</w:t>
            </w:r>
          </w:p>
        </w:tc>
      </w:tr>
      <w:tr>
        <w:tc>
          <w:tcPr>
            <w:tcW w:type="dxa" w:w="4320"/>
          </w:tcPr>
          <w:p>
            <w:r>
              <w:t>معیار اصلی: • ملاحظه تبعات هر پاسخ در ابعاد مهم و اصیل جامعه</w:t>
              <w:br/>
              <w:t xml:space="preserve">توضیحات برگرفته از منابع: </w:t>
              <w:br/>
              <w:t>منبع: سخنرانی در دیدار با مجمع نمایندگان طلاب و فضلای حوزه‏ی علمیه‏ی قم</w:t>
              <w:br/>
              <w:t>متن: حوزه- به ماهی حوزه- هنوز تنظیم و تدوین مقررات اسلامی و نظام ارزشی اسلام و اخلاق عمومی‏یی را كه ما می‏خواهیم ملت داشته باشند و متكی به مدارك قطعی شرع باشد و دیگر جای بحث و لَیت و لعلّ و لِمَ و بِمَ نداشته باشد، متكفل نشده و الگوی زندگی اسلامی را ارایه نداده است. هی به ما می‏گویند: الگوی زندگی اسلامی را بدهید. چه كسی باید این كار را بكند؟ طبیعی است كه حوزه باید در این جهت گام بردارد.</w:t>
              <w:br/>
              <w:t>منبع: بیانات در دیدار اعضای مجلس خبرگان رهبری</w:t>
              <w:br/>
              <w:t>متن: یکی از نیازهایی که مورد ابتلاء همه‌ی جوامع اسلامی و همه‌ی کشورهای اسلامی است و به آن نیاز دارند و بخصوص کشور عزیز ما که بحمدالله با نظام اسلامی اداره میشود به آن نیاز دارد، عبارت است از اینکه ما مفاهیم اسلامی را به مرحله‌ی عمل و به عرصه‌ی عمل بکشانیم. منظومه‌ی معرفتی و ارزشی اسلام یک مجموعه‌ی مفاهیمی است که آوردن این مفاهیم به میان مردم و آنها را به مرحله و منصّه‌ی عمل درآوردن، یک کار بسیار بزرگ و مهمّی است ... در واقع عرض بنده این است که عناوین و مفاهیم معرفتی اسلام جنبه‌ی عملیّاتی و ترجمه‌ی عملیّاتی پیدا کند و عمل به آنها ممکن و رایج بشود که این به خودیِ خود نمی‌شود و احتیاج به تلاش دارد</w:t>
              <w:br/>
              <w:t>منبع: بیانات در دیدار طلاب حوزه های علمیه</w:t>
              <w:br/>
              <w:t>متن: «اسلام فقط معرفت نیست... اسلام فقط توحید به معنای علم توحید با همان عمق و معرفتِ عرفانی و فلسفی و [مانند] اینها نیست، لکن ...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[آیا] انبیا آمدند تا معارف دین را فقط بیان کنند یا نه، معارف دین را در جامعه محقّق کنند؟ حتماً این دوّمی است.»</w:t>
              <w:br/>
              <w:t>منبع: بیانات در دیدار طلّاب و دانشجویان</w:t>
              <w:br/>
              <w:t>متن: «وقتی ما از وحدت حوزه و دانشگاه میگوییم، معنایش این باشد که همه‌ی دانشکده‌های ما - دانشکده‌های گوناگون علمی - در حوزه تشکیل شود! نه؛ مقصود این نیست. دانشکده در جای خودش تشکیل شود، حوزه هم در مرکز جغرافیایی و خارجی خودش. معنای وحدت این نیست که این آن‌جا برود و آن این‌جا بیاید»</w:t>
              <w:br/>
              <w:t>منبع: بیانات در دیدار طلاب حوزه های علمیه</w:t>
              <w:br/>
              <w:t>متن: در زمینه‌ی مسائلی که ارتباط مستقیمی با دین ندارد، مثل علوم طبیعی و مانند آن که مستقیماً ارتباطی با زیربنای فکریِ دینی ندارد، جهت‌گیری اینها را هم حوزه بایستی معیّن کند؛ یعنی جهت‌گیری حرکت علمی را حوزه‌ها باید معیّن کنند، چون این کارِ دین است؛ دین است که به علم جهت میدهد. ...این جهت دادن به علم هم به عهده‌ی حوزه است.</w:t>
              <w:br/>
              <w:t>منبع: بیانات در دیدار طلاب و فضلا و اساتید حوزه علمیه قم</w:t>
              <w:br/>
              <w:t>متن: اینکه بنده درباره‌ی علوم انسانی در دانشگاه‌ها و خطر این دانشهای ذاتاً مسموم هشدار دادم - هم به دانشگاه‌ها، هم به مسئولان - به خاطر همین است. این علوم انسانیای که امروز رائج است، محتواهائی دارد که ماهیتاً معارض و مخالف با حرکت اسلامی و نظام اسلامی است؛ متکی بر جهان‌بینی دیگری است؛ حرف دیگری دارد، هدف دیگری دارد. وقتی اینها رائج شد، مدیران بر اساس آنها تربیت میشوند؛ همین مدیران میآیند در رأس دانشگاه، در رأس اقتصاد کشور، در رأس مسائل سیاسی داخلی، خارجی، امنیت، غیره و غیره قرار میگیرند. حوزه‌های علمیه و علمای دین پشتوانه‌هائی هستند که موظفند نظریات اسلامی را در این زمینه از متون الهی بیرون بکشند، مشخص کنند، آنها را در اختیار بگذارند، برای برنامه‌ریزی، برای زمینه‌سازیهای گوناگون. پس نظام اسلامی پشتوانه‌اش ... نظریات اسلامی است.</w:t>
              <w:br/>
              <w:t>منبع: بیانات در دیدار دانشجویان و نخبگان علمی</w:t>
              <w:br/>
              <w:t>متن: اینکه من در این چند سال به دانشگاه‏ها مرتب راجع به مسائل علم و تحقیق و پژوهش و نوآوری و جنبش نرم‏افزاری و ارتباط صنعت و دانشگاه این همه تأکید کرده ام، به خاطر این است که یک رکن امنیت بلندمدت کشور و ملتتان علم است.</w:t>
              <w:br/>
              <w:t>منبع: بیانات در دیدار نخبگان علمی جوان</w:t>
              <w:br/>
              <w:t>متن: از پانزده سال پیش یا اندکی بیشتر مسئله‌ی نهضت علمی و نهضت نرم‌افزاری و حرکت عظیم علمی را مطرح کردم، و خب دانشمندان، جوانها، اساتید، دانشگاه‌ها، بسیاری از بخشهای دولتهای مختلفی که سر کار آمدند استقبال کردند؛ و پیش رفت، امّا این حرکت یک حرکت روی جادّه‌ی آسفالته نیست، حرکت در اتوبان نیست. این حرکت، حرکتی است دارای مانع. این موانع را بایستی شناخت، این موانع را باید علاج کرد.</w:t>
              <w:br/>
              <w:br/>
              <w:t>معیار معکوس : • توجه تک بعدی به پاسخ (تنها به لحاظ کارآمدی)• منفک سازی بخش های نهاد علم کشور (حوزه، دانشگاه و کارشناسی اجرایی) و عدم ایجاد ارتباط ساختار یافته و قاعده مند میان آنها در حل مسائل کشور• ایجاد سلطه نخبگانی و مدرک گرایی</w:t>
            </w:r>
          </w:p>
        </w:tc>
        <w:tc>
          <w:tcPr>
            <w:tcW w:type="dxa" w:w="4320"/>
          </w:tcPr>
          <w:p>
            <w:r>
              <w:t xml:space="preserve">**معیار برای تشخیص:**  </w:t>
              <w:br/>
              <w:t xml:space="preserve">• توجه تک بعدی به پاسخ (تنها به لحاظ کارآمدی)  </w:t>
              <w:br/>
              <w:t xml:space="preserve">• منفک سازی بخش های نهاد علم کشور (حوزه، دانشگاه و کارشناسی اجرایی) و عدم ایجاد ارتباط ساختار یافته و قاعده مند میان آنها در حل مسائل کشور  </w:t>
              <w:br/>
              <w:t xml:space="preserve">• ایجاد سلطه نخبگانی و مدرک گرایی  </w:t>
              <w:br/>
              <w:br/>
              <w:t xml:space="preserve">**توضیحات معیار:**  </w:t>
              <w:br/>
              <w:t xml:space="preserve">این معیار به بررسی چگونگی تاثیر توجه محدود و تک بعدی به پاسخ‌ها بر ابعاد اجتماعی و علمی می‌پردازد و به نیاز به تلفیق و هماهنگی نهادهای علمی تأکید دارد.  </w:t>
              <w:br/>
              <w:t xml:space="preserve">مفاهیم مرتبط عبارتند از:  </w:t>
              <w:br/>
              <w:t xml:space="preserve">- **توجه تک بعدی**: اشاره به رویکردی که تنها کارایی و نتایج کوتاه‌مدت را در نظر می‌گیرد و از تأثیرات و عواقب بلندمدت غافل است؛ این رویکرد ممکن است به تصمیمات غیرمؤثر منجر شود که در تضاد با اصول تعهد اجتماعی و فرهنگی قرار دارد.  </w:t>
              <w:br/>
              <w:t xml:space="preserve">- **منفک سازی نهادهای علمی**: عمومیت عدم همکاری و هماهنگی بین حوزه‌های علمیه، دانشگاه‌ها و نهادهای اجرایی، که می‌تواند به بی‌توجهی به ظرفیت‌های علمی و تخصصی در حل مشکلات اجتماعی و علمی منجر شود و مانع از تحقق اقدامات مشترک و جامع باشد.  </w:t>
              <w:br/>
              <w:t>- **سلطه نخبگانی و مدرک‌گرایی**: برقراری نظامی که در آن مقام و اعتبار به مدرک تحصیلی و نخبگان علمی محدود می‌شود و از افراد با تخصص‌های غیررسمی غفلت می‌کند؛ این موضوع می‌تواند مانع دسترسی به ایده‌های نوآورانه و نظرات مختلف شود.</w:t>
            </w:r>
          </w:p>
        </w:tc>
      </w:tr>
      <w:tr>
        <w:tc>
          <w:tcPr>
            <w:tcW w:type="dxa" w:w="4320"/>
          </w:tcPr>
          <w:p>
            <w:r>
              <w:t>معیار اصلی: انتشار ایثارپایه</w:t>
              <w:br/>
              <w:t xml:space="preserve">توضیحات برگرفته از منابع: </w:t>
              <w:br/>
              <w:t>منبع: کتاب «نظری به نظام اقتصادی اسلام» اثر شهید مطهری(ص 58)</w:t>
              <w:br/>
              <w:t>متن: ماشین [تکنولوژی] از این نظر که مظهر ترقی اجتماعی است و محصول ماشین را نمی توان محصول غیر مستقیم سرمایه دانست بلکه محصول غیر مستقیم شعور و نبوغ مخترع است و آثار نبوغ و شعور نمی تواند مالک شخصی داشته باشد، پس ماشین های تولید نمی تواند به اشخاص تعلق داشته باشد ... اینها نفی مالکیت فردی نیست، الغاء مالکیت خصوصی نیست، بلکه مالکیت اشتراکی در موارد خاصی است که موجبات آن اقتضا می کند در آن موارد، مالکیت، اشتراکی و اجتماعی باشد نه فردی.</w:t>
              <w:br/>
              <w:t>منبع: کتاب «نظری به نظام اقتصادی اسلام» اثر شهید مطهری(ص 136)</w:t>
              <w:br/>
              <w:t>متن: ماشین جانشین انسان است نه ابزار و آلت انسان. یک انسان مصنوعی است ... [و] کارهایی را که انسان با شعور مستقیم خود انجام می داد، انجام می دهد ... ماشین تمام کارهای انسان را دقیقتر و با راندمان بیشتر و محصول بیشتر انجام می دهد ... آیا اینچنین منبعی می تواند مملوک شخصی باشد؟ یا حتماً باید مانند منابع عمومی طبیعی در اختیار عموم باشد؟ ... در حقیقت شعور مخترع است که اینهمه کار را با این ابزار انجام می دهد ... در حقیقت مغز فلان دانشمند است که با آلات فلزی کار می کند، بلکه مغز اجتماع و ترقی اجتماع است و بالاخره اجتماع بما هو اجتماع است که به صورت ماشین در طول صدها قرن درآمده و کار می کند؛ نبوغ جامعه انسانی در طول تاریخ است که به این شکل درآمده است.</w:t>
              <w:br/>
              <w:t>منبع: کتاب «نظری به نظام اقتصادی اسلام» اثر شهید مطهری(ص143)</w:t>
              <w:br/>
              <w:t>متن: ماشین [یعنی تکنولوژی] مظهر تکامل اجتماعی است و هیچ فردی را به تنهایی نمی توان مخترع و مبتکر آن برشمرد. از این جهت، هم با ابزارهای دستی متفاوت است و هم با آثار هنری و تألیفات و دفاتر شعر.</w:t>
              <w:br/>
              <w:t>منبع: تحریر الوسیله جلد دوم. ص 667 و 668</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به نقل از: فصلنامه رهنمون 1371: 209 - 207</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بیانیه گام دوم انقلاب خطاب به ملت ایران</w:t>
              <w:br/>
              <w:t>متن: عقب‌ماندگی شرم‌آور علمی در دوران پهلوی‌ها و قاجارها در هنگامی که مسابقه‌ی علمی دنیا تازه شروع شده بود، ضربه‌ی سختی بر ما وارد کرده و ما را از این کاروان شتابان، فرسنگها عقب نگه داشته بود. ما اکنون حرکت را ‌آغاز کرده و با شتاب پیش میرویم ولی این شتاب باید سالها با شدّت بالا ادامه یابد تا آن عقب‌افتادگی جبران شود. اینجانب همواره به دانشگاه‌ها و دانشگاهیان و مراکز پژوهش و پژوهندگان، گرم و قاطع و جدّی دراین‌باره تذکّر و هشدار و فراخوان داده‌ام، ولی اینک مطالبه‌ی عمومی من از شما جوانان آن است که این راه را با احساس مسئولیّت بیشتر و همچون یک جهاد در پیش گیرید. سنگ بنای یک انقلاب علمی در کشور گذاشته شده و این انقلاب، شهیدانی از قبیل شهدای هسته‌ای نیز داده است. به‌پاخیزید و دشمن بدخواه و کینه‌توز را که از جهاد علمی شما بشدّت بیمناک است ناکام سازید.</w:t>
              <w:br/>
              <w:t>منبع: بیانات در دیدار اساتید دانشگاه‌ها</w:t>
              <w:br/>
              <w:t>متن: باید دشمن را شناخت، دید - حالا [اینکه] شما میگویید برخوردمان با دشمن این‌جور باشد، آن‌جور نباشد، بحث دیگرى است - دشمنىِ او را باید فهمید، نقشه‌ى او را باید تشخیص داد. یکى از نقشه‌هاى مهمّ دشمن، متوقّف کردن حرکت علمى در کشور است. خب، وقتى این را فهمیدیم، برمیگردیم به دانشگاه؛ اینجا آن مدیریّت جهادى که ما عرض کردیم، معنا پیدا میکند. چون جهاد عبارت است از تلاشى که در مقابل یک دشمنى‌اى انجام میگیرد؛ هر جور تلاشى جهاد نیست. جهاد عبارت است از آن تلاشى که در برابر یک چالش خصمانه از سوى طرف مقابل صورت میگیرد؛ این جهاد است. آن‌وقت معناى مدیریّت جهادى در اینجا این است که توجّه بکنید که حرکت علمى کشور و نهضت علمى کشور و پیشرفت علمى کشور مواجه است با یک چالش خصمانه، که در مقابل این چالش خصمانه شما که مدیرید، شما که استادید، شما که دانشجو هستید، باید بایستید؛ این شد حرکت جهادى و مدیریّت دستگاه؛ چه مدیریّت دانشگاه، چه مدیریّت وزارت، چه مدیّریت هر بخشى از بخشهاى گوناگون این عرصه‌ى عظیم، خواهد شد مدیریّت جهادى.</w:t>
              <w:br/>
              <w:t>منبع: بیانات در دیدار اعضای مجمع عالی بسیج مستضعفین</w:t>
              <w:br/>
              <w:t>متن: ما در علم و تحقیق نخبه‌هاى برجسته‌اى داریم، مثل مرحوم کاظمى آشتیانى که این سلّول‌هاى بنیادى و این تشکیلات عظیم را راه انداخت و انسانهاى زیادى را تربیت کرد - همکارانش هم همان‌جور هستند؛ امروز هم بحمدالله این حرکت ادامه دارد - یا مثل شهید شهریارى؛ که این روزها اسم شهید شهریارى را مى‌آوریم، چون این روزها سالگرد شهادت او است؛(۱۱) بقیّه هم همین‌طور: رضایى‌نژاد، على‌محمّدى، احمدى روشن؛ اینها نخبگانى بودند در وادى علم و تحقیق که بسیجى‌وار کار کردند؛ شهید شهریارى بسیجى‌وار کار کرد. آن روزى که درها را به روى ملّت ایران خواستند ببندند - با آن شیوه‌هایى که حالا خیلى‌ها از آحاد مردم در تلویزیون، در خبرها چیزهایى را شنفتند، خیلى‌ها هم پشت پرده است که بعدها روشن خواهد شد که چقدر خباثت کردند - که محصول این رادیوداروها به دست مردم نرسد و جمهورى اسلامى دچار مشکل بشود و گفتند «نمیفروشیم» که این مرکز تهران تعطیل بشود، اینها - مرحوم شهید شهریارى - هم مشغول کار شدند، تلاش کردند، که بعد آمدند به ما گفتند که توانستیم بیست درصد را تولید کنیم، بعد هم آمدند به ما اطّلاع دادند که ما لوله‌ى سوخت و صفحه‌ى سوخت را هم ساختیم؛ دشمن [متحیّر] ماند. این کار کار بسیجى بود؛ این کار کار معمولى نبود. در همه‌ى این میدانهایى که ذکر کردیم، هزاران انسان بزرگ بودند و هستند و تلاش کردند که بعضى را اسم آوردیم</w:t>
              <w:br/>
              <w:t>منبع: بیانات در دیدار دانشجویان</w:t>
              <w:br/>
              <w:t>متن: امروز یكی از نیازهای اساسی و درجه‌ی یك كشور، نیاز علمی است. اگر چنانچه ما توانستیم در عرصه‌ی علمی، پیشرفتهائی را كه تا امروز بحمدالله به دست آمده است، با همین سرعت دنبال كنیم، هم در زمینه‌ی مشكلات اقتصادی، هم در زمینه‌ی مشكلات سیاسی، هم در زمینه‌ی مشكلات اجتماعی، هم در زمینه‌ی مسائل بین‌المللی، مطمئناً گره‌گشائی‌های بزرگی خواهد شد. علم مسئله‌ی بسیار مهمی است. در این حدود ده سال، یازده سال گذشته، در این زمینه خیلی كار شده؛ لیكن بعد از این هم باید كار شود؛ كار مضاعف شود. من عقیده‌ام این است كه كار علمی در دانشگاه و در كشور باید جهادی باشد؛ كار علمیِ جهادی انجام بگیرد.</w:t>
              <w:br/>
              <w:t>منبع: بیانات در دیدار اعضای بسیجی هیأت علمی دانشگاه‌ها</w:t>
              <w:br/>
              <w:t>متن: عرصه‌ی حضور بسیج خیلی وسیعتر از عرصه‌ی نظامی است. اینی که من بارها گفتم و تکرار میکنم که نباید بسیج را یک نهاد نظامی به حساب آورد، تعارف نیست؛ بلکه حقیقت قضیه این است. بسیج عرصه‌ی جهاد است، نه قتال. قتال یک گوشه‌ای از جهاد است. جهاد یعنی حضور در میدان با مجاهدت، با تلاش، با هدف و با ایمان؛ این میشود جهاد. لذا «جاهدوا بأموالکم و أنفسکم فی سبیل اللَّه»؛ جهاد با نفس، جهاد با مال. جهاد با نفس کجاست؟ فقط به این است که توی میدان جنگ برویم و جانمان را کف دست بگیریم؛ نه، یکی از انواع جهاد با نفس هم این است که شما شب تا صبح را روی یک پروژه‌ی تحقیقاتی صرف کنید و گذر ساعات را نفهمید. جهاد با نفس این است که از تفریحتان بزنید، از آسایش جسمانیتان بزنید، از فلان کار پرپول و پردرآمد - به قول فرنگی‌ها پول‌ساز - بزنید و تو این محیط علمی و تحقیقی و پژوهشی صرف وقت کنید تا یک حقیقت زنده‌ی علمی را به دست بیاورید و مثل دسته‌ی گل به جامعه‌تان تقدیم کنید؛ جهاد با نفس این است. یک قسمت کوچکی هم جهاد با مال است ... شما استاد بسیجی به معنای واقعی کلمه، فرماندهان این عرصه‌ی عظیمِ جهاد فی‌سبیل‌الله باشید.‌</w:t>
              <w:br/>
              <w:t>منبع: بیانات در دیدار وزیر علوم و استادان دانشگاه تهران</w:t>
              <w:br/>
              <w:t>متن: امروز علم در خدمت ظالم‌ترین انسانها و ظالم‌ترین جوامع است؛ باید از این حالت خارج شود</w:t>
              <w:br/>
              <w:br/>
              <w:t>معیار معکوس : • انگیزه بخشی به محقق با ارائه پتنت (انحصار بهره‌وری اقتصادی از اختراع و نوآوری) و در خدمت نظام سرمایه‌داری قرار گرفتن نهاد علم از این طریق</w:t>
            </w:r>
          </w:p>
        </w:tc>
        <w:tc>
          <w:tcPr>
            <w:tcW w:type="dxa" w:w="4320"/>
          </w:tcPr>
          <w:p>
            <w:r>
              <w:t>**معیار برای تشخیص:** انگیزه بخشی به محقق با ارائه پتنت (انحصار بهره‌وری اقتصادی از اختراع و نوآوری) و در خدمت نظام سرمایه‌داری قرار گرفتن نهاد علم از این طریق</w:t>
              <w:br/>
              <w:br/>
              <w:t>**توضیحات معیار:**</w:t>
              <w:br/>
              <w:t>انگیزه بخشی به محقق از طریق نگاه به علم به عنوان ابزاری برای انحصار و بهره‌وری اقتصادی به تناقض با ویژگی‌های ایثارپایه می‌انجامد. در این زمینه، چند مفهوم کلیدی وجود دارد:</w:t>
              <w:br/>
              <w:br/>
              <w:t>1. **انحصار بهره‌وری اقتصادی:** این مفهوم به ایجاد و حفظ پتنت‌هایی اشاره دارد که به طور خصوصی تنها به سودآوری فردی منجر می‌شود، نه به ارتقای سطح دانش و آگاهی عمومی. این نگاه به ابداع و نوآوری در تضاد با ارزش‌هایی است که تکنولوژی را به عنوان نتیجة تلاش‌های مشترک اجتماعی می‌نگرند.</w:t>
              <w:br/>
              <w:br/>
              <w:t>2. **خودمحوری در نهاد علم:** با تمرکز بر انتفاع فردی، نهاد علم ممکن است به فعالیت‌هایی متمایل شود که فقط در راستای منافع شخصی یا گروهی عمل می‌کند و نه در راستای همکاری اجتماعی و همبستگی علمی. این موضوع همچنین می‌تواند به تنهایی و انزوا در فعالیت‌های علمی بینجامد.</w:t>
              <w:br/>
              <w:br/>
              <w:t>3. **توجه به منافع سرمایه‌داری:** در حالیکه علم به عنوان جهاد و خدمت به جامعه مطرح می‌شود، اهتمام به منافع سرمایه‌داری به طرز اساسی رویکردها و اهداف علمی را تحت‌الشعاع قرار می‌دهد. این تضاد نشان‌دهنده عدم تطابق فعالیت‌های علمی با اصول خدمت به جمع و اجتماع است.</w:t>
              <w:br/>
              <w:br/>
              <w:t>4. **فقدان همبستگی اجتماعی:** در نتیجه انگیزه‌ی فردی و حرکت به سوی منافع اقتصادی، ممکن است همکاری و همبستگی اجتماعی در فعالیت‌های تحقیقاتی تضعیف شود. این فرایند می‌تواند باعث کمرنگ شدن مسئولیت اجتماعی محققان و نیروی پژوهشی در مواجهه با چالش‌های اجتماعی گردد.</w:t>
              <w:br/>
              <w:br/>
              <w:t>این مفاهیم می‌توانند به عنوان معیاری برای ارزیابی متون و عملکردها در زمینه‌های اجتماعی و علمی مورد استفاده قرار گیرند.</w:t>
            </w:r>
          </w:p>
        </w:tc>
      </w:tr>
      <w:tr>
        <w:tc>
          <w:tcPr>
            <w:tcW w:type="dxa" w:w="4320"/>
          </w:tcPr>
          <w:p>
            <w:r>
              <w:t>معیار اصلی: • تقویت انگیزه های ایثارگرانه و جهادی در تولید دانش و تأمین نیازهای محققین از طریق منابع وقف، کمک های خیرین و منابع دولتی</w:t>
              <w:br/>
              <w:t xml:space="preserve">توضیحات برگرفته از منابع: </w:t>
              <w:br/>
              <w:t>منبع: کتاب «نظری به نظام اقتصادی اسلام» اثر شهید مطهری(ص 58)</w:t>
              <w:br/>
              <w:t>متن: ماشین [تکنولوژی] از این نظر که مظهر ترقی اجتماعی است و محصول ماشین را نمی توان محصول غیر مستقیم سرمایه دانست بلکه محصول غیر مستقیم شعور و نبوغ مخترع است و آثار نبوغ و شعور نمی تواند مالک شخصی داشته باشد، پس ماشین های تولید نمی تواند به اشخاص تعلق داشته باشد ... اینها نفی مالکیت فردی نیست، الغاء مالکیت خصوصی نیست، بلکه مالکیت اشتراکی در موارد خاصی است که موجبات آن اقتضا می کند در آن موارد، مالکیت، اشتراکی و اجتماعی باشد نه فردی.</w:t>
              <w:br/>
              <w:t>منبع: کتاب «نظری به نظام اقتصادی اسلام» اثر شهید مطهری(ص 136)</w:t>
              <w:br/>
              <w:t>متن: ماشین جانشین انسان است نه ابزار و آلت انسان. یک انسان مصنوعی است ... [و] کارهایی را که انسان با شعور مستقیم خود انجام می داد، انجام می دهد ... ماشین تمام کارهای انسان را دقیقتر و با راندمان بیشتر و محصول بیشتر انجام می دهد ... آیا اینچنین منبعی می تواند مملوک شخصی باشد؟ یا حتماً باید مانند منابع عمومی طبیعی در اختیار عموم باشد؟ ... در حقیقت شعور مخترع است که اینهمه کار را با این ابزار انجام می دهد ... در حقیقت مغز فلان دانشمند است که با آلات فلزی کار می کند، بلکه مغز اجتماع و ترقی اجتماع است و بالاخره اجتماع بما هو اجتماع است که به صورت ماشین در طول صدها قرن درآمده و کار می کند؛ نبوغ جامعه انسانی در طول تاریخ است که به این شکل درآمده است.</w:t>
              <w:br/>
              <w:t>منبع: کتاب «نظری به نظام اقتصادی اسلام» اثر شهید مطهری(ص143)</w:t>
              <w:br/>
              <w:t>متن: ماشین [یعنی تکنولوژی] مظهر تکامل اجتماعی است و هیچ فردی را به تنهایی نمی توان مخترع و مبتکر آن برشمرد. از این جهت، هم با ابزارهای دستی متفاوت است و هم با آثار هنری و تألیفات و دفاتر شعر.</w:t>
              <w:br/>
              <w:t>منبع: تحریر الوسیله جلد دوم. ص 667 و 668</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به نقل از: فصلنامه رهنمون 1371: 209 - 207</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بیانیه گام دوم انقلاب خطاب به ملت ایران</w:t>
              <w:br/>
              <w:t>متن: عقب‌ماندگی شرم‌آور علمی در دوران پهلوی‌ها و قاجارها در هنگامی که مسابقه‌ی علمی دنیا تازه شروع شده بود، ضربه‌ی سختی بر ما وارد کرده و ما را از این کاروان شتابان، فرسنگها عقب نگه داشته بود. ما اکنون حرکت را ‌آغاز کرده و با شتاب پیش میرویم ولی این شتاب باید سالها با شدّت بالا ادامه یابد تا آن عقب‌افتادگی جبران شود. اینجانب همواره به دانشگاه‌ها و دانشگاهیان و مراکز پژوهش و پژوهندگان، گرم و قاطع و جدّی دراین‌باره تذکّر و هشدار و فراخوان داده‌ام، ولی اینک مطالبه‌ی عمومی من از شما جوانان آن است که این راه را با احساس مسئولیّت بیشتر و همچون یک جهاد در پیش گیرید. سنگ بنای یک انقلاب علمی در کشور گذاشته شده و این انقلاب، شهیدانی از قبیل شهدای هسته‌ای نیز داده است. به‌پاخیزید و دشمن بدخواه و کینه‌توز را که از جهاد علمی شما بشدّت بیمناک است ناکام سازید.</w:t>
              <w:br/>
              <w:t>منبع: بیانات در دیدار اساتید دانشگاه‌ها</w:t>
              <w:br/>
              <w:t>متن: باید دشمن را شناخت، دید - حالا [اینکه] شما میگویید برخوردمان با دشمن این‌جور باشد، آن‌جور نباشد، بحث دیگرى است - دشمنىِ او را باید فهمید، نقشه‌ى او را باید تشخیص داد. یکى از نقشه‌هاى مهمّ دشمن، متوقّف کردن حرکت علمى در کشور است. خب، وقتى این را فهمیدیم، برمیگردیم به دانشگاه؛ اینجا آن مدیریّت جهادى که ما عرض کردیم، معنا پیدا میکند. چون جهاد عبارت است از تلاشى که در مقابل یک دشمنى‌اى انجام میگیرد؛ هر جور تلاشى جهاد نیست. جهاد عبارت است از آن تلاشى که در برابر یک چالش خصمانه از سوى طرف مقابل صورت میگیرد؛ این جهاد است. آن‌وقت معناى مدیریّت جهادى در اینجا این است که توجّه بکنید که حرکت علمى کشور و نهضت علمى کشور و پیشرفت علمى کشور مواجه است با یک چالش خصمانه، که در مقابل این چالش خصمانه شما که مدیرید، شما که استادید، شما که دانشجو هستید، باید بایستید؛ این شد حرکت جهادى و مدیریّت دستگاه؛ چه مدیریّت دانشگاه، چه مدیریّت وزارت، چه مدیّریت هر بخشى از بخشهاى گوناگون این عرصه‌ى عظیم، خواهد شد مدیریّت جهادى.</w:t>
              <w:br/>
              <w:t>منبع: بیانات در دیدار اعضای مجمع عالی بسیج مستضعفین</w:t>
              <w:br/>
              <w:t>متن: ما در علم و تحقیق نخبه‌هاى برجسته‌اى داریم، مثل مرحوم کاظمى آشتیانى که این سلّول‌هاى بنیادى و این تشکیلات عظیم را راه انداخت و انسانهاى زیادى را تربیت کرد - همکارانش هم همان‌جور هستند؛ امروز هم بحمدالله این حرکت ادامه دارد - یا مثل شهید شهریارى؛ که این روزها اسم شهید شهریارى را مى‌آوریم، چون این روزها سالگرد شهادت او است؛(۱۱) بقیّه هم همین‌طور: رضایى‌نژاد، على‌محمّدى، احمدى روشن؛ اینها نخبگانى بودند در وادى علم و تحقیق که بسیجى‌وار کار کردند؛ شهید شهریارى بسیجى‌وار کار کرد. آن روزى که درها را به روى ملّت ایران خواستند ببندند - با آن شیوه‌هایى که حالا خیلى‌ها از آحاد مردم در تلویزیون، در خبرها چیزهایى را شنفتند، خیلى‌ها هم پشت پرده است که بعدها روشن خواهد شد که چقدر خباثت کردند - که محصول این رادیوداروها به دست مردم نرسد و جمهورى اسلامى دچار مشکل بشود و گفتند «نمیفروشیم» که این مرکز تهران تعطیل بشود، اینها - مرحوم شهید شهریارى - هم مشغول کار شدند، تلاش کردند، که بعد آمدند به ما گفتند که توانستیم بیست درصد را تولید کنیم، بعد هم آمدند به ما اطّلاع دادند که ما لوله‌ى سوخت و صفحه‌ى سوخت را هم ساختیم؛ دشمن [متحیّر] ماند. این کار کار بسیجى بود؛ این کار کار معمولى نبود. در همه‌ى این میدانهایى که ذکر کردیم، هزاران انسان بزرگ بودند و هستند و تلاش کردند که بعضى را اسم آوردیم</w:t>
              <w:br/>
              <w:t>منبع: بیانات در دیدار دانشجویان</w:t>
              <w:br/>
              <w:t>متن: امروز یكی از نیازهای اساسی و درجه‌ی یك كشور، نیاز علمی است. اگر چنانچه ما توانستیم در عرصه‌ی علمی، پیشرفتهائی را كه تا امروز بحمدالله به دست آمده است، با همین سرعت دنبال كنیم، هم در زمینه‌ی مشكلات اقتصادی، هم در زمینه‌ی مشكلات سیاسی، هم در زمینه‌ی مشكلات اجتماعی، هم در زمینه‌ی مسائل بین‌المللی، مطمئناً گره‌گشائی‌های بزرگی خواهد شد. علم مسئله‌ی بسیار مهمی است. در این حدود ده سال، یازده سال گذشته، در این زمینه خیلی كار شده؛ لیكن بعد از این هم باید كار شود؛ كار مضاعف شود. من عقیده‌ام این است كه كار علمی در دانشگاه و در كشور باید جهادی باشد؛ كار علمیِ جهادی انجام بگیرد.</w:t>
              <w:br/>
              <w:t>منبع: بیانات در دیدار اعضای بسیجی هیأت علمی دانشگاه‌ها</w:t>
              <w:br/>
              <w:t>متن: عرصه‌ی حضور بسیج خیلی وسیعتر از عرصه‌ی نظامی است. اینی که من بارها گفتم و تکرار میکنم که نباید بسیج را یک نهاد نظامی به حساب آورد، تعارف نیست؛ بلکه حقیقت قضیه این است. بسیج عرصه‌ی جهاد است، نه قتال. قتال یک گوشه‌ای از جهاد است. جهاد یعنی حضور در میدان با مجاهدت، با تلاش، با هدف و با ایمان؛ این میشود جهاد. لذا «جاهدوا بأموالکم و أنفسکم فی سبیل اللَّه»؛ جهاد با نفس، جهاد با مال. جهاد با نفس کجاست؟ فقط به این است که توی میدان جنگ برویم و جانمان را کف دست بگیریم؛ نه، یکی از انواع جهاد با نفس هم این است که شما شب تا صبح را روی یک پروژه‌ی تحقیقاتی صرف کنید و گذر ساعات را نفهمید. جهاد با نفس این است که از تفریحتان بزنید، از آسایش جسمانیتان بزنید، از فلان کار پرپول و پردرآمد - به قول فرنگی‌ها پول‌ساز - بزنید و تو این محیط علمی و تحقیقی و پژوهشی صرف وقت کنید تا یک حقیقت زنده‌ی علمی را به دست بیاورید و مثل دسته‌ی گل به جامعه‌تان تقدیم کنید؛ جهاد با نفس این است. یک قسمت کوچکی هم جهاد با مال است ... شما استاد بسیجی به معنای واقعی کلمه، فرماندهان این عرصه‌ی عظیمِ جهاد فی‌سبیل‌الله باشید.‌</w:t>
              <w:br/>
              <w:t>منبع: بیانات در دیدار وزیر علوم و استادان دانشگاه تهران</w:t>
              <w:br/>
              <w:t>متن: امروز علم در خدمت ظالم‌ترین انسانها و ظالم‌ترین جوامع است؛ باید از این حالت خارج شود</w:t>
              <w:br/>
              <w:br/>
              <w:t>معیار معکوس : • انگیزه بخشی به محقق با ارائه پتنت (انحصار بهره‌وری اقتصادی از اختراع و نوآوری) و در خدمت نظام سرمایه‌داری قرار گرفتن نهاد علم از این طریق</w:t>
            </w:r>
          </w:p>
        </w:tc>
        <w:tc>
          <w:tcPr>
            <w:tcW w:type="dxa" w:w="4320"/>
          </w:tcPr>
          <w:p>
            <w:r>
              <w:t>### معیار برای تشخیص</w:t>
              <w:br/>
              <w:t>• انگیزه بخشی به محقق با ارائه پتنت (انحصار بهره‌وری اقتصادی از اختراع و نوآوری) و در خدمت نظام سرمایه‌داری قرار گرفتن نهاد علم از این طریق</w:t>
              <w:br/>
              <w:br/>
              <w:t>### توضیحات معیار</w:t>
              <w:br/>
              <w:t>1. **پتنت**: پتنت به معنای اعطای حقوق انحصاری برای یک اختراع یا نوآوری است که به عنوان ابزاری برای حفاظت از حقوق مالکانه در زمینه‌های علمی و فناوری به کار می‌رود. در این نظام، توجه به منافع اقتصادی و تجاری تحت تأکید قرار می‌گیرد.</w:t>
              <w:br/>
              <w:br/>
              <w:t>2. **انحصار بهره‌وری اقتصادی**: این مفهوم به فرایند کنترل و بهره‌برداری از منابع و اختراعات علمی به نفع چند فرد یا نهاد خاص اشاره دارد. این رویکرد می‌تواند به موفقیت‌های اقتصادی قابل توجهی منجر شود، اما معمولاً با هدف‌گیری منافع فردی در تضاد با منافع اجتماعی و عمومی قرار دارد.</w:t>
              <w:br/>
              <w:br/>
              <w:t>3. **نظام سرمایه‌داری**: نظام اقتصادی‌ای که بر پایه رقابت، مالکیت خصوصی و تلاش برای حداکثرسازی سود بنا شده است، در این رویکرد به نهاد علم مرتبط می‌شود. در این سیستم، علم و تحقیق ممکن است بیشتر به ابزاری برای افزایش سود تبدیل شود تا به تأمین منافع عمومی و اجتماعی.</w:t>
              <w:br/>
              <w:br/>
              <w:t>4. **کاهش ایثارگری**: این معیار به کاهش تمایل برای فداکاری و ایثار در زمینهٔ علم و تحقیق اشاره دارد. به جای تمرکز بر منافع جمعی و عمومی، تاکید بر دستیابی به منافع شخصی و اقتصادی ممکن است فرهنگ همکاری و همبستگی را تضعیف کند.</w:t>
              <w:br/>
              <w:br/>
              <w:t xml:space="preserve">5. **کاهش مسئولیت اجتماعی**: در رویکردهای مالی و اقتصادی محور، مسئولیت‌هایی که بر عهده نهادهای علمی و تحقیقاتی برای ارتقاء جامعه و پیشرفت عمومی وجود دارند، ممکن است کاهش یابد و توجه به عواید فردی جانشین آن گردد. </w:t>
              <w:br/>
              <w:br/>
              <w:t>6. **توسعه نابرابر**: در این زمینه، توجه به منافع اقتصادی ممکن است منجر به نابرابری‌های اجتماعی و مشکلات اقتصادی برای قشرهای کم‌درآمد جامعه شود، زیرا منابع علمی بیشتر به سود کسانی که در دایره سرمایه‌گذاری قرار دارند اختصاص یابد.</w:t>
            </w:r>
          </w:p>
        </w:tc>
      </w:tr>
      <w:tr>
        <w:tc>
          <w:tcPr>
            <w:tcW w:type="dxa" w:w="4320"/>
          </w:tcPr>
          <w:p>
            <w:r>
              <w:t>معیار اصلی: • یافته‌ها ثبت رسمی می‌شود اما برای کوچک مقیاس‌ها وقف عام شده و رایگان نشر می‌یابد.</w:t>
              <w:br/>
              <w:t xml:space="preserve">توضیحات برگرفته از منابع: </w:t>
              <w:br/>
              <w:t>منبع: کتاب «نظری به نظام اقتصادی اسلام» اثر شهید مطهری(ص 58)</w:t>
              <w:br/>
              <w:t>متن: ماشین [تکنولوژی] از این نظر که مظهر ترقی اجتماعی است و محصول ماشین را نمی توان محصول غیر مستقیم سرمایه دانست بلکه محصول غیر مستقیم شعور و نبوغ مخترع است و آثار نبوغ و شعور نمی تواند مالک شخصی داشته باشد، پس ماشین های تولید نمی تواند به اشخاص تعلق داشته باشد ... اینها نفی مالکیت فردی نیست، الغاء مالکیت خصوصی نیست، بلکه مالکیت اشتراکی در موارد خاصی است که موجبات آن اقتضا می کند در آن موارد، مالکیت، اشتراکی و اجتماعی باشد نه فردی.</w:t>
              <w:br/>
              <w:t>منبع: کتاب «نظری به نظام اقتصادی اسلام» اثر شهید مطهری(ص 136)</w:t>
              <w:br/>
              <w:t>متن: ماشین جانشین انسان است نه ابزار و آلت انسان. یک انسان مصنوعی است ... [و] کارهایی را که انسان با شعور مستقیم خود انجام می داد، انجام می دهد ... ماشین تمام کارهای انسان را دقیقتر و با راندمان بیشتر و محصول بیشتر انجام می دهد ... آیا اینچنین منبعی می تواند مملوک شخصی باشد؟ یا حتماً باید مانند منابع عمومی طبیعی در اختیار عموم باشد؟ ... در حقیقت شعور مخترع است که اینهمه کار را با این ابزار انجام می دهد ... در حقیقت مغز فلان دانشمند است که با آلات فلزی کار می کند، بلکه مغز اجتماع و ترقی اجتماع است و بالاخره اجتماع بما هو اجتماع است که به صورت ماشین در طول صدها قرن درآمده و کار می کند؛ نبوغ جامعه انسانی در طول تاریخ است که به این شکل درآمده است.</w:t>
              <w:br/>
              <w:t>منبع: کتاب «نظری به نظام اقتصادی اسلام» اثر شهید مطهری(ص143)</w:t>
              <w:br/>
              <w:t>متن: ماشین [یعنی تکنولوژی] مظهر تکامل اجتماعی است و هیچ فردی را به تنهایی نمی توان مخترع و مبتکر آن برشمرد. از این جهت، هم با ابزارهای دستی متفاوت است و هم با آثار هنری و تألیفات و دفاتر شعر.</w:t>
              <w:br/>
              <w:t>منبع: تحریر الوسیله جلد دوم. ص 667 و 668</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به نقل از: فصلنامه رهنمون 1371: 209 - 207</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بیانیه گام دوم انقلاب خطاب به ملت ایران</w:t>
              <w:br/>
              <w:t>متن: عقب‌ماندگی شرم‌آور علمی در دوران پهلوی‌ها و قاجارها در هنگامی که مسابقه‌ی علمی دنیا تازه شروع شده بود، ضربه‌ی سختی بر ما وارد کرده و ما را از این کاروان شتابان، فرسنگها عقب نگه داشته بود. ما اکنون حرکت را ‌آغاز کرده و با شتاب پیش میرویم ولی این شتاب باید سالها با شدّت بالا ادامه یابد تا آن عقب‌افتادگی جبران شود. اینجانب همواره به دانشگاه‌ها و دانشگاهیان و مراکز پژوهش و پژوهندگان، گرم و قاطع و جدّی دراین‌باره تذکّر و هشدار و فراخوان داده‌ام، ولی اینک مطالبه‌ی عمومی من از شما جوانان آن است که این راه را با احساس مسئولیّت بیشتر و همچون یک جهاد در پیش گیرید. سنگ بنای یک انقلاب علمی در کشور گذاشته شده و این انقلاب، شهیدانی از قبیل شهدای هسته‌ای نیز داده است. به‌پاخیزید و دشمن بدخواه و کینه‌توز را که از جهاد علمی شما بشدّت بیمناک است ناکام سازید.</w:t>
              <w:br/>
              <w:t>منبع: بیانات در دیدار اساتید دانشگاه‌ها</w:t>
              <w:br/>
              <w:t>متن: باید دشمن را شناخت، دید - حالا [اینکه] شما میگویید برخوردمان با دشمن این‌جور باشد، آن‌جور نباشد، بحث دیگرى است - دشمنىِ او را باید فهمید، نقشه‌ى او را باید تشخیص داد. یکى از نقشه‌هاى مهمّ دشمن، متوقّف کردن حرکت علمى در کشور است. خب، وقتى این را فهمیدیم، برمیگردیم به دانشگاه؛ اینجا آن مدیریّت جهادى که ما عرض کردیم، معنا پیدا میکند. چون جهاد عبارت است از تلاشى که در مقابل یک دشمنى‌اى انجام میگیرد؛ هر جور تلاشى جهاد نیست. جهاد عبارت است از آن تلاشى که در برابر یک چالش خصمانه از سوى طرف مقابل صورت میگیرد؛ این جهاد است. آن‌وقت معناى مدیریّت جهادى در اینجا این است که توجّه بکنید که حرکت علمى کشور و نهضت علمى کشور و پیشرفت علمى کشور مواجه است با یک چالش خصمانه، که در مقابل این چالش خصمانه شما که مدیرید، شما که استادید، شما که دانشجو هستید، باید بایستید؛ این شد حرکت جهادى و مدیریّت دستگاه؛ چه مدیریّت دانشگاه، چه مدیریّت وزارت، چه مدیّریت هر بخشى از بخشهاى گوناگون این عرصه‌ى عظیم، خواهد شد مدیریّت جهادى.</w:t>
              <w:br/>
              <w:t>منبع: بیانات در دیدار اعضای مجمع عالی بسیج مستضعفین</w:t>
              <w:br/>
              <w:t>متن: ما در علم و تحقیق نخبه‌هاى برجسته‌اى داریم، مثل مرحوم کاظمى آشتیانى که این سلّول‌هاى بنیادى و این تشکیلات عظیم را راه انداخت و انسانهاى زیادى را تربیت کرد - همکارانش هم همان‌جور هستند؛ امروز هم بحمدالله این حرکت ادامه دارد - یا مثل شهید شهریارى؛ که این روزها اسم شهید شهریارى را مى‌آوریم، چون این روزها سالگرد شهادت او است؛(۱۱) بقیّه هم همین‌طور: رضایى‌نژاد، على‌محمّدى، احمدى روشن؛ اینها نخبگانى بودند در وادى علم و تحقیق که بسیجى‌وار کار کردند؛ شهید شهریارى بسیجى‌وار کار کرد. آن روزى که درها را به روى ملّت ایران خواستند ببندند - با آن شیوه‌هایى که حالا خیلى‌ها از آحاد مردم در تلویزیون، در خبرها چیزهایى را شنفتند، خیلى‌ها هم پشت پرده است که بعدها روشن خواهد شد که چقدر خباثت کردند - که محصول این رادیوداروها به دست مردم نرسد و جمهورى اسلامى دچار مشکل بشود و گفتند «نمیفروشیم» که این مرکز تهران تعطیل بشود، اینها - مرحوم شهید شهریارى - هم مشغول کار شدند، تلاش کردند، که بعد آمدند به ما گفتند که توانستیم بیست درصد را تولید کنیم، بعد هم آمدند به ما اطّلاع دادند که ما لوله‌ى سوخت و صفحه‌ى سوخت را هم ساختیم؛ دشمن [متحیّر] ماند. این کار کار بسیجى بود؛ این کار کار معمولى نبود. در همه‌ى این میدانهایى که ذکر کردیم، هزاران انسان بزرگ بودند و هستند و تلاش کردند که بعضى را اسم آوردیم</w:t>
              <w:br/>
              <w:t>منبع: بیانات در دیدار دانشجویان</w:t>
              <w:br/>
              <w:t>متن: امروز یكی از نیازهای اساسی و درجه‌ی یك كشور، نیاز علمی است. اگر چنانچه ما توانستیم در عرصه‌ی علمی، پیشرفتهائی را كه تا امروز بحمدالله به دست آمده است، با همین سرعت دنبال كنیم، هم در زمینه‌ی مشكلات اقتصادی، هم در زمینه‌ی مشكلات سیاسی، هم در زمینه‌ی مشكلات اجتماعی، هم در زمینه‌ی مسائل بین‌المللی، مطمئناً گره‌گشائی‌های بزرگی خواهد شد. علم مسئله‌ی بسیار مهمی است. در این حدود ده سال، یازده سال گذشته، در این زمینه خیلی كار شده؛ لیكن بعد از این هم باید كار شود؛ كار مضاعف شود. من عقیده‌ام این است كه كار علمی در دانشگاه و در كشور باید جهادی باشد؛ كار علمیِ جهادی انجام بگیرد.</w:t>
              <w:br/>
              <w:t>منبع: بیانات در دیدار اعضای بسیجی هیأت علمی دانشگاه‌ها</w:t>
              <w:br/>
              <w:t>متن: عرصه‌ی حضور بسیج خیلی وسیعتر از عرصه‌ی نظامی است. اینی که من بارها گفتم و تکرار میکنم که نباید بسیج را یک نهاد نظامی به حساب آورد، تعارف نیست؛ بلکه حقیقت قضیه این است. بسیج عرصه‌ی جهاد است، نه قتال. قتال یک گوشه‌ای از جهاد است. جهاد یعنی حضور در میدان با مجاهدت، با تلاش، با هدف و با ایمان؛ این میشود جهاد. لذا «جاهدوا بأموالکم و أنفسکم فی سبیل اللَّه»؛ جهاد با نفس، جهاد با مال. جهاد با نفس کجاست؟ فقط به این است که توی میدان جنگ برویم و جانمان را کف دست بگیریم؛ نه، یکی از انواع جهاد با نفس هم این است که شما شب تا صبح را روی یک پروژه‌ی تحقیقاتی صرف کنید و گذر ساعات را نفهمید. جهاد با نفس این است که از تفریحتان بزنید، از آسایش جسمانیتان بزنید، از فلان کار پرپول و پردرآمد - به قول فرنگی‌ها پول‌ساز - بزنید و تو این محیط علمی و تحقیقی و پژوهشی صرف وقت کنید تا یک حقیقت زنده‌ی علمی را به دست بیاورید و مثل دسته‌ی گل به جامعه‌تان تقدیم کنید؛ جهاد با نفس این است. یک قسمت کوچکی هم جهاد با مال است ... شما استاد بسیجی به معنای واقعی کلمه، فرماندهان این عرصه‌ی عظیمِ جهاد فی‌سبیل‌الله باشید.‌</w:t>
              <w:br/>
              <w:t>منبع: بیانات در دیدار وزیر علوم و استادان دانشگاه تهران</w:t>
              <w:br/>
              <w:t>متن: امروز علم در خدمت ظالم‌ترین انسانها و ظالم‌ترین جوامع است؛ باید از این حالت خارج شود</w:t>
              <w:br/>
              <w:br/>
              <w:t>معیار معکوس : • انگیزه بخشی به محقق با ارائه پتنت (انحصار بهره‌وری اقتصادی از اختراع و نوآوری) و در خدمت نظام سرمایه‌داری قرار گرفتن نهاد علم از این طریق</w:t>
            </w:r>
          </w:p>
        </w:tc>
        <w:tc>
          <w:tcPr>
            <w:tcW w:type="dxa" w:w="4320"/>
          </w:tcPr>
          <w:p>
            <w:r>
              <w:t>### معیار برای تشخیص</w:t>
              <w:br/>
              <w:t>• انگیزه بخشی به محقق با ارائه پتنت (انحصار بهره‌وری اقتصادی از اختراع و نوآوری) و در خدمت نظام سرمایه‌داری قرار گرفتن نهاد علم از این طریق.</w:t>
              <w:br/>
              <w:br/>
              <w:t>### توضیحات معیار</w:t>
              <w:br/>
              <w:t xml:space="preserve">این معیار بر روندی تأکید دارد که در آن انگیزه‌های مالی و اقتصادی به جای ارزش‌های انسانی و اجتماعی در علم و تحقیقات محور اصلی قرار می‌گیرند. این وضعیت می‌تواند به حالت‌هایی بینجامد که نهادهای علمی به جای ارائهٔ یافته‌ها و اطلاعات به جامعه و ترویج دسترسی عمومی، بیشتر به سمت منافع شخصی و اقتصادی متمایل شوند. </w:t>
              <w:br/>
              <w:br/>
              <w:t>1. **انگیزه بخشی به محقق با ارائه پتنت**: این مفهوم اشاره به نظامی دارد که در آن محققان به جای تلاش برای گسترش دانش عمومی، به دنبال کسب منافع مالی از اختراعات و نوآوری‌ها هستند. در واقع، این امر موجب می‌شود که سهم مهمی از دانش علمی به صورت انحصاری در اختیار افراد خاص قرار گیرد و از تبادل آزاد اطلاعات جلوگیری شود.</w:t>
              <w:br/>
              <w:t xml:space="preserve">   </w:t>
              <w:br/>
              <w:t>2. **انحصار بهره‌وری اقتصادی از اختراع و نوآوری**: ایده‌ای که نشان می‌دهد برای کسب سود بیشتر، دسترسی به اختراعات و نوآوری‌ها محدود می‌شود. این موضع می‌تواند نتیجه‌اش حفاظت از مالکیت‌های خصوصی بر اعتبارات علمی باشد که رابطهٔ آن با توسعهٔ اجتماعی و همکاری بین نهادهای علمی کمرنگ می‌شود.</w:t>
              <w:br/>
              <w:br/>
              <w:t>3. **در خدمت نظام سرمایه‌داری قرار گرفتن نهاد علم**: در این حالت، نهادهای علمی به ابزاری برای افزایش ثروت و سود در بازار تبدیل می‌شوند و به جای تمرکز بر تسهیل پیشرفت اجتماعی و علمی، بیشتر به دنبال منافع اقتصادی خود هستند. این پدیده می‌تواند به مسائلی چون عدم دسترسی عموم به یافته‌ها و عدم مشارکت در توسعهٔ علمی جامعه منجر شود.</w:t>
            </w:r>
          </w:p>
        </w:tc>
      </w:tr>
      <w:tr>
        <w:tc>
          <w:tcPr>
            <w:tcW w:type="dxa" w:w="4320"/>
          </w:tcPr>
          <w:p>
            <w:r>
              <w:t>معیار اصلی: • بخش خصوصی متمرکز فقط با پرداخت هزینه مجاز به استفاده است.</w:t>
              <w:br/>
              <w:t xml:space="preserve">توضیحات برگرفته از منابع: </w:t>
              <w:br/>
              <w:t>منبع: کتاب «نظری به نظام اقتصادی اسلام» اثر شهید مطهری(ص 58)</w:t>
              <w:br/>
              <w:t>متن: ماشین [تکنولوژی] از این نظر که مظهر ترقی اجتماعی است و محصول ماشین را نمی توان محصول غیر مستقیم سرمایه دانست بلکه محصول غیر مستقیم شعور و نبوغ مخترع است و آثار نبوغ و شعور نمی تواند مالک شخصی داشته باشد، پس ماشین های تولید نمی تواند به اشخاص تعلق داشته باشد ... اینها نفی مالکیت فردی نیست، الغاء مالکیت خصوصی نیست، بلکه مالکیت اشتراکی در موارد خاصی است که موجبات آن اقتضا می کند در آن موارد، مالکیت، اشتراکی و اجتماعی باشد نه فردی.</w:t>
              <w:br/>
              <w:t>منبع: کتاب «نظری به نظام اقتصادی اسلام» اثر شهید مطهری(ص 136)</w:t>
              <w:br/>
              <w:t>متن: ماشین جانشین انسان است نه ابزار و آلت انسان. یک انسان مصنوعی است ... [و] کارهایی را که انسان با شعور مستقیم خود انجام می داد، انجام می دهد ... ماشین تمام کارهای انسان را دقیقتر و با راندمان بیشتر و محصول بیشتر انجام می دهد ... آیا اینچنین منبعی می تواند مملوک شخصی باشد؟ یا حتماً باید مانند منابع عمومی طبیعی در اختیار عموم باشد؟ ... در حقیقت شعور مخترع است که اینهمه کار را با این ابزار انجام می دهد ... در حقیقت مغز فلان دانشمند است که با آلات فلزی کار می کند، بلکه مغز اجتماع و ترقی اجتماع است و بالاخره اجتماع بما هو اجتماع است که به صورت ماشین در طول صدها قرن درآمده و کار می کند؛ نبوغ جامعه انسانی در طول تاریخ است که به این شکل درآمده است.</w:t>
              <w:br/>
              <w:t>منبع: کتاب «نظری به نظام اقتصادی اسلام» اثر شهید مطهری(ص143)</w:t>
              <w:br/>
              <w:t>متن: ماشین [یعنی تکنولوژی] مظهر تکامل اجتماعی است و هیچ فردی را به تنهایی نمی توان مخترع و مبتکر آن برشمرد. از این جهت، هم با ابزارهای دستی متفاوت است و هم با آثار هنری و تألیفات و دفاتر شعر.</w:t>
              <w:br/>
              <w:t>منبع: تحریر الوسیله جلد دوم. ص 667 و 668</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به نقل از: فصلنامه رهنمون 1371: 209 - 207</w:t>
              <w:br/>
              <w:t>متن: حق طبع، حق تألیف و حق اختراع را به مفهومی که در قوانین موضوعه جدید از آن تعریف شده و آثاری که بر آن مترتب می‌نمایند، حقیر نتوانسته‌ام با احکام و نظامات اسلامی تطبیق نمایم. از عقود و معاملات هم نیست که بتوانیم بگوییم هر چند در عصر شارع مقدس عنوان نمی‌شده است، مولی به اعتبار اینکه عقد و معامله است، با ملاحظه شرایطی که در صحت عقد و معامله معتبر است، مشمول اطلاقات یا عموم بعضی ادله مثل «اوفوا بالعقود» است. اگر گفته شود این هم حقی است که عرف زمان ما آن را اعتبار می‌کند، نظیر «حق التحجیر» و «حق السبق» که چون شارع از آن ردع نکرده از عدم ردع او استکشاف امضا می‌نماییم و معتبر است. جواب این است که عدم ردع نسبت به حقوقی که در عصور متأخره از عصر شارع مقدس و ائمه طاهرین ــ علیهم‌السلام ــ عرفاً یا بر حسب قوانین موضوعه مستحدث می‌شود، نمی‌شود به اطلاق یا عموم آن تمسک نمود. بله، در ارتباط با اقتباس از اختراع یا تألیف یا تجدید طبع کتاب یا تقلید از آثار هنری مشروعه، اگر متوقف بر تصرف در مال غیر باشد، بدون اذن صاحب مال جایز نیست، اما بر حرمت نفس اقتباس دلیلی وجود ندارد. ... با اینکه در زمان شارع هم تألیف و اختراع و ابتکار بوده است، اما برای مؤلف و مبتکر و مخترع و محقق حقی اعتبار نمی‌شده و شارع هم اعتبار نفرموده است و به عبارت دیگر، بنابر عدم اعتبار بوده ولو به این معنا که چون مورد التفات و توجه نبوده است، آثار مترتب بر آن مشروعیت نداشته، شارع هم با عدم تشریع این حق روش عرف را امضا فرموده است.... بناء علی کل ما ذکر، مشروعیت حقوق مذکوره را ثابت نمی‌دانیم و هر چند ترتب برخی از آثاری که بر این حقوق مترتب می‌گردد به طور شرط ضمن عقد امکان‌پذیر است. اما مقاصد مهمی را که ارباب دعوی این حقوق دارند با شرط نمی‌توان تأمین کرد</w:t>
              <w:br/>
              <w:t>منبع: بیانیه گام دوم انقلاب خطاب به ملت ایران</w:t>
              <w:br/>
              <w:t>متن: عقب‌ماندگی شرم‌آور علمی در دوران پهلوی‌ها و قاجارها در هنگامی که مسابقه‌ی علمی دنیا تازه شروع شده بود، ضربه‌ی سختی بر ما وارد کرده و ما را از این کاروان شتابان، فرسنگها عقب نگه داشته بود. ما اکنون حرکت را ‌آغاز کرده و با شتاب پیش میرویم ولی این شتاب باید سالها با شدّت بالا ادامه یابد تا آن عقب‌افتادگی جبران شود. اینجانب همواره به دانشگاه‌ها و دانشگاهیان و مراکز پژوهش و پژوهندگان، گرم و قاطع و جدّی دراین‌باره تذکّر و هشدار و فراخوان داده‌ام، ولی اینک مطالبه‌ی عمومی من از شما جوانان آن است که این راه را با احساس مسئولیّت بیشتر و همچون یک جهاد در پیش گیرید. سنگ بنای یک انقلاب علمی در کشور گذاشته شده و این انقلاب، شهیدانی از قبیل شهدای هسته‌ای نیز داده است. به‌پاخیزید و دشمن بدخواه و کینه‌توز را که از جهاد علمی شما بشدّت بیمناک است ناکام سازید.</w:t>
              <w:br/>
              <w:t>منبع: بیانات در دیدار اساتید دانشگاه‌ها</w:t>
              <w:br/>
              <w:t>متن: باید دشمن را شناخت، دید - حالا [اینکه] شما میگویید برخوردمان با دشمن این‌جور باشد، آن‌جور نباشد، بحث دیگرى است - دشمنىِ او را باید فهمید، نقشه‌ى او را باید تشخیص داد. یکى از نقشه‌هاى مهمّ دشمن، متوقّف کردن حرکت علمى در کشور است. خب، وقتى این را فهمیدیم، برمیگردیم به دانشگاه؛ اینجا آن مدیریّت جهادى که ما عرض کردیم، معنا پیدا میکند. چون جهاد عبارت است از تلاشى که در مقابل یک دشمنى‌اى انجام میگیرد؛ هر جور تلاشى جهاد نیست. جهاد عبارت است از آن تلاشى که در برابر یک چالش خصمانه از سوى طرف مقابل صورت میگیرد؛ این جهاد است. آن‌وقت معناى مدیریّت جهادى در اینجا این است که توجّه بکنید که حرکت علمى کشور و نهضت علمى کشور و پیشرفت علمى کشور مواجه است با یک چالش خصمانه، که در مقابل این چالش خصمانه شما که مدیرید، شما که استادید، شما که دانشجو هستید، باید بایستید؛ این شد حرکت جهادى و مدیریّت دستگاه؛ چه مدیریّت دانشگاه، چه مدیریّت وزارت، چه مدیّریت هر بخشى از بخشهاى گوناگون این عرصه‌ى عظیم، خواهد شد مدیریّت جهادى.</w:t>
              <w:br/>
              <w:t>منبع: بیانات در دیدار اعضای مجمع عالی بسیج مستضعفین</w:t>
              <w:br/>
              <w:t>متن: ما در علم و تحقیق نخبه‌هاى برجسته‌اى داریم، مثل مرحوم کاظمى آشتیانى که این سلّول‌هاى بنیادى و این تشکیلات عظیم را راه انداخت و انسانهاى زیادى را تربیت کرد - همکارانش هم همان‌جور هستند؛ امروز هم بحمدالله این حرکت ادامه دارد - یا مثل شهید شهریارى؛ که این روزها اسم شهید شهریارى را مى‌آوریم، چون این روزها سالگرد شهادت او است؛(۱۱) بقیّه هم همین‌طور: رضایى‌نژاد، على‌محمّدى، احمدى روشن؛ اینها نخبگانى بودند در وادى علم و تحقیق که بسیجى‌وار کار کردند؛ شهید شهریارى بسیجى‌وار کار کرد. آن روزى که درها را به روى ملّت ایران خواستند ببندند - با آن شیوه‌هایى که حالا خیلى‌ها از آحاد مردم در تلویزیون، در خبرها چیزهایى را شنفتند، خیلى‌ها هم پشت پرده است که بعدها روشن خواهد شد که چقدر خباثت کردند - که محصول این رادیوداروها به دست مردم نرسد و جمهورى اسلامى دچار مشکل بشود و گفتند «نمیفروشیم» که این مرکز تهران تعطیل بشود، اینها - مرحوم شهید شهریارى - هم مشغول کار شدند، تلاش کردند، که بعد آمدند به ما گفتند که توانستیم بیست درصد را تولید کنیم، بعد هم آمدند به ما اطّلاع دادند که ما لوله‌ى سوخت و صفحه‌ى سوخت را هم ساختیم؛ دشمن [متحیّر] ماند. این کار کار بسیجى بود؛ این کار کار معمولى نبود. در همه‌ى این میدانهایى که ذکر کردیم، هزاران انسان بزرگ بودند و هستند و تلاش کردند که بعضى را اسم آوردیم</w:t>
              <w:br/>
              <w:t>منبع: بیانات در دیدار دانشجویان</w:t>
              <w:br/>
              <w:t>متن: امروز یكی از نیازهای اساسی و درجه‌ی یك كشور، نیاز علمی است. اگر چنانچه ما توانستیم در عرصه‌ی علمی، پیشرفتهائی را كه تا امروز بحمدالله به دست آمده است، با همین سرعت دنبال كنیم، هم در زمینه‌ی مشكلات اقتصادی، هم در زمینه‌ی مشكلات سیاسی، هم در زمینه‌ی مشكلات اجتماعی، هم در زمینه‌ی مسائل بین‌المللی، مطمئناً گره‌گشائی‌های بزرگی خواهد شد. علم مسئله‌ی بسیار مهمی است. در این حدود ده سال، یازده سال گذشته، در این زمینه خیلی كار شده؛ لیكن بعد از این هم باید كار شود؛ كار مضاعف شود. من عقیده‌ام این است كه كار علمی در دانشگاه و در كشور باید جهادی باشد؛ كار علمیِ جهادی انجام بگیرد.</w:t>
              <w:br/>
              <w:t>منبع: بیانات در دیدار اعضای بسیجی هیأت علمی دانشگاه‌ها</w:t>
              <w:br/>
              <w:t>متن: عرصه‌ی حضور بسیج خیلی وسیعتر از عرصه‌ی نظامی است. اینی که من بارها گفتم و تکرار میکنم که نباید بسیج را یک نهاد نظامی به حساب آورد، تعارف نیست؛ بلکه حقیقت قضیه این است. بسیج عرصه‌ی جهاد است، نه قتال. قتال یک گوشه‌ای از جهاد است. جهاد یعنی حضور در میدان با مجاهدت، با تلاش، با هدف و با ایمان؛ این میشود جهاد. لذا «جاهدوا بأموالکم و أنفسکم فی سبیل اللَّه»؛ جهاد با نفس، جهاد با مال. جهاد با نفس کجاست؟ فقط به این است که توی میدان جنگ برویم و جانمان را کف دست بگیریم؛ نه، یکی از انواع جهاد با نفس هم این است که شما شب تا صبح را روی یک پروژه‌ی تحقیقاتی صرف کنید و گذر ساعات را نفهمید. جهاد با نفس این است که از تفریحتان بزنید، از آسایش جسمانیتان بزنید، از فلان کار پرپول و پردرآمد - به قول فرنگی‌ها پول‌ساز - بزنید و تو این محیط علمی و تحقیقی و پژوهشی صرف وقت کنید تا یک حقیقت زنده‌ی علمی را به دست بیاورید و مثل دسته‌ی گل به جامعه‌تان تقدیم کنید؛ جهاد با نفس این است. یک قسمت کوچکی هم جهاد با مال است ... شما استاد بسیجی به معنای واقعی کلمه، فرماندهان این عرصه‌ی عظیمِ جهاد فی‌سبیل‌الله باشید.‌</w:t>
              <w:br/>
              <w:t>منبع: بیانات در دیدار وزیر علوم و استادان دانشگاه تهران</w:t>
              <w:br/>
              <w:t>متن: امروز علم در خدمت ظالم‌ترین انسانها و ظالم‌ترین جوامع است؛ باید از این حالت خارج شود</w:t>
              <w:br/>
              <w:br/>
              <w:t>معیار معکوس : • انگیزه بخشی به محقق با ارائه پتنت (انحصار بهره‌وری اقتصادی از اختراع و نوآوری) و در خدمت نظام سرمایه‌داری قرار گرفتن نهاد علم از این طریق</w:t>
            </w:r>
          </w:p>
        </w:tc>
        <w:tc>
          <w:tcPr>
            <w:tcW w:type="dxa" w:w="4320"/>
          </w:tcPr>
          <w:p>
            <w:r>
              <w:t>**معیار برای تشخیص:** • انگیزه بخشی به محقق با ارائه پتنت (انحصار بهره‌وری اقتصادی از اختراع و نوآوری) و در خدمت نظام سرمایه‌داری قرار گرفتن نهاد علم از این طریق.</w:t>
              <w:br/>
              <w:br/>
              <w:t>**توضیحات معیار:**</w:t>
              <w:br/>
              <w:t>این معیار به جغرافیای تحولی در زمینه مالکیت و نحوه بهره‌برداری از دستاوردهای علمی اشاره دارد. مفاهیمی که در این راستا مورد توجه قرار گرفته‌اند شامل «مالکیت فردی»، «تکنولوژی به عنوان ابزار اقتصادی»، «کاهش دسترسی عموم به منابع علمی» و «توجه به منفعت شخصی به جای منافع اجتماعی» است.</w:t>
              <w:br/>
              <w:br/>
              <w:t>1. **مالکیت فردی:** در این چارچوب، ابداع‌ها و نوآوری‌ها تحت کنترل شخصی قرار می‌گیرند و به صورت انحصاری برای منافع فردی یا گروهی مورد استفاده قرار می‌گیرند. این نگرش به طور قابل توجهی بر محدودیت‌های اجتماعی و مشارکت عمومی تاثیر می‌گذارد.</w:t>
              <w:br/>
              <w:br/>
              <w:t>2. **تکنولوژی به عنوان ابزار اقتصادی:** تحولی که بر این اساس رخ می‌دهد نهاد علم را به ابزاری برای تحقق منافع اقتصادی تبدیل می‌کند، به جای اینکه علم به عنوان یک مسیر جهت ترقی اجتماعی و حل مسائل اجتماعی تلقی شود.</w:t>
              <w:br/>
              <w:br/>
              <w:t>3. **کاهش دسترسی عموم به منابع علمی:** هنگامی که دستاوردهای علمی و فناوری از طریق پتنت‌ها به انحصار درآمده و به گروه خاصی تعلق می‌گیرد، این مسئله منجر به کاهش دسترسی عمومی به این منابع می‌شود که می‌تواند منجر به نابرابری‌های اجتماعی گردد.</w:t>
              <w:br/>
              <w:br/>
              <w:t>4. **توجه به منفعت شخصی به جای منافع اجتماعی:** هنگامی که انگیزه‌ها به سمت بهره‌وری اقتصادی سوق داده می‌شوند، ممکن است توجه به مسائل اجتماعی و نیازهای عمومی کمرنگ شود. این نوع رویکرد می‌تواند در نتیجه به ایجاد شکاف‌های اجتماعی منجر گردد.</w:t>
            </w:r>
          </w:p>
        </w:tc>
      </w:tr>
      <w:tr>
        <w:tc>
          <w:tcPr>
            <w:tcW w:type="dxa" w:w="4320"/>
          </w:tcPr>
          <w:p>
            <w:r>
              <w:t>معیار اصلی: پر رنگ کردن نقش خانواده به خصوص در تحصیلات مقدماتی</w:t>
              <w:br/>
              <w:t xml:space="preserve">توضیحات برگرفته از منابع: </w:t>
              <w:br/>
              <w:t>منبع: سیاست‌های کلی خانواده</w:t>
              <w:br/>
              <w:t>متن: 2- محور قرار گرفتن خانواده در قوانین و مقررات، برنامه‌ها، سیاست‌های اجرایی و تمام نظامات آموزشی، فرهنگی، اجتماعی و اقتصادی به‌ویژه نظام مسکن و شهرسازی.</w:t>
              <w:br/>
              <w:t>منبع: بیانات در دیدار جمعی از مداحان</w:t>
              <w:br/>
              <w:t>متن: مادر میتواند فرزندان را به بهترین وجهی تربیت کند. تربیت فرزند به وسیله‌ی مادر، مثل تربیت در کلاس درس نیست؛ با رفتار است، با گفتار است، با عاطفه است، با نوازش است، با لالائی خواندن است؛ با زندگی کردن است. مادران با زندگی کردن، فرزند تربیت میکنند. هرچه زن صالح‌تر، عاقل‌تر و هوشمندتر باشد، این تربیت بهتر خواهد شد. بنابراین برای بالا رفتن سطح ایمان، سطح سواد، سطح هوش بانوان، در کشور باید برنامه‌ریزی شود.</w:t>
              <w:br/>
              <w:br/>
              <w:t>معیار معکوس : مدرسه به عنوان نهاد رقیب و کاهش دهنده نقش خانواده</w:t>
            </w:r>
          </w:p>
        </w:tc>
        <w:tc>
          <w:tcPr>
            <w:tcW w:type="dxa" w:w="4320"/>
          </w:tcPr>
          <w:p>
            <w:r>
              <w:t>**معیار برای تشخیص:** مدرسه به عنوان نهاد رقیب و کاهش دهنده نقش خانواده</w:t>
              <w:br/>
              <w:br/>
              <w:t xml:space="preserve">**توضیحات معیار:** </w:t>
              <w:br/>
              <w:t>- عدم محور قرار گرفتن خانواده در قوانین و مقررات: این مفهوم به نبود توجه کافی به نقش خانواده در تدوین و اجرای سیاست‌ها و برنامه‌ها اشاره دارد. بررسی متن‌ها باید به وجود یا عدم وجود خانواده در اسناد و سیاست‌های آموزشی، فرهنگی، اجتماعی و اقتصادی بپردازد.</w:t>
              <w:br/>
              <w:br/>
              <w:t>- عدم برنامه‌ریزی برای ارتقاء سطح ایمان، سواد و هوش بانوان: این نکته نشان‌دهنده عدم توجه به آموزش و آگاهی برای زنان به عنوان افرادی که در تربیت فرزندان نقش دارند، است. تحلیل‌ها باید به شیوه‌های غفلت از آموزش و کاهش توانمندی‌های فکری و معنوی زنان و تأثیر آن بر تربیت فرزندان بپردازد.</w:t>
              <w:br/>
              <w:br/>
              <w:t>- نادیده گرفتن نقش تربیت فرزند به وسیله‌ی مادر: این مفهوم تأکید بر غفلت از شیوه‌های غیررسمی و عاطفی تربیت دارد. رفتار، گفتار و عاطفه مادران به عنوان عوامل کلیدی در شکل‌گیری شخصیت و رشد فرزندان، ممکن است در این رویکرد نادیده گرفته شود. بنابراین، متن‌ها باید نسبت به غفلت از تأثیر این عوامل بر تربیت و تحصیلات فرزندان بررسی شوند.</w:t>
              <w:br/>
              <w:br/>
              <w:t>- عدم اهمیت زندگی کردن به عنوان شیوه تربیت: این اشاره به عدم توجه به تجربه‌های زندگی و روابط درونی خانواده دارد. تحلیل باید به بُعد عاطفی و ارتباطی خانواده‌ها و تأثیر منفی عدم توجه به آن بر آموزش و تربیت فرزندان بپردازد.</w:t>
            </w:r>
          </w:p>
        </w:tc>
      </w:tr>
      <w:tr>
        <w:tc>
          <w:tcPr>
            <w:tcW w:type="dxa" w:w="4320"/>
          </w:tcPr>
          <w:p>
            <w:r>
              <w:t>معیار اصلی: پرورش هوشمندی، حافظه و مهارت ها در خدمت رشد انگیزه ایثار و دگریاری (عقلانیت یاری‌گری مهمتر از عقلانیت انتقادی و عقلانیت مهارتی)</w:t>
              <w:br/>
              <w:t xml:space="preserve">توضیحات برگرفته از منابع: </w:t>
              <w:br/>
              <w:t>منبع: سیاست های کلی ایجاد تحول در نظام آموزش و پرورش کشور</w:t>
              <w:br/>
              <w:t>متن: ۱- تحول در نظام آموزش و پرورش مبتنی بر فلسفه تعلیم و تربیت اسلامی در جهت رسیدن به حیات طیبه ( زندگی فردی و اجتماعی مطلوب اسلامی) و رشد و شکوفایی استعدادهای فطری و ارتقاء کیفی در حوزه های بینش، دانش، مهارت، تربیت و سلامت روحی و جسمی دانش آموزان با تأکید بر ریشه کن کردن بی سوادی و تربیت انسان های مؤمن، پرهیزکار، متخلق به اخلاق اسلامی، بلند همت، امیدوار، خیرخواه، بانشاط، حقیقت جو، آزادمنش، مسؤولیت پذیر، قانونگرا، عدالت خواه، خردورز، خلاق، وطن دوست، ظلم ستیز، جمع گرا، خودباور و ایثارگر.</w:t>
              <w:br/>
              <w:t>منبع: بیانات در دیدار جمعی از معلمان سراسر کشور</w:t>
              <w:br/>
              <w:t>متن: تحول [در آموزش و پرورش] باید بر اساس ایجاد یک الگوی مستقل ایرانی و برخاسته‌ی از معنویات و نیاز این کشور باشد؛ یعنی در واقع برخاسته‌ی از اسلام ناب، اسلامِ مورد اعتقاد ما باشد. ما بایستی یک چنین الگوئی به وجود بیاوریم. تحول باید ناظر به این باشد. هدف این الگوی جدید، این ترکیب و ساخت جدید برای آموزش و پرورش باید چه باشد؟ هدف، تربیت نیروی انسانیِ طراز جمهوری اسلامی است. اگر جمهوری اسلامی میخواهد پرچم اسلام را در دست بگیرد، میخواهد خودش به سعادت برسد، دنیا و آخرت خود را آباد کند - همچنان که قرآن به ما یاد میدهد که میتوان دنیا و آخرت را با هم آباد کرد و باید این کار انجام بگیرد - اگر میخواهد به ملتهای دیگر کمک برساند، که «کنتم خیر امّة اخرجت للنّاس» شاهد و مبشر ملتهای دیگر باشد، خب، طبیعتاً نیازهائی دارد: باید انسانهای شریف، دانا، با استعدادهای جوشان، دارای ابتکار، دارای اخلاق نیک انسانی، دارای شجاعت، قوّت خطرپذیری، ورود در میدانهای جدید، بدون هیچگونه عقده‌ی خودکم‌بینی یا خودبرتربینی، انسانهای دلداده‌ی به خدای متعال و متکی به قدرت الهی و دارای توکل کامل، انسانهای صبور، انسانهای بردبار و حلیم، انسانهای خوشبین و انسانهای امیدوار تربیت کنید. اسلام همه‌ی اینها را به صورت بسته‌ی کامل در اختیار همه‌ی معتقدین و مؤمنین خود قرار داده. این بسته را باز کنیم، دانه‌دانه از این مواد استفاده کنیم، بهره‌مند شویم، آنها را بچشیم و درون وجود خودمان ذخیره کنیم. خروجی آموزش و پرورش باید اینجور انسانی باشد. انسانهای تنگ‌نظر، انسانهای بدبین، انسانهای ناامید، انسانهای افسرده، انسانهای بی‌تقوا، ناپرهیزگار و آلوده‌دامن نمیتوانند جوامع را پیش ببرند و ملتها را خوشبخت کنند؛ طبعاً نمیتوانند الگو هم باشند. تحول آموزش و پرورش ناظر به این است.</w:t>
              <w:br/>
              <w:t>منبع: بیانات در دیدار معلمان استان فارس</w:t>
              <w:br/>
              <w:t>متن: من... عقیده‌ام این است که شمای معلم فیزیک یا ریاضیات یا هندسه یا ادبیات یا علوم اجتماعی یا هرچه، میتوانید معلم دین و معلم اخلاق و پرورش‌دهنده‌ی اخلاق در دانش‌آموز خودتان باشید. گاهی یک معلم ریاضی در هنگام حل یک جدول ریاضی یک کلمه میگوید که آن کلمه در اعماق قلب دانش‌آموز اثر ماندگاری میگذارد... از این مسئله غفلت نکنید که تربیت کردن هم جزو کار شماست؛ و چه بهتر که با نفوذ معلمی، با تأثیر روحىِ معلم بر متعلم - از این امکان - استفاده کنید و یک نقطه‌ی روشن و نورانیای در قلب دانش‌آموز باقی بگذارید. یک کلمه از خدا، یک کلمه از پیغمبر، یک جمله از قیامت، یک کلمه از معنویت و سلوک الی اللَّه و محبت به خدا، گاهی ممکن است از شما به عنوان دبیر ریاضی یا دبیر ادبیات یا معلم کلاس اول دبستان یا دوم دبستان صادر شود که شخصیت این کودک یا این نوجوان، این انسانی را که مخاطب شماست، شکل مطلوب بدهد که از صد ساعت حرف زدن در شکلهای دیگر اثرش بیشتر باشد. این به جای خود محفوظ؛ این وظیفه است، لکن نافی این نیست که ما در آموزش و پرورش یک بخشی داشته باشیم که به طور متعهد و مسئول، نگران قضیه‌ی پرورش باشد؛ چون میدانیم آموزشِ بدون پرورش راه به جائی نخواهد برد، آموزشِ بدون پرورش همان بلائی را بر سر جوامع انسانی خواهد آورد که امروز بعد از گذشت صد سال، صدوپنجاه سال یا بیشتر، جوامع غربی دارند آن را احساس میکنند. اینها از آن چیزهائی است که آثار آن ده ساله و بیست ساله ظاهر نمیشود؛ یکوقت چشم باز میکنید، میبینید یک نسل ضایع‌شده است و کاریش نمیشود کرد. یک نسل، مأیوس‌کننده است... این اتفاق در غرب افتاده و این همان سیلی است که خانه را از بیخ و بُن ویران میکند. علمِ بدون تربیت اینجور است. وقتی در یک جامعه‌ای علم پیش میرود و تربیت نیست، حالا بمب اتمیاش به جای خود، بی صفائیهای گوناگون سیاسی به جای خود، دروغگوئی های گوناگون به جای خود، نفع‌طلبیهای اقتصادی کارتلها و تراستها به جای خود؛ آنها داستان جداگانه‌ای دارد که آن هم ناشی از همین است. نکته‌ی اساسی، ضایع شدن نسل انسانی است</w:t>
              <w:br/>
              <w:t>منبع: بیانات در دیدار اعضای انجمن‌های اسلامی دانش‌آموزان</w:t>
              <w:br/>
              <w:t>متن: اوّلاً برای دانش‌آموزان، نه‌فقط برای انجمنهای اسلامی، فرصت فراغتی برای پرداختن به کار انقلابی داده بشود. شیوه‌ی کار تعلیم و تربیت را، و عمدتاً تعلیم را، جوری بکنند که جوان دانش‌آموز ما همه‌ی وقت و توان و قدرت و استعداد و نیروی فکری و جسمی‌اش، صرف همین اوراقی که در این کتاب هست نشود؛ گاهی این‌جوری است؛ انسان می بیند که همه‌ی قدرت جسمی و روحی و فکری و عصبی [دانش‌آموز]، صرف همین کتاب میشود؛ نه فراغت تفریح پیدا میکند، نه فراغت ورزش پیدا میکند، نه فراغت کارهای انقلابی پیدا میکند؛ خب این یک ایراد است؛ کاری کنند که دانش‌آموز ما فراغت پیدا کند. البتّه این، کار یک روز و دو روز نیست، این کار نیازمند برنامه‌ریزی است. ممکن است امروز و فردا دست ندهد امّا باید دنبال بکنند که این کار بشود. بچّه‌ها را باید انقلابی بار بیاورند؛ پس فرصت کار انقلابی بدهند، فرصت تفکّر انقلابی بدهند.</w:t>
              <w:br/>
              <w:t>منبع: بیانات در ارتباط تصویری با روسا و مدیران آموزش و پرورش</w:t>
              <w:br/>
              <w:t>متن: ما میخواهیم خروجی این دستگاه عظیم، این ماشین بزرگ، یک خروجی‌ای باشد منطبق بر تفکّر اسلامی.خب حالا آن انسان مطلوب جامعه‌ی اسلامی و انقلاب اسلامی و نظام اسلامی چه خصوصیّاتی دارد؟ در این مورد هم البتّه خیلی صحبت شده -همه صحبت کرده‌اند، بنده هم مطالبی همیشه عرض کرده‌ام، دیگران هم گفته‌اند- امّا حالا اگر بخواهیم به طور خلاصه در چند جمله که متناسب با آموزش و پرورش هم هست، آن انسان طراز اسلامی‌ای را که توقّع هست آموزش و پرورش او را تربیت کند معرّفی کنیم، این جور تعریف میکنیم که انسانی باشد با این خصوصیّات: اوّلاً مؤمن باشد؛ ایمان اوّلین شرط است. ثانیاً خردمند باشد؛ یعنی عقل را به کار بگیرد. «لَعَلَّکُم تَعقِلون»(۱) در قرآن ببینید چقدر هست! ثالثاً اندیشمند باشد؛ یعنی فکر کند. عقل فقط برای پیدا کردنِ راه‌های عملیِ زندگی نیست؛ عمده برای فکر کردن و اندیشیدن است، که این از دانشمند شدن مهم‌تر است. اگر بخواهیم دانشمندان خوبی داشته باشیم، باید اندیشمندان خوبی داشته باشیم. بعد، دانشمند شدن و کسب علم؛ این هم یک خصوصیّت است. مجاهد و اهل عمل باشد؛ یعنی نشستن و حرف زدن و صرفاً فکر کردن و حرّافی کردن کافی نیست، باید اهل عمل باشد که حالا در این زمینه هم بحثهای زیادی وجود دارد. عمل هم عمل مجاهدانه و پیگیر [است]؛ همان [عملی] که در عرف شرع مقدّس اسلام «جهاد» گفته میشود که آن وقت این جهاد در اینجا جهاد فی‌سبیل‌الله است، جهادِ موردِ ترغیبِ شرع است. انسانِ باانصافی دربیاید، [انسانِ] بانظمی دربیاید، متخلّق به اخلاق اسلامی دربیاید؛ اینها خصوصیّات انسانی است که ما توقّع داریم در آموزشی که شما میدهید و پرورشی که شما میکنید، یک چنین انسانی به وجود بیاید.</w:t>
              <w:br/>
              <w:br/>
              <w:t>معیار معکوس : ·        حافظه محوری یا هوش محوری و عدم پرورش متناسب اخلاقی، جسمی و اجتماعی ·        رشد انگیزش حرکت بر پایه رقابت محوری و پرورش انسان اکونومیک (سودگرا)</w:t>
            </w:r>
          </w:p>
        </w:tc>
        <w:tc>
          <w:tcPr>
            <w:tcW w:type="dxa" w:w="4320"/>
          </w:tcPr>
          <w:p>
            <w:r>
              <w:t>**معیار برای تشخیص:** حافظه محوری یا هوش محوری و عدم پرورش متناسب اخلاقی، جسمی و اجتماعی؛ رشد انگیزش حرکت بر پایه رقابت محوری و پرورش انسان اکونومیک (سودگرا)</w:t>
              <w:br/>
              <w:br/>
              <w:t xml:space="preserve">**توضیحات معیار:**  </w:t>
              <w:br/>
              <w:t>برای ارزیابی و تحلیل متون یا عملکردها در زمینه حافظه محوری و هوش محوری، و همچنین در حوزه انگیزش حرکت بر پایه رقابت و سودگرایی، ویژگی‌ها و رفتارهای زیر را مد نظر قرار می‌دهند:</w:t>
              <w:br/>
              <w:br/>
              <w:t xml:space="preserve">1. **حافظه محوری و هوش محوری:** تأکید بر توانایی‌های حافظه‌ای و استدلال‌های صرفاً عقلانی، که ممکن است منجر به غفلت از پرورش ابعاد اخلاقی، جسمی و اجتماعی فرد شود. </w:t>
              <w:br/>
              <w:br/>
              <w:t>2. **عدم پرورش متناسب اخلاقی:** نادیده گرفتن ابعاد اخلاقی توسعه انسانی، شامل ویژگی‌های مانند صداقت و عدالت، که می‌تواند عواقب منفی بر روی فرهنگ همکاری و مسؤولیت اجتماعی افراد داشته باشد.</w:t>
              <w:br/>
              <w:br/>
              <w:t>3. **رشد انگیزش حرکت بر پایه رقابت:** تمرکز بر رقابت به جای همکاری و همیاری، که ممکن است به ایجاد فضایی منفی و غیرسازنده در میان اعضای جامعه منجر شود.</w:t>
              <w:br/>
              <w:br/>
              <w:t>4. **پرورش انسان اکونومیک (سودگرا):** تأکید بر منافع اقتصادی فردی به عنوان هدف اصلی، که می‌تواند به فراموشی ارزش‌های انسانی و اجتماعی منجر شود.</w:t>
              <w:br/>
              <w:br/>
              <w:t>این معیارها به‌عنوان ابزارهایی برای تحلیل کیفی متون و عملکردها قابل به‌کارگیری هستند و می‌توانند به شناسایی نقاطی که ممکن است با معیارهای مطلوب سازگار نباشند، کمک کنند.</w:t>
            </w:r>
          </w:p>
        </w:tc>
      </w:tr>
      <w:tr>
        <w:tc>
          <w:tcPr>
            <w:tcW w:type="dxa" w:w="4320"/>
          </w:tcPr>
          <w:p>
            <w:r>
              <w:t>معیار اصلی: در شیوه آموزش تعاملات انسانی مهمتر از ارتباط محیطی و ارتباط محیطی مهمتر از اطلاعات آموزشی</w:t>
              <w:br/>
              <w:t xml:space="preserve">توضیحات برگرفته از منابع: </w:t>
              <w:br/>
              <w:t>منبع: بیانات در دیدار جمعی از فرهنگیان</w:t>
              <w:br/>
              <w:t>متن: اگر به حقیقت تعلیم و تربیت و جایگاه معلم توجه شود، حقیقتاً اینجوری باید تشبیه کنیم: کسی که پرداخت کننده و تراش دهنده‌ی به یک گوهر گرانبها است، که به آن ارزش میبخشد. این گوهر گرانبها همین بچه‌های مایند، همین کودکان مایند، کودکان ملتند، که نسلهای آینده را با همه‌ی مشخصات و ممیزاتشان تشکیل میدهند و به وجود می‌آورند. شما معلمها هستید که دارید این شخصیتها را شکل میدهید، پرداخت میکنید. صرفاً این نیست که در کلاس درس، دو کلمه شما بگوئید و او یاد بگیرد؛ همه‌ی رفتار شما، حرکات شما، منش شما، اخلاق شما، به صورت مستقیم در این مخاطبِ گیرا اثر میگذارد و او را شکل میدهد. آنچه هم که به عنوان تعلیم در ذهن او کار میگذارید، از ماندگارترین حقایقی است که در ذهن انسان باقی میماند.</w:t>
              <w:br/>
              <w:t>منبع: بیانات در دیدار معلمان و فرهنگیان</w:t>
              <w:br/>
              <w:t>متن: قشر معلّم واقعاً یک قشر شریف و محترمی است؛ علّت هم این است که برای یک کشور، برای یک تمدّن، برای یک ملّت، مهم‌تر از همه‌ی سرمایه‌ها، سرمایه‌ی انسانی است؛ یعنی اگر شما پول داشته باشید امّا سرمایه‌ی انسانی درست و حسابی نداشته باشید، به جایی نمیرسید... این منابع انسانی را شما الان دارید تولید میکنید؛ ببینید اهمّیّت کار کجا است! شما دارید پرورشش میدهید، شما دارید [آن را] پردازش میکنید. بنده اهل تعارف نیستم؛ آنچه بنده سالهای متمادی درباره‌ی نقش معلّم و دانشجومعلّم و آموزش و پرورش اظهار کرده‌ام، برخاسته‌ی از این احساس است؛ برخاسته‌ی از این باور است که معلّم یک چنین نقشی دارد. در واقع، پایه‌ریز تمدّن نوین، شما هستید؛ چون نیروی انسانیِ شایسته اگر نباشد، تمدّنی به وجود نخواهد آمد. شما جهادگرانی در میدان کارزار با جهل و بی‌سوادی هستید. ببینید! یک جوان را، یک کودک را، یک نوجوان را شما از وادی بی‌سوادی و ظلمات می‌آورید به وادی نور و علم، با جهاد؛ کار سختی هم هست. شما در واقع هویّت‌سازی فرهنگی میکنید. هویّت‌سازی خیلی مهم است؛ هویّت‌سازی برای انسانها در یک جامعه خیلی مهم است؛ [انسانها باید] احساس هویّت کنند. هویّت انسان به فرهنگ او است، به دانسته‌های او است، به سبک زندگی او است. تمدّن، متّکی به فرهنگ است؛ اگر فرهنگ قوی و غنی وجود نداشته باشد، تمدّن به معنای مصطلح و رایجِ خودش به وجود نمی‌آید. فرهنگ چیست؟ مجموعه‌ی عناصر سازنده‌ی فکر و عمل انسان؛ این فرهنگ است.</w:t>
              <w:br/>
              <w:br/>
              <w:t>معیار معکوس : اطلاعات آموزشی یا ارتباطات محیطی مهمتر از تعاملات انسانی</w:t>
            </w:r>
          </w:p>
        </w:tc>
        <w:tc>
          <w:tcPr>
            <w:tcW w:type="dxa" w:w="4320"/>
          </w:tcPr>
          <w:p>
            <w:r>
              <w:t>**معیار برای تشخیص:** اطلاعات آموزشی یا ارتباطات محیطی مهم‌تر از تعاملات انسانی است.</w:t>
              <w:br/>
              <w:br/>
              <w:t xml:space="preserve">**توضیحات معیار:** </w:t>
              <w:br/>
              <w:t>این معیار به‌طور خاص به اولویت‌گذاری اطلاعات آموزشی و ارتباطات محیطی نسبت به تعاملات انسانی در فرآیند آموزش اشاره دارد که می‌تواند به چندین جنبه تقسیم شود:</w:t>
              <w:br/>
              <w:br/>
              <w:t>1. **اطلاعات آموزشی:** این مفهوم به محتوای علمی و برنامه‌های درسی اشاره دارد که در فرایند یاددهی و یادگیری مورد استفاده قرار می‌گیرد. اهمیت این اطلاعات ممکن است به نوعی وابسته به توانایی معلم در انتقال آنها و ایجاد ارتباط بین محتوای آموزشی و تجربیات دانش‌آموزان باشد، به‌طوری که توجه به اطلاعات علمی ممکن است در رأس سایر جنبه‌های آموزشی قرار گیرد.</w:t>
              <w:br/>
              <w:br/>
              <w:t>2. **ارتباطات محیطی:** این عبارت به شرایط و جو کلی که در آن آموزش انجام می‌شود اشاره دارد. تأکید بر ارتباطات محیطی می‌تواند به معنای توجه به فضا، تجهیزات و نیروی انسانی باشد که به نوعی در جهت تحقق اهداف آموزشی استفاده می‌شوند. ممکن است در این رویکرد تأکید بر شکل‌گیری محیط مناسب بیش از تعاملات انسانی در نظر گرفته شود.</w:t>
              <w:br/>
              <w:br/>
              <w:t>3. **تعاملات انسانی:** این مفهوم اشاره به ارتباط و ارتباطات میان معلم و دانش‌آموز دارد، که به رفتارها، حرکات و اخلاق معلمان مربوط می‌شود. در این رویکرد، ممکن است تعاملات انسانی به‌عنوان یک عامل فرعی یا دومی در مقابل اطلاعات آموزشی و ارتباطات محیطی تلقی شود.</w:t>
              <w:br/>
              <w:br/>
              <w:t>به طور کلی، این معیار بر این اساس بنا شده است که تأکید بر جنبه‌های اطلاعاتی و محیطی ممکن است منجر به فراموشی یا کاهش اهمیت تعاملات انسانی در فرآیند آموزش شود.</w:t>
            </w:r>
          </w:p>
        </w:tc>
      </w:tr>
      <w:tr>
        <w:tc>
          <w:tcPr>
            <w:tcW w:type="dxa" w:w="4320"/>
          </w:tcPr>
          <w:p>
            <w:r>
              <w:t>معیار اصلی: تربیت هویتی و محور قرار گرفتن هویت تاریخی و معیت با امام علیه السلام در تربیت انسان</w:t>
              <w:br/>
              <w:t xml:space="preserve">توضیحات برگرفته از منابع: </w:t>
              <w:br/>
              <w:t>منبع: بیانات در دیدار جمعی از فرهنگیان</w:t>
              <w:br/>
              <w:t>متن: سند تحول آموزش و پرورش باید ما را به سمت هدفهای اسلامی حركت دهد؛ باید جامعه را به سبك زندگیِ حقیقتاً اسلامی پیش ببرد؛ باید بتواند در ما خصلتهای والای انسانی را به وجود بیاورد.</w:t>
              <w:br/>
              <w:t>منبع: بیانات در دیدار رییس و اعضای مجلس خبرگان رهبری</w:t>
              <w:br/>
              <w:t>متن: هم دولت اسلامی -یعنی مسئولین دولتی، قوّه‌ی مجریّه، قوّه‌ی قضائیّه، قوّه‌ی مقنّنه- هم علما، وظیفه‌شان این است که تربیت ایمانی کنند این ملّت را؛ تربیت تقوائی کنند این ملّت را؛ تربیت صبر، تربیت احسان بین مردم و بین مؤمنین؛ ما باید مردم را این‌جوری تربیت کنیم. از همه مهم‌تر دستگاه‌های دولتی هستند که با برنامه‌ریزی میتوانند این کار را انجام بدهند. ما یک دستگاه عظیمی داریم به نام آموزش‌وپرورش، یک دستگاه عظیمی داریم به نام آموزش عالی، یک دستگاه عظیمی داریم به نام صداوسیما، غیر از دستگاه‌های اختصاصیِ مجموعه‌ی ما... اگر این تربیتها انجام گرفت، آن‌وقت «وَالَّذینَ هُم مُحسِنونَ» به وجود می‌آید، «الَّذینَ اتَّقَوا» به وجود می‌آید و از این قبیل، و دنبالش «اِنَّ اللهَ مَعَنا» به وجود می‌آید؛ یعنی قطعاً معیّت الهی حاصل خواهد شد؛ دیگر هیچ جای خوف و حزنی وجود ندارد.</w:t>
              <w:br/>
              <w:t>منبع: بیانات در دیدار جمعی از مسئولان و فعالان فرهنگی استان های یزد</w:t>
              <w:br/>
              <w:t>متن: ما باید امروز تلاشمان را مصروف تربیت دینی و تربیت انقلابی جوانها بکنیم و این جریان عظیم نیروی انقلاب را هم که در بین جوانها خوشبختانه هست، تقویت بکنیم؛ بهشان امید بدهیم، بهشان پشتیبانی بدهیم و تقویت بکنیم این جریان را. این‌جور نباشد که جریان انقلابی تضعیف بشود، جریان مقابل آنها تقویت بشود؛ این نباید اتّفاق بیفتد؛ نه در محیط دانشگاه، نه در محیط تبلیغات دینی، نه در محیط فرهنگی و امثال اینها.</w:t>
              <w:br/>
              <w:br/>
              <w:t>معیار معکوس : تربیت نیروی انسانی به عنوان چرخ دنده‌های نظام سرمایه‌داری یا با  تحریک انگیزه نفع خواهی فردی</w:t>
            </w:r>
          </w:p>
        </w:tc>
        <w:tc>
          <w:tcPr>
            <w:tcW w:type="dxa" w:w="4320"/>
          </w:tcPr>
          <w:p>
            <w:r>
              <w:t>**معیار برای تشخیص:** تربیت نیروی انسانی به عنوان چرخ دنده‌های نظام سرمایه‌داری یا با تحریک انگیزه نفع خواهی فردی</w:t>
              <w:br/>
              <w:br/>
              <w:t>**توضیحات معیار:**</w:t>
              <w:br/>
              <w:t>1. **تربیت مادی:** تأکید بر پرورش توانایی‌ها و مهارت‌های فردی با هدف دستیابی به موفقیت‌های مادی و اقتصادی، بدون توجه به ارزش‌های معنوی و دینی.</w:t>
              <w:br/>
              <w:t>2. **سبک زندگی غیرمؤثر:** ایجاد شیوه‌های زندگی که بر مبنای موفقیت‌های فردی و نفع خواهی شخصی شکل گیرد، به‌جای ترویج ارزش‌های جمعی و انسانی.</w:t>
              <w:br/>
              <w:t>3. **تربیت انفعالی:** تشویق به پذیرش وضع موجود و تقویت انگیزه‌های فردی بدون در نظر گرفتن منافع اجتماعی و دینی، که ممکن است منجر به تضعیف اصول اساسی اجتماع گردد.</w:t>
              <w:br/>
              <w:t>4. **کاهش اخلاق در تعاملات اجتماعی:** نادیده گرفتن اخلاق و حسن رفتار در روابط بین فردی، که ممکن است به کاهش همدلی و تعاملات مثبت بین افراد منجر شود.</w:t>
              <w:br/>
              <w:t>5. **عدم ارتباط معنوی:** فقدان حضور و حمایت معنوی در زندگی افراد، که می‌تواند به ایجاد احساس خطر و عدم امنیت کمک کند.</w:t>
            </w:r>
          </w:p>
        </w:tc>
      </w:tr>
      <w:tr>
        <w:tc>
          <w:tcPr>
            <w:tcW w:type="dxa" w:w="4320"/>
          </w:tcPr>
          <w:p>
            <w:r>
              <w:t>معیار اصلی: شهر به عنوان بستر رشد فضائل اخلاقی و صفات حمیده و تسهیل گر اخوت و برادری در جامعه</w:t>
              <w:br/>
              <w:t xml:space="preserve">توضیحات برگرفته از منابع: </w:t>
              <w:br/>
              <w:t>منبع: بیانات در دیدار شهردار و اعضای شورای اسلامی شهر تهران</w:t>
              <w:br/>
              <w:t>متن: باید هر چه ممکن است محیط زندگی شهر، بگونه ای طراحی و ساخته شود که تحقق سبک زندگی اسلامی، راحت تر امکان پذیر باشد.</w:t>
              <w:br/>
              <w:t>منبع: پیام به مناسبت آغاز به كار شوراهای اسلامی شهر و روستا</w:t>
              <w:br/>
              <w:t>متن: شوراهای شهری در فعالیتهای خود به مختصات «شهر اسلامی» توجه كرده و خدمات شهری را در جهت تأمین این مقصود به كار گیرند و بخصوص به معماری و شهرسازی متناسب با حیات طیبه‏ی اسلامی بطور كامل توجه كنند</w:t>
              <w:br/>
              <w:t>منبع: دیدار اعضای شورای‌عالی استانها و شهرداران مراکز استانها با رهبر انقلاب</w:t>
              <w:br/>
              <w:t>متن: حضرت آیت‌الله خامنه‌ای یکی از خصوصیات برجسته و بارز نظام جمهوری اسلامی ایران را استقلال و هویت دانستند و تأکید کردند: ما به برکت اسلام توانسته‌ایم هویت ایرانی خود را حفظ کنیم و این حقیقت، باید در همه خدمات و امور شهری خود را نشان دهد.</w:t>
              <w:br/>
              <w:t>منبع: دیدار وزیر و مسؤولان‌ وزارت‌ مسكن‌ و شهرسازی</w:t>
              <w:br/>
              <w:t>متن: ایشان‌ با تأكید بر لزوم‌ در نظر گرفتن‌ استحكام‌ ساختمانها در برابر حوادث‌ طبیعی‌ و استفاده‌ از مصالح‌، مطابق‌ با استانداردهای‌ بین‌المللی‌، افزودند: الگوی‌ ساخت‌ مسكن‌ در كشور باید با توجه‌ به‌ نیازهای‌ واقعی‌ زندگی‌ مردم‌ و متناسب‌ با فرهنگ‌ و روحیات‌ مردم‌ تهیه‌ شود.</w:t>
              <w:br/>
              <w:t>منبع: بیانات در دیدار اصحاب فرهنگ و هنر</w:t>
              <w:br/>
              <w:t>متن: یك‏وقت یك معمار از لحاظ اندیشه، لُخت و بی‏هویت است و متّكی به فكری نیست. این‏ها اگر بخواهند بنایی را ایجاد كنند، دوگونه طرّاحی می‏كنند. اگر ساخت یك شهر را به دست دو نفر آدمِ این‏طوری بدهند، یك نیمه‏ی آن با نیمه‏ی دیگر به‏كلّی متفاوت خواهد بود. به‏هرحال این تعهّد، لازم است.</w:t>
              <w:br/>
              <w:t>منبع: بیانات در دیدار اعضای شورای شهر و شهردار تهران</w:t>
              <w:br/>
              <w:t>متن: كار شهرداری فقط ساخت‏وساز نیست. خوشبختانه در زمینه‏ی مسائل فرهنگی هم شما در گزارش خود مواردی را ذكر كردید. مسائل فرهنگی و اجتماعی شهر، بسیار مهمّ است. سعی كنید روح دیانت و اخلاق اسلامی را در فضای شهر تهران ساری و جاری كنید؛ این كاری است ممكن و گره‏گشای بسیاری از مشكلات است. خیلی از مشكلات ما ناشی از دور شدن از فضایل اخلاقی است. هرچه از فضایل اخلاقی فاصله بگیریم، مشكلات و گره‏های زندگی پیچیده‏تر و بیشتر خواهد شد. باید خود را به اخلاق اسلامی و ملكات فاضله‏ی اسلامی نزدیك كنیم و این در محیطهای فرهنگی شهرداری كاملًا امكان‏پذیر است</w:t>
              <w:br/>
              <w:br/>
              <w:t>معیار معکوس : شهر بستر رقابت و حذف روابط نابازار (مثل آشنایی و محبت و نسیه دادن و ...)</w:t>
            </w:r>
          </w:p>
        </w:tc>
        <w:tc>
          <w:tcPr>
            <w:tcW w:type="dxa" w:w="4320"/>
          </w:tcPr>
          <w:p>
            <w:r>
              <w:t>### معیار برای تشخیص</w:t>
              <w:br/>
              <w:t>شهر بستر رقابت و حذف روابط نابازار (مثل آشنایی و محبت و نسیه دادن و ...)</w:t>
              <w:br/>
              <w:br/>
              <w:t>### توضیحات معیار</w:t>
              <w:br/>
              <w:t>- **بستر رقابت**: این مفهوم به معنای ایجاد فضایی است که در آن رقابت‌های تجاری و اقتصادی بر روابط انسانی و اجتماعی غالب باشد. در این شرایط، تعاملات اجتماعی ممکن است تحت تأثیر منافع شخصی و اقتصادی قرار گیرد و به روابط اقتصادی تبدیل شود که در آن ارجحیت بر اساس نفع فردی است.</w:t>
              <w:br/>
              <w:br/>
              <w:t>- **حذف روابط نابازار**: روابط نابازار به نوعی از ارتباطات اجتماعی اشاره دارد که فراتر از منافع مالی و اقتصادی است، مانند آشنایی، محبت و نسیه دادن. در شهرهایی که بستر رقابت غالب است، این نوع روابط ممکن است کمرنگ شده و تأثیرات منفی بر روح همدلی و همبستگی اجتماعی بگذارد.</w:t>
              <w:br/>
              <w:br/>
              <w:t>- **کم‌رنگ شدن فضائل اخلاقی**: در چنین محیطی، افراد ممکن است از فضائل اخلاقی مانند صداقت، انصاف و احترام به دیگران دور شوند و به جای آن، رفتارهایی بر اساس خودگرایی و منفعت‌طلبی را در پیش گیرند. این امر می‌تواند منجر به ایجاد فاصله اجتماعی و کاهش اعتماد میان اعضای جامعه شود.</w:t>
              <w:br/>
              <w:br/>
              <w:t>- **عدم تسهیل گری در روابط انسانی**: طراحی فضاهای شهری ممکن است به گونه‌ای نباشد که بر ترویج حس همدلی و برادری میان شهروندان تأثیر مثبت بگذارد و در نتیجه، روابط اجتماعی به سمت پراکندگی و عدم ارتباط کیفی پیش برود.</w:t>
              <w:br/>
              <w:br/>
              <w:t>- **عدم توجه به هویت فرهنگی و ملی**: در این نوع طراحی شهری، ممکن است توجه کافی به هویت فرهنگی و ملی نگردد و باعث شود که ویژگی‌های خاص جامعه تحت تأثیر فاکتورهای اقتصادی و رقابتی قرار گیرد، منجر به کاهش انسجام اجتماعی گردد.</w:t>
              <w:br/>
              <w:br/>
              <w:t xml:space="preserve">- **استفاده از مصالح و ساخت‌وساز نامناسب**: در شرایطی که تمرکز بر رقابت باشد، ممکن است کیفیت ساخت و سازها و مصالح مصرفی نادیده گرفته شود و ایمنی و کیفیت زندگی شهری در اولویت قرار نگیرد. </w:t>
              <w:br/>
              <w:br/>
              <w:t>- **دور شدن از روح دیانت و اخلاق اسلامی**: در فضایی که بر اساس رقابت شکل گرفته، قدردانی از روح دیانت و رفتارهای اخلاقی اسلامی ممکن است کاهش یابد، که می‌تواند باعث از دست رفتن حرمت‌های اجتماعی و فرهنگی شود.</w:t>
            </w:r>
          </w:p>
        </w:tc>
      </w:tr>
      <w:tr>
        <w:tc>
          <w:tcPr>
            <w:tcW w:type="dxa" w:w="4320"/>
          </w:tcPr>
          <w:p>
            <w:r>
              <w:t>معیار اصلی: • رشد متوازن شهرها به صورت شبکه شهری</w:t>
              <w:br/>
              <w:t xml:space="preserve">توضیحات برگرفته از منابع: </w:t>
              <w:br/>
              <w:t>منبع: دیدار وزیر و مسؤولان‌ وزارت‌ مسكن‌ و شهرسازی</w:t>
              <w:br/>
              <w:t>متن: حضرت‌ آیت‌الله‌ خامنه‌ای‌ رهبر معظم‌ انقلاب‌ اسلامی‌ امروز در دیدار وزیر و مسؤولان‌ وزارت‌ مسكن‌ و شهرسازی‌ بر لزوم‌ تهیه‌ هر چه‌ سریعتر سیاست‌ كلان‌ شهری‌ به‌ منظور حل‌ مشكل‌ مسكن‌ و جلوگیری‌ قاطع‌ از توسعه‌ بی‌رویه‌ شهرهای‌ بزرگ‌ و معضلات‌ ناشی‌ از آن‌ تأكید كردند.</w:t>
              <w:br/>
              <w:t>منبع: دیدار اعضای شورای مركزی بنیاد مسكن انقلاب اسلامی</w:t>
              <w:br/>
              <w:t>متن: حضرت آیت الله خامنه ای با ابراز خرسندی از تداوم اهتمام و دلسوزی مسؤولان بنیاد مسكن انقلاب اسلامی، برای حل مشكل مسكن، ساخت مسكن در شهرستانها را برای جلوگیری از رشد بی رویه شهرها و مراكز بزرگ، توصیه فرمودند.</w:t>
              <w:br/>
              <w:br/>
              <w:t>معیار معکوس : توسعه کلان شهرها به منظور متمرکز نمودن ثروت و افزایش سود سرمایه از این مسیر</w:t>
            </w:r>
          </w:p>
        </w:tc>
        <w:tc>
          <w:tcPr>
            <w:tcW w:type="dxa" w:w="4320"/>
          </w:tcPr>
          <w:p>
            <w:r>
              <w:t>**معیار برای تشخیص:** • توسعه کلان شهرها به منظور متمرکز نمودن ثروت و افزایش سود سرمایه از این مسیر</w:t>
              <w:br/>
              <w:br/>
              <w:t xml:space="preserve">**توضیحات معیار:**  </w:t>
              <w:br/>
              <w:t>برای سنجش رعایت معیار "توسعه کلان شهرها به منظور متمرکز نمودن ثروت و افزایش سود سرمایه از این مسیر"، می‌توان به مفاهیم زیر توجه کرد:</w:t>
              <w:br/>
              <w:br/>
              <w:t>1. **عدم وجود سیاست‌های کلان شهری:** بررسی نبود سیاست‌های مشخص و هدفمند برای مدیریت و برنامه‌ریزی شهری که منجر به توسعه ناپایدار کلان‌شهرها شود. این امر می‌تواند به افزایش نابرابری‌های اجتماعی و اقتصادی منجر گردد.</w:t>
              <w:br/>
              <w:br/>
              <w:t>2. **رشد غیرقابل کنترل:** ارزیابی رشد شهرها به صورت غیرمنسجم و بدون برنامه‌ریزی، که می‌تواند به ایجاد مشکلات جدی در سطح شهرها از جمله معضلات زیست‌محیطی و اجتماعی منجر شود.</w:t>
              <w:br/>
              <w:br/>
              <w:t>3. **توسعه مسکن در شهرهای بزرگ:** تحلیل گسترش و تراکم مسکن در کلان‌شهرها بدون توجه به توزیع عادلانه منابع و فرصت‌ها، که می‌تواند بر فشار بر زیرساخت‌ها و خدمات عمومی تأثیر منفی بگذارد.</w:t>
              <w:br/>
              <w:br/>
              <w:t>4. **عدم توجه به تعهدات مسؤولان:** بررسی نبود تلاش و تعهد مسئولان در رسیدگی به مشکلات مسکن و عدم اصول طراحی شبکه‌های شهری که می‌تواند نشان‌دهنده عدم اراده برای بهبود شرایط زندگی در مناطق مختلف باشد.</w:t>
            </w:r>
          </w:p>
        </w:tc>
      </w:tr>
      <w:tr>
        <w:tc>
          <w:tcPr>
            <w:tcW w:type="dxa" w:w="4320"/>
          </w:tcPr>
          <w:p>
            <w:r>
              <w:t>معیار اصلی: • آمایش متوازن سرزمین</w:t>
              <w:br/>
              <w:t xml:space="preserve">توضیحات برگرفته از منابع: </w:t>
              <w:br/>
              <w:t>منبع: دیدار وزیر و مسؤولان‌ وزارت‌ مسكن‌ و شهرسازی</w:t>
              <w:br/>
              <w:t>متن: حضرت‌ آیت‌الله‌ خامنه‌ای‌ رهبر معظم‌ انقلاب‌ اسلامی‌ امروز در دیدار وزیر و مسؤولان‌ وزارت‌ مسكن‌ و شهرسازی‌ بر لزوم‌ تهیه‌ هر چه‌ سریعتر سیاست‌ كلان‌ شهری‌ به‌ منظور حل‌ مشكل‌ مسكن‌ و جلوگیری‌ قاطع‌ از توسعه‌ بی‌رویه‌ شهرهای‌ بزرگ‌ و معضلات‌ ناشی‌ از آن‌ تأكید كردند.</w:t>
              <w:br/>
              <w:t>منبع: دیدار اعضای شورای مركزی بنیاد مسكن انقلاب اسلامی</w:t>
              <w:br/>
              <w:t>متن: حضرت آیت الله خامنه ای با ابراز خرسندی از تداوم اهتمام و دلسوزی مسؤولان بنیاد مسكن انقلاب اسلامی، برای حل مشكل مسكن، ساخت مسكن در شهرستانها را برای جلوگیری از رشد بی رویه شهرها و مراكز بزرگ، توصیه فرمودند.</w:t>
              <w:br/>
              <w:br/>
              <w:t>معیار معکوس : توسعه کلان شهرها به منظور متمرکز نمودن ثروت و افزایش سود سرمایه از این مسیر</w:t>
            </w:r>
          </w:p>
        </w:tc>
        <w:tc>
          <w:tcPr>
            <w:tcW w:type="dxa" w:w="4320"/>
          </w:tcPr>
          <w:p>
            <w:r>
              <w:t>**معیار برای تشخیص:** توسعه کلان شهرها به منظور متمرکز نمودن ثروت و افزایش سود سرمایه از این مسیر</w:t>
              <w:br/>
              <w:br/>
              <w:t xml:space="preserve">**توضیحات معیار:**  </w:t>
              <w:br/>
              <w:t>توسعه کلان شهرها به معنای ایجاد و گسترش بی‌رویه توانمندی‌ها، جمعیت و خدمات در مناطق شهری به‌خصوص با هدف افزایش تمرکز اقتصادی و جذب سرمایه‌گذاری‌ها است. در این راستا، ویژگی‌ها و رفتارهای زیر می‌توانند به عنوان ملاک‌هایی برای سنجش عملکردها در این زمینه مورد استفاده قرار گیرند:</w:t>
              <w:br/>
              <w:br/>
              <w:t>1. **سیاست‌گذاری اقتصادی متمرکز**: عدم شفافیت و عدم توجه به نیازهای جامعه برای توزیع عادلانه ثروت و امکانات، به جای تمرکز بر حل مشکلات مسکن و وضعیت زندگی در شهرها.</w:t>
              <w:br/>
              <w:t>2. **رشد ناخواسته کلان‌شهرها**: عدم تدوین و اجرای برنامه‌هایی برای کنترل توسعه و توسعه متوازن، که منجر به ایجاد مشکلات اجتماعی و اقتصادی در شهرهای بزرگ می‌شود.</w:t>
              <w:br/>
              <w:t>3. **بی‌توجهی به مناطق غیرشهری**: تمرکز بر گسترش زیرساخت‌ها و امکانات در شهرهای بزرگ، با نادیده گرفتن مناطق غیرشهری و نیازهای جمعیت‌های ساکن در این مناطق.</w:t>
              <w:br/>
              <w:t>4. **عدم اهتمام مسؤولان**: ضعف در تعهد و تلاش نهادها و مسؤولان در راستای بهبود شرایط مسکن و زندگی مردم، که به افزایش نارضایتی اجتماعی می‌انجامد.</w:t>
              <w:br/>
              <w:t>5. **عدم پیشگیری از معضلات اجتماعی و اقتصادی**: عدم شناسایی و مدیریت چالش‌های مرتبط با تمرکز بیش از حد جمعیت در یادشده کلان‌شهرها، که می‌تواند به افزایش ناعدالتی‌ها و معضلات اجتماعی منجر شود.</w:t>
            </w:r>
          </w:p>
        </w:tc>
      </w:tr>
      <w:tr>
        <w:tc>
          <w:tcPr>
            <w:tcW w:type="dxa" w:w="4320"/>
          </w:tcPr>
          <w:p>
            <w:r>
              <w:t>معیار اصلی: محور شهر و محلات، بقاع متبرکه، هیأت و مساجد -به عنوان جریان نظام امامت و راهبری جامعه- بوده و بر محوریت آنها خدمات و تسهیلات اجتماعی ارائه می شود.</w:t>
              <w:br/>
              <w:t xml:space="preserve">توضیحات برگرفته از منابع: </w:t>
              <w:br/>
              <w:t>منبع: پیام به مناسبت گردهمایی سالانه‏ی نماز در شهر زنجان</w:t>
              <w:br/>
              <w:t>متن: 10- در شهرها و شهركهایی كه تازه ساخته می‌شود، مسجد جامع، نخستین بنا و مركز حقیقی شهر قرار گرفته و ساخته شود.</w:t>
              <w:br/>
              <w:t>منبع: انتخاب مسجد به‏عنوان محلّ اجتماع؛ از ابتكارات اسلام</w:t>
              <w:br/>
              <w:t>متن: اوّلین مسئله، اهمّیت خود مسجد است و این ابتكاری كه اسلام در آغاز ولادت خود برگزید و محلّ تجمّع مردم را بر محور ذكر و دعا و توجّه به خدای متعال قرار داد. اجتماعات مردم به‏طور طبیعی دارای تأثیراتی است. خب، یك عدّه‏ای دُور هم جمع می‌شوند، میگویند، می‏شنوند، تصمیم میگیرند، ارتباطات فكری برقرار میكنند، داده‏ها و گرفته‏های فكری بین خودشان دارند؛ این در كجا اتّفاق بیفتد؟ مثلًا در باشگاه‏های اشرافی و اعیانی برای كارهای مختلف اتّفاق بیفتد كه در غرب معمول است، یا در قهوه‏خانه‏ها تشكیل بشود؛ [یا مثل‏] روم باستان كه در حمّامها آن‏وقت یك چنین اجتماعاتی تشكیل میشد و دُور هم مردم جمع میشدند و رفتن حمّام بهانه بود برای اینكه بگویند و بشنوند؛ یا در جایی تشكیل بشود كه محور آن اقامه‏ی صلات است؛ این خیلی فرق میكند. وقتی اجتماع بر محور نماز و ذكر به وجود آمد، آن‏وقت یك معنای دیگری پیدا میكند، یك جهت دیگری پیدا میكند، دلها را به سمت دیگری میكشاند؛ این ابتكار اسلام بود.</w:t>
              <w:br/>
              <w:t>منبع: بیانات در دیدار ائمه‏ی جمعه‏ی سراسر كشور</w:t>
              <w:br/>
              <w:t>متن: نماز جمعه قلب فرهنگی هر شهر است؛ مركز فرهنگی هر شهر، نماز جمعه است. البتّه شرایطی دارد که حالا بعضی از اینها را عرض خواهیم کرد. جایی است که آنجا هدایت‌گری انجام میگیرد؛ من تأکید میکنم این هدایت‌گری صرفاً هدایت‌گری سیاسی نیست، هدایت‌گری سیاسی و فرهنگی است. ما گمان نکنیم که اگر فرض کنید در فلان مسئله‌ی سیاسی روز که محلّ ابتلاء هم هست، دادِ سخن دادیم و حرف زدیم و مطالب خودمان را با بیان شیوا بیان کردیم، قضیّه تمام شد؛ نه، ما هدایت‌گری فرهنگی را از هدایت‌گری سیاسی بنیانی‌تر میدانیم؛ هدایت‌گری سیاسی خیلی لازم است و از آن نباید صرف نظر کرد، امّا هدایت‌گری فرهنگی و فرهنگ مردم، اخلاق مردم‌ [مهم‌تر است‌.]</w:t>
              <w:br/>
              <w:t>منبع: پیام به بیستمین اجلاس سراسری نماز</w:t>
              <w:br/>
              <w:t>متن: در هر جا سامان زندگی است، مسجد، مركز و كانون اصلی است. در بنای شهر و روستا، در مدرسه و دانشگاه، در مراكز جمعیتی از بازارهای كسب و كار تا فرودگاهها و جاده‏ها و پایانه‏های سفری و تا آسایشگاهها و بیمارستانها و بوستانها و گردشگاهها، در همه و همه باید مسجد را همچون قطب و محور بنا نهاد</w:t>
              <w:br/>
              <w:t>منبع: سخنرانی در مراسم بیعت گروه كثیری از جانبازان و نیروهای جهادی احداث ساختمان مرقد مطهر رهبر كبیر انقلاب اسلامی، به همراه وزیر راه و ترابری، مسئولان بنیاد مستضعفان و جانبازان انقلاب اسلامی، و مسئول حرم مطهر حضرت امام خمینی(ره)</w:t>
              <w:br/>
              <w:t>متن: ایجاد گنبد و بارگاه و بقعه و مقبره برای بزرگان، از چند قرن پیش مورد اعتراض و انتقاد عده‏یی از خشك‏مغزهای عالم اسلام قرار گرفت.... طبق بینش ما، یادگارهای اسلامی عزیزند. می‏شد اسلام به مردم بگوید بروید در زمین‏ صافی بایستید و نماز بخوانید و عبادت كنید؛ در صورتی كه به عمارت مسجد دستور داده است؛ «إِنَّما یعْمُرُ مَساجِدَ اللَّهِ» . آباد كردن مسجد ملاك است و تجسم و تجسد خارجی این كار مورد نظر اسلام می‏باشد؛ چون تأثیر بسزایی دارد. در مورد شخصیتها هم همین‏طور است.</w:t>
              <w:br/>
              <w:t>منبع: بیانات در دیدار اعضای مجمع عالی حكمت اسلامی</w:t>
              <w:br/>
              <w:t>متن: امام (رضوان الله تعالی علیه) صبح و عصر به مسجد سلماسی می‏آمد و درس میگفت؛ صبح فقه میگفت، عصر هم اصول میگفت؛ مرحوم آقای طباطبائی هم پیش از ظهر در همان مسجد فلسفه میگفت؛ فقط تفاوتش این بود كه امام آنجا مینشست، آقای طباطبائی اینجا مینشست؛ جایشان فرق داشت. هر دو، روی زمین‏ مینشستند، هم امام روی زمین‏ مینشست، هم آقای طباطبائی و درس میگفتند؛ آن هم در «مسجد». واقعاً چه اشكالی دارد كه ما درس فلسفه را در مسجد آقای بروجردی بگوئیم؟ بزرگان فلسفه‏ی ما، آقای جوادی، آقای مصباح، آقایان دیگر، آنجا فلسفه بگویند؟ فلسفه را باید به عنوان یك علم دینی محض به حساب آورد. خب، جایش كجاست؟ جایش در مسجد است.</w:t>
              <w:br/>
              <w:t>منبع: سیاست‌های کلی خانواده</w:t>
              <w:br/>
              <w:t>متن: ۳- برجسته کردن کارکردهای ارتباط خانواده و مسجد برای حفظ و ارتقاء هویت اسلامی و ملی و صیانت از خانواده و جامعه.</w:t>
              <w:br/>
              <w:t>منبع: محفل انس با قرآن کریم در حضور رهبر انقلاب</w:t>
              <w:br/>
              <w:t>متن: تبدیل مساجد در هر محله به پایگاههای قرآنی و تعامل و ارتباط با مساجد دیگر آن محله و تشکیل جلسات و مسابقات قرآنی در بین آنها، بهترین مشوّق برای وارد شدن نوجوانان و جوانان به وادی قرآن و بخصوص تربیت حافظان قرآن است.</w:t>
              <w:br/>
              <w:br/>
              <w:t>معیار معکوس : بازار به عنوان قلب تپنده شهر</w:t>
            </w:r>
          </w:p>
        </w:tc>
        <w:tc>
          <w:tcPr>
            <w:tcW w:type="dxa" w:w="4320"/>
          </w:tcPr>
          <w:p>
            <w:r>
              <w:t>### معیار برای تشخیص</w:t>
              <w:br/>
              <w:t>بازار به عنوان قلب تپنده شهر، محوری برای فعالیت‌ها و خدمات اجتماعی و فرهنگی نیست و در این راستا، تمایل به برقراری تعاملات اجتماعی مثبت وجود ندارد.</w:t>
              <w:br/>
              <w:br/>
              <w:t>### توضیحات معیار</w:t>
              <w:br/>
              <w:t>1. **عدم محوریت خدمات اجتماعی**: در بازار، به‌جای ارائه خدمات اجتماعی مؤثر و تسهیلات فرهنگی، تمرکز اصلی بر فعالیت‌های اقتصادی و تجاری است. این عدم توجه به جنبه‌های اجتماعی می‌تواند منجر به کاهش همبستگی و تعامل اجتماعی در سطح محلات شود.</w:t>
              <w:br/>
              <w:br/>
              <w:t>2. **کاهش نقش فرهنگی**: فعالیت‌های عمدتاً تجاری در بازارها، جایگزین فعالیت‌های فرهنگی و مذهبی می‌شود. این موضوع می‌تواند منجر به تضعیف هویت فرهنگی و مذهبی جامعه شود و از توسعه فعالیت‌های مثبت فرهنگی و آموزشی جلوگیری نماید.</w:t>
              <w:br/>
              <w:br/>
              <w:t>3. **فقدان تعامل‌گرایی**: در محیط‌های تجاری، معمولاً تلاش برای برقراری تعاملات اجتماعی و فرهنگی بین افراد و گروه‌ها کاهش می‌یابد. این موضوع می‌تواند منجر به کاهش مشارکت افراد در فعالیت‌های اجتماعی و فرهنگی گردد.</w:t>
              <w:br/>
              <w:br/>
              <w:t>4. **آسیب به هویت اسلامی و ملی**: عدم توجه به هویت‌های اجتماعی و فرهنگی در بازارها می‌تواند پیامدهایی منفی بر حفظ و ارتقاء هویت اسلامی و ملی داشته باشد و در نتیجه به تضعیف ارزش‌های اجتماعی منجر شود.</w:t>
              <w:br/>
              <w:br/>
              <w:t>5. **غفلت از خانواده**: بازار به‌عنوان مرکز اصلی فعالیت، معمولاً توجه کمتری به کارکردهای ارتباطی و حمایتی خانواده دارد و این امر می‌تواند تأثیر منفی بر روی ساختار خانواده و تعاملات سالم اجتماعی بگذارد.</w:t>
            </w:r>
          </w:p>
        </w:tc>
      </w:tr>
      <w:tr>
        <w:tc>
          <w:tcPr>
            <w:tcW w:type="dxa" w:w="4320"/>
          </w:tcPr>
          <w:p>
            <w:r>
              <w:t>معیار اصلی: * تقویت ساختار محلی و مقیاس معارفه به منظور افزایش محبت و برادری در جامعه (آشنایی همسایگان و اهل محل)</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بیانات در دیدار مسئولان سازمان صدا و سیما</w:t>
              <w:br/>
              <w:t>متن: فضاى جامعه را فضاى برادرى، مهربانى، حسن ظن قرار بدهيم.</w:t>
              <w:br/>
              <w:t>منبع: بیانات در دیدار مسئولان سازمان صدا و سیما</w:t>
              <w:br/>
              <w:t>متن: باید روحیه‌ی محبت، وحدت، همگرایی و ارتباط و پیوند در میان مردم تقویت شود.</w:t>
              <w:br/>
              <w:br/>
              <w:t>معیار معکوس : * اصل بودن راه ها در ساختار شهر به دلیل تفکیک کاربری‌ها و نیاز به جابه‌جایی‌های فراوان* محله به عنوان خوابگاه و تامین نیازها در مالهای و مراکز خرید متمرکز</w:t>
            </w:r>
          </w:p>
        </w:tc>
        <w:tc>
          <w:tcPr>
            <w:tcW w:type="dxa" w:w="4320"/>
          </w:tcPr>
          <w:p>
            <w:r>
              <w:t>**معیار برای تشخیص:** اصل بودن راه‌ها در ساختار شهر به دلیل تفکیک کاربری‌ها و نیاز به جابه‌جایی‌های فراوان، محله به عنوان خوابگاه و تامین نیازها در مال‌ها و مراکز خرید متمرکز.</w:t>
              <w:br/>
              <w:br/>
              <w:t xml:space="preserve">**توضیحات معیار:**  </w:t>
              <w:br/>
              <w:t>این معیار شامل مجموعه‌ای از مفاهیم کلیدی است که نشان‌دهنده شرایطی هستند که در آن فعالیت‌های اجتماعی و فرهنگی با عدم همخوانی مواجه‌اند:</w:t>
              <w:br/>
              <w:br/>
              <w:t>1. **تفکیک کاربری‌ها:** وجود تفکیک در کاربری‌ها، مانند تفکیک بین مسکن، تجارت و فضای عمومی، که می‌تواند منجر به کاهش تعاملات اجتماعی و بین فردی در سطح محله شود.</w:t>
              <w:br/>
              <w:br/>
              <w:t>2. **نیاز به جابه‌جایی‌های فراوان:** وجود ساختارهایی که نیاز به جابه‌جایی‌های زیادی را ایجاب می‌کند، ممکن است از سهولت دسترسی و ارتباطات محلی کاسته و ایجاد احساس انزوا و جدایی کند.</w:t>
              <w:br/>
              <w:br/>
              <w:t>3. **محله به عنوان خوابگاه:** در حالتی که محله‌ها بیشتر به عنوان فضای خوابگاه دیده شوند تا فضایی برای تعامل و ارتباطات اجتماعی، این ویژگی می‌تواند منجر به کاهش انسجام اجتماعی و کاهش روابط بین فردی شود.</w:t>
              <w:br/>
              <w:br/>
              <w:t>4. **تامین نیازها در مال‌ها و مراکز خرید متمرکز:** تمرکز نیازهای روزمره در مال‌ها و مراکز خرید ممکن است به کاهش اهمیت فضاهای عمومی و تعاملات محلی بینجامد و الگوی معاشرت اجتماعی را به سمت فضاهای تجاری سوق دهد.</w:t>
              <w:br/>
              <w:br/>
              <w:t>این معیارها به شناسایی و تحلیل رویه‌هایی کمک می‌کند که ممکن است در تعارض با تقویت محبت و برادری در یک جامعه قرار گیرند.</w:t>
            </w:r>
          </w:p>
        </w:tc>
      </w:tr>
      <w:tr>
        <w:tc>
          <w:tcPr>
            <w:tcW w:type="dxa" w:w="4320"/>
          </w:tcPr>
          <w:p>
            <w:r>
              <w:t>معیار اصلی: * محله به عنوان مکانی برای تأمین نیازهای روزانه تا هفتگی</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بیانات در دیدار مسئولان سازمان صدا و سیما</w:t>
              <w:br/>
              <w:t>متن: فضاى جامعه را فضاى برادرى، مهربانى، حسن ظن قرار بدهيم.</w:t>
              <w:br/>
              <w:t>منبع: بیانات در دیدار مسئولان سازمان صدا و سیما</w:t>
              <w:br/>
              <w:t>متن: باید روحیه‌ی محبت، وحدت، همگرایی و ارتباط و پیوند در میان مردم تقویت شود.</w:t>
              <w:br/>
              <w:br/>
              <w:t>معیار معکوس : * اصل بودن راه ها در ساختار شهر به دلیل تفکیک کاربری‌ها و نیاز به جابه‌جایی‌های فراوان* محله به عنوان خوابگاه و تامین نیازها در مالهای و مراکز خرید متمرکز</w:t>
            </w:r>
          </w:p>
        </w:tc>
        <w:tc>
          <w:tcPr>
            <w:tcW w:type="dxa" w:w="4320"/>
          </w:tcPr>
          <w:p>
            <w:r>
              <w:t>**معیار برای تشخیص:** اصل بودن راه‌ها در ساختار شهر به دلیل تفکیک کاربری‌ها و نیاز به جابه‌جایی‌های فراوان؛ محله به عنوان خوابگاه و تأمین نیازها در مال‌ها و مراکز خرید متمرکز</w:t>
              <w:br/>
              <w:br/>
              <w:t xml:space="preserve">**توضیحات معیار:** </w:t>
              <w:br/>
              <w:t>این معیار به بیان ویژگی‌ها و رفتارهایی می‌پردازد که در تضاد با تعامل و ارتباطات انسانی و اجتماعی در یک محله عمل می‌کند. مفاهیم زیر در این زمینه قابل توجه هستند:</w:t>
              <w:br/>
              <w:br/>
              <w:t>1. **تفکیک کاربری‌ها:** وضعیتی که در آن کاربری‌های مختلف شهر به صورت جداگانه طراحی و اجرا شده‌اند، منجر به کاهش تعاملات اجتماعی و کاهش حس تعلق فردی به محله می‌شود.</w:t>
              <w:br/>
              <w:br/>
              <w:t>2. **جابه‌جایی‌های فراوان:** نیاز به جابه‌جایی‌های مکرر برای تأمین نیازهای روزانه، نه تنها زمان و انرژی افراد را هدر می‌دهد بلکه به کاهش ارتباطات اجتماعی و تعاملات انسانی منجر می‌شود.</w:t>
              <w:br/>
              <w:br/>
              <w:t>3. **خوابگاه بودن محله:** اگر محله به عنوان یک محل خواب و نیازهای اولیه تصور شود و نه به عنوان فضایی برای تعاملات اجتماعی، زیرساخت‌های لازم برای ارتباطات مثبت و عاطفی میان افراد قطع می‌شود.</w:t>
              <w:br/>
              <w:br/>
              <w:t>4. **مراکز خرید متمرکز:** تأکید بر وجود مراکز خرید به عنوان نقطه‌ی اصلی تأمین نیازها، به جای فضایی برای تعاملات اجتماعی، به کاهش حس همدلی و محبت میان افراد منجر می‌گردد.</w:t>
              <w:br/>
              <w:br/>
              <w:t>5. **عدم توجه به پیوندهای انسانی:** توجه به لذت‌های فردی و مصالح شخصی به جای پیوندهای اجتماعی و انسانی، روند ارتقاء کیفیت زندگی را تحت تأثیر قرار می‌دهد و موجب کاهش حس مسئولیت‌پذیری متقابل می‌شود.</w:t>
            </w:r>
          </w:p>
        </w:tc>
      </w:tr>
      <w:tr>
        <w:tc>
          <w:tcPr>
            <w:tcW w:type="dxa" w:w="4320"/>
          </w:tcPr>
          <w:p>
            <w:r>
              <w:t>معیار اصلی: عدم تحریک به خرید به صورت ساختار یافته با ایجاد نمای فرعی و مجزا (مشابه سراهای قدیمی در بازار یا گودال باغچه)</w:t>
              <w:br/>
              <w:t xml:space="preserve">توضیحات برگرفته از منابع: </w:t>
              <w:br/>
              <w:br/>
              <w:t>معیار معکوس : بازار و تجارت ویترین و نمای اصلی شهر</w:t>
            </w:r>
          </w:p>
        </w:tc>
        <w:tc>
          <w:tcPr>
            <w:tcW w:type="dxa" w:w="4320"/>
          </w:tcPr>
          <w:p>
            <w:r>
              <w:t>**معیار برای تشخیص:** عدم تحریک به خرید به صورت ساختار یافته با ایجاد نمای فرعی و مجزا (مشابه سراهای قدیمی در بازار یا گودال باغچه)</w:t>
              <w:br/>
              <w:br/>
              <w:t xml:space="preserve">**توضیحات معیار:** </w:t>
              <w:br/>
              <w:t>1. **عدم تحریک به خرید:** این مفهوم به فرایندهایی اشاره دارد که بر خلاف تلاش برای افزایش تمایل مشتریان به خرید کالا یا خدمات عمل می‌کند. در این حالت، استراتژی‌هایی دنبال نمی‌شوند که بتوانند مشتریان را ترغیب کنند تا در خریدهای خود از منظر احساسی و تحقیقی رفتار نمایند.</w:t>
              <w:br/>
              <w:br/>
              <w:t>2. **غیر ساختار یافته:** عبارت به نوعی عدم سازماندهی و برنامه‌ریزی اشاره دارد که باعث دشواری در انتخاب و تصمیم‌گیری مشتری می‌شود. در این راستا، طراحی محیط‌های فروش، ترتیب قرارگیری محصولات و چگونگی دسترسی به آن‌ها به صورت مؤثری تسهیل نمی‌شود.</w:t>
              <w:br/>
              <w:br/>
              <w:t>3. **غیر نمای فرعی و مجزا:** اشاره به طراحی فضاهایی دارد که فاقد هویت مستقل و واضح هستند و نمی‌توانند فضای جذاب و متفاوتی برای مشتریان ایجاد کنند. این طراحی شامل عدم تقسیم‌بندی مکان‌ها به بخش‌های مختلف با اهداف مشخص است و نمی‌تواند به تجربه‌های آنها کمک کند.</w:t>
              <w:br/>
              <w:br/>
              <w:t>4. **بازار و تجارت ویترین و نمای اصلی شهر:** این مفهوم بیانگر فضاهایی است که بر اساس توجه به نمای اصلی و دیداری بنا شده‌اند، جایی که خرید عموماً به عنوان یک اقدام تجاری و اقتصادی در نظر گرفته می‌شود و از تعامل‌های اجتماعی و انسانی فاصله دارد. این نمونه‌ها ممکن است به ارائه تجربه‌های یکنواخت و مشابه کمک کنند.</w:t>
              <w:br/>
              <w:br/>
              <w:t>5. **عدم گودال باغچه:** این استعاره به فضاهایی اشاره دارد که از نظر بصری و حسی جذابیت کمتری دارند و نمی‌توانند ارتباط عاطفی مثبت مشتریان را با فضا و محصولات تقویت نمایند.</w:t>
            </w:r>
          </w:p>
        </w:tc>
      </w:tr>
      <w:tr>
        <w:tc>
          <w:tcPr>
            <w:tcW w:type="dxa" w:w="4320"/>
          </w:tcPr>
          <w:p>
            <w:r>
              <w:t>معیار اصلی: «خانه» به عنوان واحدی مولد و مکان زیست خانواده و بستر تسهیل گسترش خانواده است</w:t>
              <w:br/>
              <w:t xml:space="preserve">توضیحات برگرفته از منابع: </w:t>
              <w:br/>
              <w:t>منبع: بیانات در دیدار وزیر و مسئولان«وزارت ارشاد» و اعضای«شوراهای فرهنگ عمومی كشور»</w:t>
              <w:br/>
              <w:t>متن: شكل معماری در جامعه و در چگونه خانه‏ای زندگی كردن، بخشی از فرهنگ جامعه را شكل می‏دهد. زیرا خانه‏های قدیمی ما یك نوع خانواده و خُلقیات بار می‏آورند (حیاط بزرگ، حوضی در وسطش و اتاق‏هایی در اطراف. از این اتاقْ پدر بزرگ در می‏آید و از آن اتاقْ دایی و از آن یكی هم عمو. بچه‏های خانواده، همه دور هم و بَرِ یك سفره جمع می‌شوند و در واقع، این خانه‏ است كه خانواده را به دنبال خود می‏كشاند) و آپارتمان نوعی دیگر از خانواده ایجاد می‏كند. حتّی شكلِ در و پنجره و ارتباط اتاق‏ها باهم، به ناچار تأثیر خاصی بر ذهن و خُلق و منش و تربیت افراد دارد. ازاین‏رو، امروز- خوشبختانه- می‏بینیم كه در تلویزیون و میزگردها و گفتارها، بر معماری سنّتی ایرانی تكیه می‌شود. در كردارها نمی‏دانم چگونه است. ولی به‏هرحال، آن‌چه معلوم است اینكه، این ملت كهن و بزرگ، قبل از اینكه از سبك معماری اروپایی تأثیر بپذیرد، خودش یك سبكِ معماری خاص داشته است.</w:t>
              <w:br/>
              <w:t>منبع: بیانات در دیدار جمعی از مهندسان و محققان فنی و صنعتی كشور</w:t>
              <w:br/>
              <w:t>متن: خانه، مأمن و پناهگاه هر انسانی است. خانواده كه اصلی‏ترین و مهم‏ترین انس یك انسان است، عمدتاً داخل خانه است. بچه‏های انسان، همسر انسان، خود انسان در محیط خانه هستند.</w:t>
              <w:br/>
              <w:t>منبع: بیانات مقام معظم رهبری</w:t>
              <w:br/>
              <w:t>متن: یا مثلًا می‏گویند كه ما عقدمان را در فلان سالن گرفتیم. البته حالا كه متأسفانه مرسوم شده است در هتلها می‏گیرند؛ كه كار بسیار بدی است. حتّی گاهی شنیده یا دیده می‌شود، بعضی افرادی هم كه از آن‏ها توقع نیست، برای تفاخر به همدیگر، مراسم عقد خود را در هتلها و سالنها می‏گیرند! نه، مراسم عقد را در اتاق خانه‏ و حیاط منزل خودتان و یا همسایه‏تان بگیرید و مردم را دعوت كنید؛ همین‏طور كه همیشه بوده است. این‏گونه محیطها، یك محیط انس خانوادگی است.</w:t>
              <w:br/>
              <w:br/>
              <w:t>معیار معکوس : خانه به مثابه خوابگاه و واحد مصرفی و حداقلی</w:t>
            </w:r>
          </w:p>
        </w:tc>
        <w:tc>
          <w:tcPr>
            <w:tcW w:type="dxa" w:w="4320"/>
          </w:tcPr>
          <w:p>
            <w:r>
              <w:t>### معیار برای تشخیص:</w:t>
              <w:br/>
              <w:t>«خانه» به مثابه خوابگاه و واحد مصرفی و حداقلی</w:t>
              <w:br/>
              <w:br/>
              <w:t>### توضیحات معیار:</w:t>
              <w:br/>
              <w:t xml:space="preserve">خانه به عنوان یک ساختار که عمدتاً به هدف تأمین نیازهای اولیه و محدود افراد طراحی شده است، می‌تواند به عنوان فضایی با کمترین ابعاد و امکانات در نظر گرفته شود. در این حالت، خانه نه به عنوان محلی برای توسعه هویت فرهنگی و اجتماعی بلکه تنها به عنوان مکان خواب و مصرف کالاهای اساسی عمل می‌کند. این نوع خانه ممکن است دارای طراحی ساده و بدون در نظر گرفتن ویژگی‌های اجتماعی و ارتباطی باشد، که تأثیر منفی بر روابط خانوادگی و اجتماعی افراد دارد. </w:t>
              <w:br/>
              <w:br/>
              <w:t>وجود فضاهای محدود و ارتباط ناکافی بین اتاق‌ها می‌تواند محیطی نامناسب برای تجمع خانواده‌ها فراهم سازد و از انس و الفت میان اعضای خانواده بکاهد. همچنین، برگزاری مراسم‌های اجتماعی نظیر عقد در این نوع فضاها از اهمیت کمتری برخوردار بوده و ممکن است به ایجاد پیوندهای عاطفی و اجتماعی تأثیر منفی داشته باشد.</w:t>
              <w:br/>
              <w:br/>
              <w:t>در نهایت، این معیار می‌تواند به عنوان مبنای سنجش و تحلیل فعالیت‌های اجتماعی و فرهنگی در زمینه‌های مختلف مورد استفاده قرار گیرد و به ارزیابی روندهای نامطلوب در طراحی و استفاده از فضاهای زندگی کمک کند.</w:t>
            </w:r>
          </w:p>
        </w:tc>
      </w:tr>
      <w:tr>
        <w:tc>
          <w:tcPr>
            <w:tcW w:type="dxa" w:w="4320"/>
          </w:tcPr>
          <w:p>
            <w:r>
              <w:t>معیار اصلی: شکل گیری محیط همسایگی به عنوان اولین محیط اجتماعی بالاتر از خانه</w:t>
              <w:br/>
              <w:t xml:space="preserve">توضیحات برگرفته از منابع: </w:t>
              <w:br/>
              <w:t>منبع: یانات در خطبه‏های نماز جمعه تهران 21 رمضان 1414</w:t>
              <w:br/>
              <w:t>متن: جمله‏ی بعد: «و اللّه الله فی جیرانكم.» یعنی «الله الله در همسایگانتان!» موضوع همسایگی را كوچك نگیرید. امرِ بسیار مهمی است. یك پیوند عظیم اجتماعی است كه اسلام به آن توجّه دارد و طبق فطرت انسان‏هاست. منتها در پیچ و خم تمدّنهای دور از فطرت انسانی، این ارزشها گم شده است. بهمان فرد، چند سال در خانه‏ای زندگی می‏كند و نمی‏داند در همسایگی‏اش چه كسی ساكن‏ است و چگونه زندگی را می‏گذراند! به نیازها و ضرورتها و اضطرارها و بیچارگی‏های افراد در هنگام بلاها و مشكلات، چه كسی باید رسیدگی كند؟ باید همسایگانتان را رعایت كنید.</w:t>
              <w:br/>
              <w:t>منبع: بیانات در دیدار دانشگاهیان سمنان</w:t>
              <w:br/>
              <w:t>متن: ما تحولی می خواهیم که بین پدرها، مادرها، خانواده ها، فرزندان، دوستان و همسایگان الفت و محبت بیشتر به وجود آورد؛ تا چهل خانه آن طرفتر را شما همسایه ی خود بدانید؛ این خوب است. محیط، محیط تراحم و تعاطف باشد؛ همه ی افراد جامعه نسبت به همدیگر احساس مسئولیت کنند: «کلکم راع و کلکم مسؤول عن رعیته»؛ همه ی شما راعی هستید؛ یعنی رعایت کننده. همه ی شما مسئول از رعیت تان هستید؛ یعنی آن کسی که مورد رعایت شما باید قرار بگیرد. آن تحولی که در پیوندها و نظامات اجتماعی به یک چنین حقایقی منتهی بشود، آن پیشرفت است؛ پیشرفت مورد نظر اسلام و جمهوری اسلامی، این است. پیشرفتی که بر فردمحوری و اباحه 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w:t>
              <w:br/>
              <w:br/>
              <w:t>معیار معکوس : سطح بالاتر محیط اجتماعی در مراکز خرید و حول تجارت یا فراغت شکل می‌گیرد. (غریبه پرسه زن)</w:t>
            </w:r>
          </w:p>
        </w:tc>
        <w:tc>
          <w:tcPr>
            <w:tcW w:type="dxa" w:w="4320"/>
          </w:tcPr>
          <w:p>
            <w:r>
              <w:t>**معیار برای تشخیص:** سطح بالاتر محیط اجتماعی در مراکز خرید و حول تجارت یا فراغت شکل می‌گیرد. (غریبه پرسه زن)</w:t>
              <w:br/>
              <w:br/>
              <w:t xml:space="preserve">**توضیحات معیار:**  </w:t>
              <w:br/>
              <w:t>برای ارزیابی و تحلیل وضعیت‌های نامطلوب در زمینه همسایگی، می‌توان به مفاهیم زیر اشاره کرد:</w:t>
              <w:br/>
              <w:br/>
              <w:t>1. **جدایی اجتماعی**: در این نوع محیط‌ها، پیوندهای اجتماعی ضعیف شده و افراد نسبت به یکدیگر احساس بیگانگی و عدم تعلق می‌کنند. این جدایی به کاهش شناخت و روابط نزدیک میان افراد منجر می‌گردد.</w:t>
              <w:br/>
              <w:br/>
              <w:t>2. **عدم مسئولیت اجتماعی**: در محیط‌هایی که بر تجارت یا فراغت تمرکز دارند، حس مسئولیت فردی در قبال نیازها و مشکلات دیگران کاهش می‌یابد. در اینجا افراد اغلب به دنبال منافع شخصی خود بوده و کمتر به وضعیت و مشکلات همسایگان توجه دارند.</w:t>
              <w:br/>
              <w:br/>
              <w:t>3. **محیط بی‌عاطفگی**: عدم وجود فضاهایی برای محبت و الفت میان افراد، روابط اجتماعی را تحت تأثیر قرار می‌دهد و به افزایش حس رقابت و انزوا منجر می‌شود.</w:t>
              <w:br/>
              <w:br/>
              <w:t>4. **غفلت از فطرت انسانی**: محیط‌هایی که تنها بر پایه‌ی منفعت‌های مادی و اجتماعی استوارند، می‌توانند ارزش‌های انسانی را نادیده بگیرند و از احترام و محبت به دیگران فاصله بگیرند.</w:t>
              <w:br/>
              <w:br/>
              <w:t>5. **عدم تنوع اجتماعی**: در این نوع محیط‌ها، ارتباطات با افرادی از پس‌زمینه‌های مختلف به حداقل می‌رسد و امکان تبادل فرهنگی و اجتماعی تنوع به تحلیل می‌رود. عدم پذیرش تنوع می‌تواند به تشدید تعصبات و پیش‌داوری‌ها منجر گردد.</w:t>
            </w:r>
          </w:p>
        </w:tc>
      </w:tr>
      <w:tr>
        <w:tc>
          <w:tcPr>
            <w:tcW w:type="dxa" w:w="4320"/>
          </w:tcPr>
          <w:p>
            <w:r>
              <w:t>معیار اصلی: تکنولوژی ساخت</w:t>
              <w:br/>
              <w:t xml:space="preserve">توضیحات برگرفته از منابع: </w:t>
              <w:br/>
              <w:t>منبع: بیانات در دیدار جمعی از مهندسان و محققان فنی و صنعتی كشور</w:t>
              <w:br/>
              <w:t>متن: تناسب با محیط كه در ساختمان‏سازی قدیمی ما رعایت می‏شد، كم شد. شما ببینید ساختمانهای قدیمی ما در هر نقطه‏یی به تناسب نیاز آن نقطه ساخته شده، با توجه به جهات اسلامی ساخته شده. ساختمانی كه در شمال كشور یا در جنوب می‏بینید، با ساختمانی كه در منطقه‏ی شرق كشور- مثلًا خراسان- می‏بینید، باهم متفاوت است؛ هركدام یك شكل و حالتی دارد. حتی مساجد و ساختمانهای قدیمی بزرگشان هم همین تفاوت‏ها را باهم دارند. به اقتضای نیاز و تناسبِ با محیط و استفاده‏ی عملی و كاربرد، شكلهای مهندسی تغییر پیدا می‏كرده</w:t>
              <w:br/>
              <w:br/>
              <w:t>معیار معکوس : تکنولوژی ساخت• فناوری های تولید انبوه و مشابه سازی• پیچیده نمودن برای تجاری سازی و وابسته کردن عموم مردم</w:t>
            </w:r>
          </w:p>
        </w:tc>
        <w:tc>
          <w:tcPr>
            <w:tcW w:type="dxa" w:w="4320"/>
          </w:tcPr>
          <w:p>
            <w:r>
              <w:t>### معیار برای تشخیص</w:t>
              <w:br/>
              <w:t>تکنولوژی ساخت</w:t>
              <w:br/>
              <w:br/>
              <w:t>### توضیحات معیار</w:t>
              <w:br/>
              <w:t>در بررسی تکنولوژی ساخت که در تضاد با ویژگی‌هایی مانند تناسب با محیط، انطباق با نیازهای محلی و حفظ هویت فرهنگی و تاریخی قرار دارد، چندین مفهوم اصلی می‌تواند مورد توجه قرار گیرد:</w:t>
              <w:br/>
              <w:br/>
              <w:t>- **فناوری‌های تولید انبوه و مشابه‌سازی**: به روش‌های تولید سازه‌ها یا اقلام مشابه و استاندارد اشاره دارد که معمولاً در آن توجه کمتری به ویژگی‌های خاص جغرافیایی یا فرهنگی مناطق مختلف می‌شود. این رویکرد ممکن است منجر به کاهش تنوع در طراحی و ساخت بناها گردد و نیازهای واقعی مکان‌ها را نادیده بگیرد.</w:t>
              <w:br/>
              <w:br/>
              <w:t>- **پیچیده نمودن برای تجاری‌سازی**: این مفهوم بیانگر فرآیندهایی است که به منظور افزایش سودآوری و تجاری‌سازی، طراحی‌ها و فناوری‌ها را به گونه‌ای پیچیده می‌کنند که ممکن است در تناقض با سادگی و کارآیی لازم برای استفاده‌های محلی باشد. این امر معمولاً منجر به عدم توجه به نیازهای واقعی جامعه و ترجیحات فرهنگی آنها می‌شود.</w:t>
              <w:br/>
              <w:br/>
              <w:t>- **وابسته کردن عموم مردم**: این واژه به وضعیتی اشاره دارد که در آن افراد به تکنولوژی‌های خاصی وابسته می‌شوند که ممکن است با رویکردهای محلی یا سنتی در تضاد باشد. این وضعیت می‌تواند تأثیر منفی بر توسعه پایدار و خودکفایی جامعه داشته باشد، به ویژه زمانی که هویت و تاریخ محلی نادیده گرفته می‌شود.</w:t>
              <w:br/>
              <w:br/>
              <w:t>این مفاهیم می‌توانند به عنوان معیارهایی برای ارزیابی فعالیت‌های تکنولوژیک در راستای تطابق یا عدم تطابق با اصول ارائه شده در معیار اصلی، مورد استفاده قرار گیرند.</w:t>
            </w:r>
          </w:p>
        </w:tc>
      </w:tr>
      <w:tr>
        <w:tc>
          <w:tcPr>
            <w:tcW w:type="dxa" w:w="4320"/>
          </w:tcPr>
          <w:p>
            <w:r>
              <w:t>معیار اصلی: • فناوری‌های سازگار با محیط زیست و بومی</w:t>
              <w:br/>
              <w:t xml:space="preserve">توضیحات برگرفته از منابع: </w:t>
              <w:br/>
              <w:t>منبع: بیانات در دیدار جمعی از مهندسان و محققان فنی و صنعتی كشور</w:t>
              <w:br/>
              <w:t>متن: تناسب با محیط كه در ساختمان‏سازی قدیمی ما رعایت می‏شد، كم شد. شما ببینید ساختمانهای قدیمی ما در هر نقطه‏یی به تناسب نیاز آن نقطه ساخته شده، با توجه به جهات اسلامی ساخته شده. ساختمانی كه در شمال كشور یا در جنوب می‏بینید، با ساختمانی كه در منطقه‏ی شرق كشور- مثلًا خراسان- می‏بینید، باهم متفاوت است؛ هركدام یك شكل و حالتی دارد. حتی مساجد و ساختمانهای قدیمی بزرگشان هم همین تفاوت‏ها را باهم دارند. به اقتضای نیاز و تناسبِ با محیط و استفاده‏ی عملی و كاربرد، شكلهای مهندسی تغییر پیدا می‏كرده</w:t>
              <w:br/>
              <w:br/>
              <w:t>معیار معکوس : تکنولوژی ساخت• فناوری های تولید انبوه و مشابه سازی• پیچیده نمودن برای تجاری سازی و وابسته کردن عموم مردم</w:t>
            </w:r>
          </w:p>
        </w:tc>
        <w:tc>
          <w:tcPr>
            <w:tcW w:type="dxa" w:w="4320"/>
          </w:tcPr>
          <w:p>
            <w:r>
              <w:t>**معیار برای تشخیص:** تکنولوژی ساخت و تولید انبوه و مشابه‌سازی</w:t>
              <w:br/>
              <w:br/>
              <w:t xml:space="preserve">**توضیحات معیار:** </w:t>
              <w:br/>
              <w:t>این معیار به بررسی ویژگی‌ها و رفتارهایی می‌پردازد که بر اساس آن‌ها می‌توان ارزیابی کرد که آیا فناوری‌ها و روش‌های مورد استفاده در تضاد با نیازهای محلی و محیط زیست هستند یا خیر. به طور خاص، معیارهای زیر حائز اهمیت‌اند:</w:t>
              <w:br/>
              <w:br/>
              <w:t>1. **عدم تناسب با محیط:** فناوری‌ها ممکن است به گونه‌ای طراحی شوند که با ویژگی‌های جغرافیایی و اقلیمی هر منطقه همخوانی نداشته باشند. استفاده از روش‌های عمومی و استاندارد شده می‌تواند منجر به نادیده گرفتن نیازهای خاص بومی گردد.</w:t>
              <w:br/>
              <w:br/>
              <w:t>2. **غفلت از فرهنگ و تاریخ محلی:** نادیده گرفتن اصول و ویژگی‌های معماری و مهندسی بومی ممکن است به مصرف غیر بهینه منابع و از دست رفتن ارتباط فرهنگی منجر شود. این ویژگی شامل استفاده از مواد و شیوه‌هایی است که با فرهنگ و تاریخ محلی همخوانی ندارد.</w:t>
              <w:br/>
              <w:br/>
              <w:t>3. **عدم تنوع کاربردی:** فناوری‌ها ممکن است به گونه‌ای طراحی شوند که قابلیت استفاده در شرایط مختلف جغرافیایی و اجتماعی را نداشته باشند. این فقدان تنوع می‌تواند به محدودیت در کارایی و کارآیی در کاربردها منجر شود.</w:t>
              <w:br/>
              <w:br/>
              <w:t>4. **عدم انعطاف‌پذیری سازه‌ها:** سازه‌ها و فناوری‌ها ممکن است قادر به پاسخ‌گویی به نیازهای متغیر زمان و مکان نباشند و از لحاظ عملکرد نتوانند به نیازهای مختلف افراد و جوامع پاسخ دهند.</w:t>
              <w:br/>
              <w:br/>
              <w:t>5. **عدم توجه به منابع محلی:** فناوری‌ها ممکن است بر بهره‌برداری از مواد و منابع طبیعی محلی تأکید نکنند، که این امر می‌تواند به آسیب به محیط زیست و عدم پایداری منجر شود.</w:t>
            </w:r>
          </w:p>
        </w:tc>
      </w:tr>
      <w:tr>
        <w:tc>
          <w:tcPr>
            <w:tcW w:type="dxa" w:w="4320"/>
          </w:tcPr>
          <w:p>
            <w:r>
              <w:t>معیار اصلی: • ساده سازی برای استفاده و خود کفایی مردمی</w:t>
              <w:br/>
              <w:t xml:space="preserve">توضیحات برگرفته از منابع: </w:t>
              <w:br/>
              <w:t>منبع: بیانات در دیدار جمعی از مهندسان و محققان فنی و صنعتی كشور</w:t>
              <w:br/>
              <w:t>متن: تناسب با محیط كه در ساختمان‏سازی قدیمی ما رعایت می‏شد، كم شد. شما ببینید ساختمانهای قدیمی ما در هر نقطه‏یی به تناسب نیاز آن نقطه ساخته شده، با توجه به جهات اسلامی ساخته شده. ساختمانی كه در شمال كشور یا در جنوب می‏بینید، با ساختمانی كه در منطقه‏ی شرق كشور- مثلًا خراسان- می‏بینید، باهم متفاوت است؛ هركدام یك شكل و حالتی دارد. حتی مساجد و ساختمانهای قدیمی بزرگشان هم همین تفاوت‏ها را باهم دارند. به اقتضای نیاز و تناسبِ با محیط و استفاده‏ی عملی و كاربرد، شكلهای مهندسی تغییر پیدا می‏كرده</w:t>
              <w:br/>
              <w:br/>
              <w:t>معیار معکوس : تکنولوژی ساخت• فناوری های تولید انبوه و مشابه سازی• پیچیده نمودن برای تجاری سازی و وابسته کردن عموم مردم</w:t>
            </w:r>
          </w:p>
        </w:tc>
        <w:tc>
          <w:tcPr>
            <w:tcW w:type="dxa" w:w="4320"/>
          </w:tcPr>
          <w:p>
            <w:r>
              <w:t xml:space="preserve">**معیار برای تشخیص:**  </w:t>
              <w:br/>
              <w:t xml:space="preserve">• تکنولوژی ساخت  </w:t>
              <w:br/>
              <w:br/>
              <w:t xml:space="preserve">**توضیحات معیار:**  </w:t>
              <w:br/>
              <w:t>این معیار به ویژگی‌هایی اشاره دارد که به منظور ایجاد پیچیدگی و وابستگی در فرآیندها و سیستم‌ها طراحی شده‌اند. پیچیدگی در این مفهوم به معنای افزودن موانع و چالش‌های عبور از فرآیندهاست که می‌تواند باعث دشواری در دسترسی به منابع و خدمات شود. وابستگی مردم به کمک‌های خارجی نیز بر توانایی گروه‌ها در تأمین نیازهای خود تأثیر منفی دارد، به ویژه در شرایطی که فناوری‌های تولید انبوه و مشابه‌سازی حاکم باشد.</w:t>
              <w:br/>
              <w:br/>
              <w:t>مفاهیم مرتبط با این معیار شامل:</w:t>
              <w:br/>
              <w:br/>
              <w:t>1. **فناوری‌های تولید انبوه و مشابه‌سازی:** اشاره به فرآیندهایی که به تولید استاندارد و غیر شخصی می‌انجامد و می‌تواند به کاهش کیفیت و تنوع پاسخ‌ها به نیازهای مختلف منجر شود.</w:t>
              <w:br/>
              <w:br/>
              <w:t>2. **پیچیده نمودن برای تجاری‌سازی:** نشان می‌دهد که فرآیندها به عمد پیچیده شده‌اند تا نیاز به دخالت تجاری‌سازان و تسهیل‌گران در دستیابی به محصولات و خدمات افزایش یابد.</w:t>
              <w:br/>
              <w:br/>
              <w:t xml:space="preserve">3. **وابسته کردن عموم مردم:** به ایجاد شرایطی اشاره دارد که افراد و گروه‌ها توانایی تأمین نیازهای خود را کاهش می‌دهند و به عوامل خارجی وابسته می‌شوند، که ممکن است به عدم استقلال و آزادی عمل منجر شود. </w:t>
              <w:br/>
              <w:br/>
              <w:t>این مفاهیم به ارزیابی چگونگی طراحی و اجرای پروژه‌ها و فعالیت‌ها کمک می‌کند تا میزان انحراف آنها از معیارهای مستقل و خودکفایی بررسی شود.</w:t>
            </w:r>
          </w:p>
        </w:tc>
      </w:tr>
      <w:tr>
        <w:tc>
          <w:tcPr>
            <w:tcW w:type="dxa" w:w="4320"/>
          </w:tcPr>
          <w:p>
            <w:r>
              <w:t>معیار اصلی: احیای منضبط زمین</w:t>
              <w:br/>
              <w:t xml:space="preserve">توضیحات برگرفته از منابع: </w:t>
              <w:br/>
              <w:t>منبع: بیانات در دیدار با قضات هیئت های هفت نفره واگذاری زمین</w:t>
              <w:br/>
              <w:t>متن: اگر بخواهیم به مسائل عمومی نظام جمهوری اسلام بایک اولویت بندی نگاه کنیم، شاید بشود گفت که مسأله ی زمین و حل صحیح آن در ردیف اول قرار می گیرد. حالا یا این است که در ردیف اول، مسأله ی دیگری هم در کناراین مسأله قرار می گیرد، یا اینکه انحصاراً این مسأله، مسأله ی اول است مشکل زمین، فقط مشکل کشور ما نبوده؛ بلکه مشکل همه ی کشورهایی بوده است که در آن، نظامهای غیر عادلانه و طغیان گری حاکمیت داشته است. وجه قضیه هم واضح است؛ کارآمدترین وسیله ی تولید و منبع برکات، بدون کمترین حفاظتی، همین طور در دسترس کسانی بوده است که قدرت داشته اند و توانسته اند آن را تصرف کنند. لذا قدرتمندان رفتند زمین ها را گرفتند و این مایه ارتزاق روز و شب یک خانواده یا یک انسان فقیر را زیر سلطه ی خود درآوردند. خودشان از آن استفاده کردند و هر چه خواستند برداشتند و مردم را در فقر و فلاکت باقی گذاشتند... ما باید در آینده طرح های دیگری داشته باشیم؛</w:t>
              <w:br/>
              <w:t>منبع: روح اللَّه الموسوی الخمینى‏ (صحیفه امام، ج‏6، ص: 518-520)</w:t>
              <w:br/>
              <w:t>متن: این جانب حسابى به شماره 100 در تمام شعب بانک ملى افتتاح کرده و از همه کسانى که توانایى دارند دعوت مى‏کنم که براى کمک به خانه‏سازى براى محرومان به این حساب پول واریز کنند...و در این طرح به هیچ وجه پولى در برابر خرید زمین پرداخت نشود</w:t>
              <w:br/>
              <w:t>منبع: بیانات در دیدار مسئولان و فعالان محیط زیست، منابع طبیعی و فضای سبز</w:t>
              <w:br/>
              <w:t>متن: من تأكید می‏كنم اجازه ندهید به این جنگلها دست‏درازی بشود؛...یك مسئله، پدیده‏ی زمین‏خواری است...، خیلی رنج‏آور است! ... حالا بحث زمین‏خواری، یواش‏یواش شده كوه‏خواری! بنده گاهی كه می‏روم ارتفاعات شمال تهران و نگاه می‏كنم، انسان واقعاً خیلی متأسّف می‌شود. بارها من در دیدار با مسئولین شهری و مسئولین دولتی و مانند اینها این مسائل را در میان گذاشته‏ام... جرم بدانید اینها را. یكی از كارهای اساسی «جرم‏انگاری» در قانون است؛ اینها را باید جرم دانست در قانون و این كسانی كه این كارها را می‏كنند تعقیب قضائی كرد. صِرف اینكه بروند قلع بنا بكنند، كافی نیست؛ كه آن را هم متأسّفانه در مواردی نمی‏كنند، كوتاهی می‏كنند... با آنها شدیدتر برخورد كنید؛ اینها جزو كارهای لازم و اساسی است</w:t>
              <w:br/>
              <w:t>منبع: خطبه‌های نماز جمعه‌ تهران</w:t>
              <w:br/>
              <w:t>متن: بنای موارد لازم عمرانی در جامعه محتاج به اموال ثروتمندان هست كه بدون آن، كار مردم لنگ میماند و زندگی مردم معطل میماند... حالا فرض كنیم كه از راه‏های حرام هم نبوده، از راه‏های معمولی و مشروع بوده، اگر فرض كنیم كه از راه‏های مشروع آنقدر ثروتهای آنچنانی می‌شود فراهم بشود، اگر فرض كردیم فراهم نمی‌شود كه هیچ، مطلب روشن است- اینها هم ثروتها را برای خودشان حفظ كنند و نگه دارند درحالی‏كه جامعه به این احتیاج مبرم دارد، این قابل قبول نیست و از اسلام چنین چیزی بر نمی‏آید، بلكه ضد این بر می‏آید. آن آیه دیگر، همین آیه‏ی معروفی است كه: «الَّذِینَ یكْنِزُونَ الذَّهَبَ وَ الْفِضَّةَ وَ لا ینْفِقُونَها فِی سَبِیلِ اللَّهِ فَبَشِّرْهُمْ بِعَذابٍ أَلِیمٍ‏»؛  آن كسانی كه طلا و نقره را گنج میكنند، ذخیره میكنند و در راه خدا آن را انفاق نمیكنند- شاید طلا و نقره خصوصیتی نداشته باشد؛ آن كسانی كه پول را، ثروت را، سرمایه را گنج میكنند و ذخیره میكنند و در حالی كه نیاز مبرم جامعه به او هست، آن را در راه خدا انفاق نمیكنند، آن هم مشمول همین «یكْنِزُونَ الذَّهَبَ وَ الْفِضَّةَ» باشد- آن وقت میفرماید: «فَبَشِّرْهُمْ بِعَذابٍ أَلِیمٍ‏»</w:t>
              <w:br/>
              <w:t>منبع: بیانات در دیدار جمعی از قضات و اعضای دستگاه قضائی</w:t>
              <w:br/>
              <w:t>متن: در سالهای اول انقلاب، دستگاه‏های قانونی كه انقلاب آن‏ها را به وجود آورده بود به روستاها رفتند و زمینهایی را كه صاحبانشان سالهای متمادی آن‏ها را مطرود گذاشته و هم‏زمان با پیروزی انقلاب گریخته بودند، بین مردم تقسیم كردند. در آن زمان به مردم روستایی سند داده نشد و حال صاحب زمین‏، مدعی آمده و سند و بنچاق صد سال پیش یا پنجاه سال پیش دوران طاغوت را ارائه می‏دهد. اینجا وظیفه‏ی دادگاه چیست و چه كار باید بكند؟ بنده این را به دستگاه قضائی عرض می‏كنم و فقط یك توصیه هم نیست. بنده از دستگاه قضائی می‏خواهم كه نگذارید كسانی كه زخم‏خوردگان و دشمنان انقلابند و امروز هم چنان‌چه اندك فرصتی به دست آورند، از آن فرصت برای ضربه زدن به انقلاب استفاده می‏كنند بیایند و بخواهند بافته‏های انقلاب را پنبه كنند. این، آن صبغه‏ی نظام و قضای اسلامی است.</w:t>
              <w:br/>
              <w:br/>
              <w:t>معیار معکوس : • زمین خواری (سوداگری و اعطای مالکیت رقبه مال -مالکیت خود زمین به جای بهره برداری از آن- در ثروت‌های طبیعی)• احتکار زمین به منظور افزایش قیمت یا به بهانه جلوگیری از زمین خواری</w:t>
            </w:r>
          </w:p>
        </w:tc>
        <w:tc>
          <w:tcPr>
            <w:tcW w:type="dxa" w:w="4320"/>
          </w:tcPr>
          <w:p>
            <w:r>
              <w:t>**معیار برای تشخیص:** زمین‌خواری (سوداگری و اعطای مالکیت رقبه مال - مالکیت خود زمین به جای بهره‌برداری از آن - در ثروت‌های طبیعی)</w:t>
              <w:br/>
              <w:br/>
              <w:t>**توضیحات معیار:**</w:t>
              <w:br/>
              <w:t>زمین‌خواری به عنوان یک معیار معکوس، به شرایطی اشاره دارد که در آن مدیریت ناعادلانه و غیرمؤثر منابع زمین به وقوع می‌پیوندد. این امر مستلزم اقداماتی است که به تحقق نابرابری اجتماعی و تشدید انحصار ثروت و منابع منجر می‌شود. در این راستا، چند مفهوم کلیدی قابل بررسی است:</w:t>
              <w:br/>
              <w:br/>
              <w:t>1. **سوداگری:** فعالیت‌هایی که هدف آنها کسب درآمد از طریق تملک و فروش آگاهانه یا ناآگاهانه زمین به جای بهره‌برداری اجتماعی و عمومی از آن است. این مفهوم با تملک اراضی به قصد افزایش قیمت یا استفاده شخصی ارتباط دارد.</w:t>
              <w:br/>
              <w:br/>
              <w:t>2. **احتکار زمین:** یادآوری تلاش‌هایی که به منظور جلوگیری از دسترسی به زمین برای دیگران انجام می‌شود، به ویژه با هدف افزایش قیمت آن یا جلوگیری از سرمایه‌گذاری اجتماعی. این عمل ممکن است با بهانه‌هایی مانند ممانعت از زمین‌خواری توجیه شود، اما در واقع منجر به نابرابری در دسترسی به منابع می‌شود.</w:t>
              <w:br/>
              <w:br/>
              <w:t>3. **مالکیت رقبه زمین:** استفاده از زمین به عنوان کالایی برای کسب ثروت، که می‌تواند منجر به نادیده‌گیری عدالت اجتماعی و کنترل نابرابر بر منابع طبیعی شود. در این حالت، تمرکز بر مالکیت و تملک زمین، به جای توجه به مسؤولیت‌های اجتماعی و محیط‌زیستی است.</w:t>
              <w:br/>
              <w:br/>
              <w:t>این معیار به عنوان مبنای ارزیابی، می‌تواند در تحلیل متون و رفتارهای مرتبط با مدیریت ناعادلانه زمین و تأثیرات آن بر جامعه مورد استفاده قرار گیرد.</w:t>
            </w:r>
          </w:p>
        </w:tc>
      </w:tr>
      <w:tr>
        <w:tc>
          <w:tcPr>
            <w:tcW w:type="dxa" w:w="4320"/>
          </w:tcPr>
          <w:p>
            <w:r>
              <w:t>معیار اصلی: زیبایی‌شناسی</w:t>
              <w:br/>
              <w:t xml:space="preserve">توضیحات برگرفته از منابع: </w:t>
              <w:br/>
              <w:t>منبع: بیانات در دیدار رئیس و مدیران سازمان صدا و سیما</w:t>
              <w:br/>
              <w:t>متن: یكی از خلقیات خوب، زیبایی‏طلبی است؛ یعنی به دنبال زیبایی بودن، زندگی را زیبا كردن؛ هم ظاهر زندگی را و هم باطن زندگی را؛ محیط خانواده، محیط بیرون، محیط خیابان، محیط پارك و محیط شهر</w:t>
              <w:br/>
              <w:t>منبع: بیانات در دیدار جمعی از مهندسان و محققان فنی و صنعتی كشور</w:t>
              <w:br/>
              <w:t>متن: زیبایی یك چیز تجملاتی نیست. بعضی خیال می‏كنند زیبایی یك چیز تشریفاتی است؛ نه، زیبایی یكی از لوازم زندگی انسان است؛ زندگی را آسان و شیرین می‏كند؛ محیط را قابل تحمل می‏كند. اینكه انسان وارد خیابانی شود و همه‏ی بناها با انحناها و شكل‏های مناسب و تركیب‏های زیبا و چشم‏نواز و دلنواز در مقابل او جلوه كنند، این كجا؛ و اینكه انسان وارد خیابانی شود و ساختمانهای ناهماهنگ، ناجور و تحمیلِ بر زمین و بر محیط طبیعی، جلوی چشم او جلوه كنند، كجا؟ این‏ها باهم تفاوت</w:t>
              <w:br/>
              <w:br/>
              <w:t>معیار معکوس : زیبایی‌شناسیرقابت و تلاش برای تمایز و تفاخر</w:t>
            </w:r>
          </w:p>
        </w:tc>
        <w:tc>
          <w:tcPr>
            <w:tcW w:type="dxa" w:w="4320"/>
          </w:tcPr>
          <w:p>
            <w:r>
              <w:t>**معیار برای تشخیص:** زیبایی‌شناسی</w:t>
              <w:br/>
              <w:br/>
              <w:t xml:space="preserve">**توضیحات معیار:**  </w:t>
              <w:br/>
              <w:t>زیبایی‌شناسی به عنوان یک معیار می‌تواند شامل ویژگی‌هایی باشد که بر وضوح و هماهنگی بین عناصر تأثیرگذار بر کیفیت زندگی و محیط تأکید دارد. از جمله این ویژگی‌ها می‌توان به موارد زیر اشاره کرد:</w:t>
              <w:br/>
              <w:br/>
              <w:t>1. **رقابت به جای همکاری:** توجه به زیبایی ممکن است به ایجاد فضایی منجر شود که فردیت و تلاش برای تمایز بر گروه‌گرایی و همکاری ارجحیت دارد. این ویژگی به جای ایجاد همبستگی و تعامل مثبت در جامعه، بر رقابت و تفاخر تأکید می‌کند.</w:t>
              <w:br/>
              <w:br/>
              <w:t>2. **تفاخر بر زیبایی:** این ویژگی ممکن است به احساس فردی وابسته باشد که زیبایی را به عنوان برتری و شایستگی شخصی می‌سازد و باعث ایجاد شخصیتی می‌شود که زیبایی را به عنوان ابزاری برای مقایسه و اختلاف با دیگران در نظر می‌گیرد.</w:t>
              <w:br/>
              <w:br/>
              <w:t>3. **عدم توجه به نیازهای بنیادین:** توجه به زیبایی ممکن است از نیازهای اساسی زندگی غافل شود و آن را به عنوان ارزش محوری معرفی کند، به گونه‌ای که زندگی روزمره و نیازهای اساسی نظیر راحتی و سلامت افراد تحت تأثیر قرار گیرد.</w:t>
              <w:br/>
              <w:br/>
              <w:t>4. **شکاف و ناهماهنگی:** برخورداری از زیبایی ممکن است باعث شود که به ناهماهنگی و عدم تناسب در محیط‌های زندگی توجه نشود. در این حالت، عدم توجه به تناسب بین عناصر و ایجاد محیطی نامطلوب برای زندگی نتیجه می‌شود.</w:t>
              <w:br/>
              <w:br/>
              <w:t>این مفاهیم می‌توانند به عنوان ابزارهایی برای تحلیل کیفی متون و ارزیابی عملکردها در زمینه زیبایی‌شناسی و تأثیرات آن مورد استفاده قرار گیرند.</w:t>
            </w:r>
          </w:p>
        </w:tc>
      </w:tr>
      <w:tr>
        <w:tc>
          <w:tcPr>
            <w:tcW w:type="dxa" w:w="4320"/>
          </w:tcPr>
          <w:p>
            <w:r>
              <w:t>معیار اصلی: هماهنگی و هم افزایی، تناسب جمعی</w:t>
              <w:br/>
              <w:t xml:space="preserve">توضیحات برگرفته از منابع: </w:t>
              <w:br/>
              <w:t>منبع: بیانات در دیدار رئیس و مدیران سازمان صدا و سیما</w:t>
              <w:br/>
              <w:t>متن: یكی از خلقیات خوب، زیبایی‏طلبی است؛ یعنی به دنبال زیبایی بودن، زندگی را زیبا كردن؛ هم ظاهر زندگی را و هم باطن زندگی را؛ محیط خانواده، محیط بیرون، محیط خیابان، محیط پارك و محیط شهر</w:t>
              <w:br/>
              <w:t>منبع: بیانات در دیدار جمعی از مهندسان و محققان فنی و صنعتی كشور</w:t>
              <w:br/>
              <w:t>متن: زیبایی یك چیز تجملاتی نیست. بعضی خیال می‏كنند زیبایی یك چیز تشریفاتی است؛ نه، زیبایی یكی از لوازم زندگی انسان است؛ زندگی را آسان و شیرین می‏كند؛ محیط را قابل تحمل می‏كند. اینكه انسان وارد خیابانی شود و همه‏ی بناها با انحناها و شكل‏های مناسب و تركیب‏های زیبا و چشم‏نواز و دلنواز در مقابل او جلوه كنند، این كجا؛ و اینكه انسان وارد خیابانی شود و ساختمانهای ناهماهنگ، ناجور و تحمیلِ بر زمین و بر محیط طبیعی، جلوی چشم او جلوه كنند، كجا؟ این‏ها باهم تفاوت</w:t>
              <w:br/>
              <w:br/>
              <w:t>معیار معکوس : زیبایی‌شناسیرقابت و تلاش برای تمایز و تفاخر</w:t>
            </w:r>
          </w:p>
        </w:tc>
        <w:tc>
          <w:tcPr>
            <w:tcW w:type="dxa" w:w="4320"/>
          </w:tcPr>
          <w:p>
            <w:r>
              <w:t>**معیار برای تشخیص:** زیبایی‌شناسی، رقابت و تلاش برای تمایز و تفاخر</w:t>
              <w:br/>
              <w:br/>
              <w:t xml:space="preserve">**توضیحات معیار:**  </w:t>
              <w:br/>
              <w:t>زیبایی‌شناسی به معنای توجه به جنبه‌های ظاهری و جذابیت محیط است که ممکن است بر نحوه تعامل افراد با یکدیگر و محیط تأثیر بگذارد. در این راستا، تمرکز بر زیبایی ممکن است به ایجاد فضاهای بصری نامتناسب یا ناهماهنگ منجر شود که بر تجربه کلی افراد تأثیر منفی می‌گذارد. رقابت و تلاش برای تمایز نشان‌دهنده رویکردی است که در آن افراد به جای همکاری و هم‌افزایی، بیشتر به برتری فردی یا تلاش برای جلب توجه می‌پردازند. این روش ممکن است منجر به ایجاد فضاهایی شود که در آن عناصر مختلف در حال رقابت برای جلب توجه افراد هستند، به جای ایجاد یکپارچگی و هماهنگی در طراحی. وجود این تأکید بر تفاخر و تمایز افراد به فقدان انسجام اجتماعی و فرهنگی در یک محیط منجر می‌شود، که بر کیفیت زندگی و تعاملات اجتماعی تأثیر عمده‌ای خواهد داشت.</w:t>
            </w:r>
          </w:p>
        </w:tc>
      </w:tr>
      <w:tr>
        <w:tc>
          <w:tcPr>
            <w:tcW w:type="dxa" w:w="4320"/>
          </w:tcPr>
          <w:p>
            <w:r>
              <w:t>معیار اصلی: * اقتداربخش، ایثارپایه و استقلال آفرین در روابط جهانی</w:t>
              <w:br/>
              <w:t xml:space="preserve">توضیحات برگرفته از منابع: </w:t>
              <w:br/>
              <w:t>منبع: بیانات در دیدار پرسنل و فرماندهان ارتش</w:t>
              <w:br/>
              <w:t>متن: ملتها نمی‏خواهند وابسته باشند. اهل یك روستا را شما نگاه كنید! اگر بتواند دلش می‏خواهد وابسته به مركز روستا یا فرضاً مركز شهر نباشد. اصلًا وابستگی، خلاف طبیعت انسان است. اما دولتها آن را بر مردمشان تحمیل می‏كنند و در راه این تحمیل، ملت را می‏كوبند.</w:t>
              <w:br/>
              <w:t>منبع: بیانات در ارتباط تصویری با مجموعه های تولید</w:t>
              <w:br/>
              <w:t>متن: اگر ما در اقتصاد کشور، اقتصاد را به یک بدن انسان تشبیه بکنیم، سیستم دفاعی و امنیّت‌ّبخشِ اقتصاد عبارت از تولید است؛ یعنی آن چیزی که میتواند ویروس‌های مهاجم و میکروب‌های مهاجم به اقتصاد را خنثی بکند و آن را سالم نگه دارد تولید در کشور است.</w:t>
              <w:br/>
              <w:t>منبع: بیانات در ارتباط تصویری با مجموعه های تولیدی</w:t>
              <w:br/>
              <w:t>متن: قوی‌ترین دولتها هم قادر نیست بدون مشارکت مردم موتور اقتصاد جامعه را به راه بیندازد؛ هیچ دولتی بدون مشارکت مردم نمیتواند اقتصاد کشور را سامان بدهد. بعضی از ساز و کارهای فکری، سیاسی، اقتصادی، مثل نوعی از سوسیالیسم‌ها -البتّه نه همه‌ی انواع سوسیالیسم- این فکرها را کردند که بتوانند دولتها را متصّدی کار اقتصاد کنند [امّا] شکست خوردند. امکان ندارد و بدون مشارکت مردم هیچ دولتی نخواهد توانست اقتصاد کشور را سامان بدهد و موتور اقتصاد را [راه بیندازد]. بنابراین یکی از مسائل مهمّ ما باید این باشد که استعدادهای مردم، ابتکارهای مردم، ظرفیّتهای گوناگون مردم را وارد میدان اقتصاد کشور بکنیم.</w:t>
              <w:br/>
              <w:t>منبع: بیانات در دیدار تولیدکنندگان و فعالان اقتصادی</w:t>
              <w:br/>
              <w:t>متن: کشور به تولید اشتغال‌آفرین توجّه ویژه‌ای بکند؛ بعضی از تولیدات کشور، تولیدات اساسی و مهمّی است و نیاز حیاتی کشور است؛ مثلاً فرض کنید صنعت نفت، صنعت فولاد و امثال اینها، لکن اینها از لحاظ اشتغال‌آفرینی آن چنان که برخی از صنایع دیگر اشتغال‌آفرینی دارند، اینها ندارند... البتّه توجّه به این صنایع اصلی لازم است، ضروری است، واجب است لکن غفلت از صنایع اشتغال‌آفرین یک مشکل بزرگی است، نبایستی این معنا پیش بیاید.‌.. دستگاه‌های دولتی، دستگاه‌های بانکی [باید] کاری بکنند که تولید به معنای واقعی کلمه در جهت ایجاد اشتغال باشد؛ چون مسئله‌ی اشتغال یک مسئله‌ی حیاتی است برای کشور. و همین صنایع مهم هم در حول‌ و ‌حوش خودشان میتوانند یک زنجیره‌ای از صنایع اشتغال‌آفرین، صنایع پایین‌دستی که غالباً هم اشتغال‌آفرین است به‌ وجود بیاورند.</w:t>
              <w:br/>
              <w:t>منبع: بیانات رهبری حرم رضوی</w:t>
              <w:br/>
              <w:t>متن: آمارها [نشان میدهد] -البتّه این آمار مال چند سال قبل است- ما چند صد هزار واحد تولیدی کوچک داریم؛ خیلی مهم است! من بارها در سخنرانی‌ها تکرار کرده‌ام، مسئولین عزیز کشور در زمینه‌ی مسائل اقتصادی بپردازند به واحدهای تولیدی کوچک و متوسّط. ما چند صد هزار از این واحدها در کشور داریم. اینها را احیا بکنند، اشتغال به وجود می‌آید، ابتکار به وجود می‌آید. و [مطلب] دهم؛ به صنایع متوسّط و کوچک نگاه ویژه بکنند. الان چندین هزار کارگاه و کارخانه‌ی متوسّط و کوچک در کشور هست؛ اگرچنانچه این آماری که به من داده‌اند و بنده گفتم که شصت درصد از اینها الان دچار بیکاری و تعطیل هستند درست باشد، خسارت است. آن چیزی که در متن جامعه اشتغال ایجاد میکند، تحرّک ایجاد میکند و طبقات پایین را بهره‌مند میکند، همین صنایع کوچک و متوسّط است؛ اینها را تقویت کنند و پیش ببرند. خب، این ده نقطه‌ی کار که اگرچنانچه اقدام و عمل بخواهد انجام بگیرد برای اقتصاد مقاومتی، این ده کار میتواند انجام بگیرد.</w:t>
              <w:br/>
              <w:t>منبع: بیانات رهبری حرم رضوی</w:t>
              <w:br/>
              <w:t>متن: تولید هم که ما میگوییم، فقط تولید صنعتی را نمیگوییم؛ تولید صنعتی، تولید کشاورزی، دامداری، صنایع بزرگ، صنایع متوسّط، صنایع کوچک، حتّی صنایع دستی، حتّی صنایع خانگی، حتّی تربیت دام -چند دام در خانه‌های روستایی- که خود این بمراتب کمک خواهد کرد به گسترش رفاه عمومی در جوامع. اینها را باید بنشینند برنامه‌ریزی کنند؛ البتّه سهم صنایع دانش‌بنیان خیلی زیاد است، باید توجّه بشود.</w:t>
              <w:br/>
              <w:t>منبع: بینات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هیئت دولت</w:t>
              <w:br/>
              <w:t>متن: تولیدکلید اصلی است برای اشتغال، برای معیشت، برای کاهش تورّم، برای ایجاد ارزش پول ملّی؛ تولید واقعاً مادر همه‌ی اینها است؛ هر چه میتوانیم در مورد تولید بایستی کار کنیم.</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t>منبع: بیانات رهبری مسئولان نظام</w:t>
              <w:br/>
              <w:t>متن: اقتصاد دانش‌بنیان را اهمّیّت بدهیم. رشد شتابان اقتصاد به‌وسیله‌ی اقتصاد دانش‌بنیان [ممکن] خواهد شد. امروز ما امکانش را هم داریم؛ جوانهای بسیاری هستند آماده، تحصیل‌کرده، باسواد که میتوانند کارهایی انجام بدهند. گاهی می‌شنوید یا در تلویزیون می‌آیند یک کارآفرین جوان را نشان میدهند که آدم واقعاً لذّت میبرد، حظ میکند که این آمده وارد شده در یک مقوله‌ای -کشاورزی، دامداری، صنعت، صنعتها‌ی کوچک، خدمات و امثال اینها- با سرمایه‌ی کم شروع کرده و با پشتکار به یک جایی رسیده. [تولید] ثروت از راه فکر، از راه کارهای دانشی هم یک مسئله‌ است.</w:t>
              <w:br/>
              <w:t>منبع: بیانات رهبری، حرم رضوی</w:t>
              <w:br/>
              <w:t>متن: یکی از لازم‌ترین کارها این است که از بنگاه‌های تولیدی متوسّط و کوچک حمایت بشود؛ یکی از کارها این است که فعّالیّتهای بنگاه‌های دانش‌بنیان تقویت بشود. اینکه ما روی علم و فنّاوری تکیه میکنیم، فقط به خاطر این نیست که میخواهیم نِصاب علمی خودمان را بالا ببریم؛ پیشرفت علم و فنّاوری به پیشرفت اقتصاد کمک میکند؛ بنگاه‌هایی که دانش‌بنیان هستند میتوانند به اقتصاد ملّی کمک کنند.</w:t>
              <w:br/>
              <w:br/>
              <w:t>معیار معکوس : * مبتنی بر طمع و وابسته به اقتصاد جهانی و شرطی سازی نسبت به متغیرهای بیرون از دسترس حاکمیتمقیاس * با محوریت حمایت از ایجاد بازار کامل (مبتنی بر تحریک انسان به محوریت طمع و نفع شخصی خود در فرآیندهای اقتصادی)اقتصادی *طراحی اقتصاد سرمایه سالار از طریق حاکمیت زنجیره اقتصادی بر اراده انسانی</w:t>
            </w:r>
          </w:p>
        </w:tc>
        <w:tc>
          <w:tcPr>
            <w:tcW w:type="dxa" w:w="4320"/>
          </w:tcPr>
          <w:p>
            <w:r>
              <w:t>### معیار برای تشخیص</w:t>
              <w:br/>
              <w:t>مبتنی بر طمع و وابسته به اقتصاد جهانی و شرطی سازی نسبت به متغیرهای بیرون از دسترس حاکمیت</w:t>
              <w:br/>
              <w:br/>
              <w:t>### توضیحات معیار</w:t>
              <w:br/>
              <w:t>1. **مبتنی بر طمع**: این ویژگی به تاکید بر تمایلات فردی و نفع شخصی در فرآیندهای اقتصادی اشاره دارد. وابستگی به انگیزه‌های مالی و سودگرایی می‌تواند مانع از شکل‌گیری یک جامعه متعهد و همکار باشد و به روابط اقتصادی معیوب و بی‌اعتمادی منجر شود.</w:t>
              <w:br/>
              <w:br/>
              <w:t>2. **وابسته به اقتصاد جهانی**: اشاره به شرایطی دارد که در آن یک اقتصاد به دلیل نیاز به سرمایه‌گذاری، تکنولوژی یا تصمیمات بازارهای بین‌المللی تحت تأثیر قرار می‌گیرد. در این وضعیت، استقلال اقتصادی دستخوش تغییرات جهانی می‌شود و نظام اقتصادی ممکن است از توانایی خود در تصمیم‌گیری مستقل فاکتور بگیرد.</w:t>
              <w:br/>
              <w:br/>
              <w:t>3. **شرطی سازی نسبت به متغیرهای بیرون از دسترس حاکمیت**: این مفهوم به وضعیتی اشاره دارد که در آن تصمیمات اقتصادی و اجتماعی تحت نفوذ عوامل و شرایطی است که خارج از کنترل و اراده حاکمیت قرار دارد. این می‌تواند به ناتوانی در ایجاد تغییرات مثبت و مستمر در جامعه منجر شود.</w:t>
              <w:br/>
              <w:br/>
              <w:t>4. **حمایت از ایجاد بازار کامل**: تأکید بر ایجاد سیستمی است که در آن افراد تنها بر اساس نفع شخصی خود عمل می‌کنند، که این ممکن است به تعارضات اجتماعی و اقتصادی منجر شود و همکاری‌های لازم برای پیشرفت مشترک را تضعیف کند.</w:t>
              <w:br/>
              <w:br/>
              <w:t>5. **طراحی اقتصاد سرمایه سالار**: این ویژگی به تأکید بر ساختار اقتصادی اشاره دارد که بر پایه منافع سرمایه‌گذاری و سودآوری دلالت دارد. در این نظام، ممکن است نفع گروهی و عمومی مورد غفلت قرار گیرد و تنش‌ها و نابرابری‌ها افزایش یابد.</w:t>
              <w:br/>
              <w:br/>
              <w:t>6. **حاکمیت زنجیره اقتصادی بر اراده انسانی**: بر این نکته تأکید دارد که تصمیمات اقتصادی ممکن است تحت تأثیر عواملی قرار گیرد که اراده فردی در دستیابی به اهداف اقتصادی را محدود می‌سازد. این می‌تواند به کاهش مشارکت و نوع‌دوستی منجر شود و شرایطی را ایجاد کند که در آن اهداف انسانی و اجتماعی در حوزه اقتصادی نادیده گرفته شوند.</w:t>
            </w:r>
          </w:p>
        </w:tc>
      </w:tr>
      <w:tr>
        <w:tc>
          <w:tcPr>
            <w:tcW w:type="dxa" w:w="4320"/>
          </w:tcPr>
          <w:p>
            <w:r>
              <w:t>معیار اصلی: * ایجاد اقتصاد مردمی از طریق حاکمیت انسان بر ابزار تولید و زنجیره اقتصادی</w:t>
              <w:br/>
              <w:t xml:space="preserve">توضیحات برگرفته از منابع: </w:t>
              <w:br/>
              <w:t>منبع: بیانات در دیدار پرسنل و فرماندهان ارتش</w:t>
              <w:br/>
              <w:t>متن: ملتها نمی‏خواهند وابسته باشند. اهل یك روستا را شما نگاه كنید! اگر بتواند دلش می‏خواهد وابسته به مركز روستا یا فرضاً مركز شهر نباشد. اصلًا وابستگی، خلاف طبیعت انسان است. اما دولتها آن را بر مردمشان تحمیل می‏كنند و در راه این تحمیل، ملت را می‏كوبند.</w:t>
              <w:br/>
              <w:t>منبع: بیانات در ارتباط تصویری با مجموعه های تولید</w:t>
              <w:br/>
              <w:t>متن: اگر ما در اقتصاد کشور، اقتصاد را به یک بدن انسان تشبیه بکنیم، سیستم دفاعی و امنیّت‌ّبخشِ اقتصاد عبارت از تولید است؛ یعنی آن چیزی که میتواند ویروس‌های مهاجم و میکروب‌های مهاجم به اقتصاد را خنثی بکند و آن را سالم نگه دارد تولید در کشور است.</w:t>
              <w:br/>
              <w:t>منبع: بیانات در ارتباط تصویری با مجموعه های تولیدی</w:t>
              <w:br/>
              <w:t>متن: قوی‌ترین دولتها هم قادر نیست بدون مشارکت مردم موتور اقتصاد جامعه را به راه بیندازد؛ هیچ دولتی بدون مشارکت مردم نمیتواند اقتصاد کشور را سامان بدهد. بعضی از ساز و کارهای فکری، سیاسی، اقتصادی، مثل نوعی از سوسیالیسم‌ها -البتّه نه همه‌ی انواع سوسیالیسم- این فکرها را کردند که بتوانند دولتها را متصّدی کار اقتصاد کنند [امّا] شکست خوردند. امکان ندارد و بدون مشارکت مردم هیچ دولتی نخواهد توانست اقتصاد کشور را سامان بدهد و موتور اقتصاد را [راه بیندازد]. بنابراین یکی از مسائل مهمّ ما باید این باشد که استعدادهای مردم، ابتکارهای مردم، ظرفیّتهای گوناگون مردم را وارد میدان اقتصاد کشور بکنیم.</w:t>
              <w:br/>
              <w:t>منبع: بیانات در دیدار تولیدکنندگان و فعالان اقتصادی</w:t>
              <w:br/>
              <w:t>متن: کشور به تولید اشتغال‌آفرین توجّه ویژه‌ای بکند؛ بعضی از تولیدات کشور، تولیدات اساسی و مهمّی است و نیاز حیاتی کشور است؛ مثلاً فرض کنید صنعت نفت، صنعت فولاد و امثال اینها، لکن اینها از لحاظ اشتغال‌آفرینی آن چنان که برخی از صنایع دیگر اشتغال‌آفرینی دارند، اینها ندارند... البتّه توجّه به این صنایع اصلی لازم است، ضروری است، واجب است لکن غفلت از صنایع اشتغال‌آفرین یک مشکل بزرگی است، نبایستی این معنا پیش بیاید.‌.. دستگاه‌های دولتی، دستگاه‌های بانکی [باید] کاری بکنند که تولید به معنای واقعی کلمه در جهت ایجاد اشتغال باشد؛ چون مسئله‌ی اشتغال یک مسئله‌ی حیاتی است برای کشور. و همین صنایع مهم هم در حول‌ و ‌حوش خودشان میتوانند یک زنجیره‌ای از صنایع اشتغال‌آفرین، صنایع پایین‌دستی که غالباً هم اشتغال‌آفرین است به‌ وجود بیاورند.</w:t>
              <w:br/>
              <w:t>منبع: بیانات رهبری حرم رضوی</w:t>
              <w:br/>
              <w:t>متن: آمارها [نشان میدهد] -البتّه این آمار مال چند سال قبل است- ما چند صد هزار واحد تولیدی کوچک داریم؛ خیلی مهم است! من بارها در سخنرانی‌ها تکرار کرده‌ام، مسئولین عزیز کشور در زمینه‌ی مسائل اقتصادی بپردازند به واحدهای تولیدی کوچک و متوسّط. ما چند صد هزار از این واحدها در کشور داریم. اینها را احیا بکنند، اشتغال به وجود می‌آید، ابتکار به وجود می‌آید. و [مطلب] دهم؛ به صنایع متوسّط و کوچک نگاه ویژه بکنند. الان چندین هزار کارگاه و کارخانه‌ی متوسّط و کوچک در کشور هست؛ اگرچنانچه این آماری که به من داده‌اند و بنده گفتم که شصت درصد از اینها الان دچار بیکاری و تعطیل هستند درست باشد، خسارت است. آن چیزی که در متن جامعه اشتغال ایجاد میکند، تحرّک ایجاد میکند و طبقات پایین را بهره‌مند میکند، همین صنایع کوچک و متوسّط است؛ اینها را تقویت کنند و پیش ببرند. خب، این ده نقطه‌ی کار که اگرچنانچه اقدام و عمل بخواهد انجام بگیرد برای اقتصاد مقاومتی، این ده کار میتواند انجام بگیرد.</w:t>
              <w:br/>
              <w:t>منبع: بیانات رهبری حرم رضوی</w:t>
              <w:br/>
              <w:t>متن: تولید هم که ما میگوییم، فقط تولید صنعتی را نمیگوییم؛ تولید صنعتی، تولید کشاورزی، دامداری، صنایع بزرگ، صنایع متوسّط، صنایع کوچک، حتّی صنایع دستی، حتّی صنایع خانگی، حتّی تربیت دام -چند دام در خانه‌های روستایی- که خود این بمراتب کمک خواهد کرد به گسترش رفاه عمومی در جوامع. اینها را باید بنشینند برنامه‌ریزی کنند؛ البتّه سهم صنایع دانش‌بنیان خیلی زیاد است، باید توجّه بشود.</w:t>
              <w:br/>
              <w:t>منبع: بینات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هیئت دولت</w:t>
              <w:br/>
              <w:t>متن: تولیدکلید اصلی است برای اشتغال، برای معیشت، برای کاهش تورّم، برای ایجاد ارزش پول ملّی؛ تولید واقعاً مادر همه‌ی اینها است؛ هر چه میتوانیم در مورد تولید بایستی کار کنیم.</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t>منبع: بیانات رهبری مسئولان نظام</w:t>
              <w:br/>
              <w:t>متن: اقتصاد دانش‌بنیان را اهمّیّت بدهیم. رشد شتابان اقتصاد به‌وسیله‌ی اقتصاد دانش‌بنیان [ممکن] خواهد شد. امروز ما امکانش را هم داریم؛ جوانهای بسیاری هستند آماده، تحصیل‌کرده، باسواد که میتوانند کارهایی انجام بدهند. گاهی می‌شنوید یا در تلویزیون می‌آیند یک کارآفرین جوان را نشان میدهند که آدم واقعاً لذّت میبرد، حظ میکند که این آمده وارد شده در یک مقوله‌ای -کشاورزی، دامداری، صنعت، صنعتها‌ی کوچک، خدمات و امثال اینها- با سرمایه‌ی کم شروع کرده و با پشتکار به یک جایی رسیده. [تولید] ثروت از راه فکر، از راه کارهای دانشی هم یک مسئله‌ است.</w:t>
              <w:br/>
              <w:t>منبع: بیانات رهبری، حرم رضوی</w:t>
              <w:br/>
              <w:t>متن: یکی از لازم‌ترین کارها این است که از بنگاه‌های تولیدی متوسّط و کوچک حمایت بشود؛ یکی از کارها این است که فعّالیّتهای بنگاه‌های دانش‌بنیان تقویت بشود. اینکه ما روی علم و فنّاوری تکیه میکنیم، فقط به خاطر این نیست که میخواهیم نِصاب علمی خودمان را بالا ببریم؛ پیشرفت علم و فنّاوری به پیشرفت اقتصاد کمک میکند؛ بنگاه‌هایی که دانش‌بنیان هستند میتوانند به اقتصاد ملّی کمک کنند.</w:t>
              <w:br/>
              <w:br/>
              <w:t>معیار معکوس : * مبتنی بر طمع و وابسته به اقتصاد جهانی و شرطی سازی نسبت به متغیرهای بیرون از دسترس حاکمیتمقیاس * با محوریت حمایت از ایجاد بازار کامل (مبتنی بر تحریک انسان به محوریت طمع و نفع شخصی خود در فرآیندهای اقتصادی)اقتصادی *طراحی اقتصاد سرمایه سالار از طریق حاکمیت زنجیره اقتصادی بر اراده انسانی</w:t>
            </w:r>
          </w:p>
        </w:tc>
        <w:tc>
          <w:tcPr>
            <w:tcW w:type="dxa" w:w="4320"/>
          </w:tcPr>
          <w:p>
            <w:r>
              <w:t>**معیار برای تشخیص:** مبتنی بر طمع و وابسته به اقتصاد جهانی و شرطی سازی نسبت به متغیرهای بیرون از دسترس حاکمیت؛ با محوریت حمایت از ایجاد بازار کامل (مبتنی بر تحریک انسان به محوریت طمع و نفع شخصی خود در فرآیندهای اقتصادی)؛ طراحی اقتصاد سرمایه‌سالار از طریق حاکمیت زنجیره اقتصادی بر اراده انسانی.</w:t>
              <w:br/>
              <w:br/>
              <w:t xml:space="preserve">**توضیحات معیار:** </w:t>
              <w:br/>
              <w:t>- وابستگی به اقتصاد جهانی: این مفهوم به شرایطی اشاره دارد که سیستم اقتصادی کشور در برابر متغیرها و تغییرات خارجی آسیب‌پذیر می‌شود. در بیانات مرتبط با وابستگی، تأکید شده که دولتها معمولاً وابستگی را بر مردم تحمیل می‌کنند که بر اساس طبیعت انسان در تضاد است.</w:t>
              <w:br/>
              <w:br/>
              <w:t>- محوریت طمع و نفع شخصی: این ویژگی به انگیزه‌های فردی اشاره دارد که ممکن است در فرآیندهای اقتصادی به جای تأکید بر همکاری و توانمندسازی جامعه، بر سودآوری و بهره‌وری شخصی متمرکز شود. بدان معنا که طمع و نفع شخصی ممکن است بر روحیه جمعی و روابط انسانی تأثیر منفی بگذارد.</w:t>
              <w:br/>
              <w:br/>
              <w:t>- طراحی اقتصاد سرمایه‌سالار: مفهوم این نوع از اقتصاد به شکل‌گیری نظامی اشاره دارد که در آن سرمایه و منابع به‌طور عمده در دست افراد و نهادهای خاص قرار می‌گیرد و به نفع فردی و عمومی در کنترل قرار ندارد. این نوع طراحی عموماً به تضاد بین اهداف فردی و منافع مشترک می‌انجامد.</w:t>
              <w:br/>
              <w:br/>
              <w:t>- حاکمیت زنجیره اقتصادی بر اراده انسانی: این مفهوم به تأکید بر کنترل و مدیریت زنجیره‌های تولید و توزیع اشاره دارد که به جای تأکید بر توانمندسازی و استقلال انسان، بیشتر به سودآوری و اهداف سرمایه‌گذاران خدمت می‌کند. به همین دلیل، ممکن است به عدم مشارکت و همکاری موثر در اقتصاد منجر شود.</w:t>
            </w:r>
          </w:p>
        </w:tc>
      </w:tr>
      <w:tr>
        <w:tc>
          <w:tcPr>
            <w:tcW w:type="dxa" w:w="4320"/>
          </w:tcPr>
          <w:p>
            <w:r>
              <w:t>معیار اصلی: مدیریت خلق و جریان کالای واسط در راستای بهره‌مندی عمومی مردم و به صورت مردمی و در خدمت تقویت ایثار و محبت در جامعه (عدالت در توزیع منابع و اعتبارات مالی)</w:t>
              <w:br/>
              <w:t xml:space="preserve">توضیحات برگرفته از منابع: </w:t>
              <w:br/>
              <w:t>منبع: بیانات در اجتماع بزرگ مردم در صحن امام خمینی(ره) مشهد مقدس رضوی</w:t>
              <w:br/>
              <w:t>متن: خدای متعال، برای یك جامعه، غنا و ثروت و داشتن امكانات زندگی و استخراج ذخیره‏های زیرزمینی و امثال این‏ها را خواسته است. اسلام، این را خواسته است. اسلام از ما خواسته است كه روی زمین‏ را آباد كنیم و به ثروت جامعه بیفزاییم. این درست؛ اما درعین‏حال اسلام خواسته است كه در جامعه، فاصله‏ی میان دو قشر از جامعه قشر فقیر و قشر غنی فاصله‏ی زیاد و دره‏ی عمیقی نباشد و شكاف به وجود نیاید. این طور نباشد كه در جامعه، عدّه‏ای دچار فقر و تنگ‏دستی و تیره‏روزی باشند، اوّلیات زندگی به دست آن‏ها نرسد؛ اما عدّه‏ای ثروتهای افسانه‏ای درست كنند. این را اسلام نمی‏خواهد. این، خلافِ عدالت است.</w:t>
              <w:br/>
              <w:t>منبع: بیانات در مراسم بیست و ششمین سالروز رحلت حضرت امام خمینی رحمه‏الله در حرم مطهر امام خمینی رحمه‏الله</w:t>
              <w:br/>
              <w:t>متن: امام طرف‏دار جدّی حمایت از محرومان و مستضعفان بود؛ امام نابرابری اقتصادی را با شدّت و حدّت رد میكرد؛ اشرافیگری را با تلخی رد میكرد؛ به معنای واقعی كلمه امام طرف‏دار عدالت اجتماعی بود؛ طرف‏داری از مستضعفان شاید یكی از پر تكرارترین مطالبی است كه امام بزرگوار ما در بیاناتشان گفتند؛ این یكی از خطوط روشن امام است؛ این یكی از اصول قطعی امام است، همه باید تلاش كنند كه فقر را ریشه‏كن كنند؛ همه باید تلاش كنند كه محرومان را از محرومیت بیرون بیاورند و تا آنجایی كه در توان كشور است، به محرومان كمك كنند. از آن طرف به مسئولان كشور هشدار میداد درباره‏ی خوی كاخ‏نشینی- این نكته‏ای كه در قرآن هم آمده است: وَ سَكَنْتُمْ فِی مَساكِنِ‏ الَّذِینَ ظَلَمُوا-  و همه را از خوی كاخ‏نشینی برحذر میداشت، تأكید مكرّر میكرد بر اینكه به وفاداری طبقات ضعیف اعتماد كنید</w:t>
              <w:br/>
              <w:t>منبع: خطبه‏هاى نماز جمعه تهران</w:t>
              <w:br/>
              <w:t>متن: در اسلام آزادى فعاليت اقتصادى براى همه‏ى مردم‏ هست، اين را نبايد با آزادى در سرمايه‏دارى غربى اشتباه كرد؛ آن چيزى است و اين چيز ديگرى. همانقدر كه نظر اسلام در باب آزادى فعاليت اقتصادى با نظر كمونيستها و ماركسيستها اختلاف دارد، شايد بشود گفت به همان اندازه هم با نظر مكتب سرمايه‏دارى كه در غرب حاكم و مورد عمل هست، اختلاف دارد. نكته‏ى دوم اين بود كه آزادى اقتصادى در جامعه‏ى اسلامى براى همه‏ى مردم‏ در صورتى تأمين خواهد شد كه در جامعه مقرراتى وضع بشود و اعمال بشود كه همه‏ى آحاد مردم‏ فرصت استفاده از امكانات طبيعى را و ثروتهاى خداداده‏ى براى همه‏ى مردم‏ را بتوانند پيدا كنند؛ يعنى همه‏ى مردم‏ بتوانند از زمينها، از جنگلها، از درياها، از منابع و معادن و از انفال و همه‏ى چيزهائى كه جزو ثروتها و منابع عمومى است، استفاده كنند؛ اينجور نباشد كه در جامعه از اين منابع طبيعى و ثروتهاى خدادادى عده‏اى بتوانند استفاده كنند و عده‏ى ديگرى به آن حدى نرسند كه از اين منابع طبيعى استفاده كنند؛ مقرراتى اين چنين در جامعه لازم است.</w:t>
              <w:br/>
              <w:t>منبع: بیانات در دیدار اعضای هیئت دولت</w:t>
              <w:br/>
              <w:t>متن: وقتی انسان به اعماق این نامه بازمی‏گردد، واقعاً در مقابل عظمتی كه در هر فراز و جمله‏بندی آن وجود دارد، احساس حقارت می‏كند. می‏فرماید: «و انّما یؤتی خراب الأرض من اعواز اهلها»؛ ویرانی زمین‏ از تنگ‏دستی مردم زمین‏ حاصل می‌شود؛ یعنی وقتی مردم تنگ‏دست بودند، زمین‏ ویران می‌شود. حضرت این را به عنوان یك نكته‏ی فلسفی بیان نمی‏كنند؛ به عنوان یك واقعیت بیان می‏كنند. ارضی هم كه اینجا می‏گویند، همان سرزمین مصر است كه مالك اشتر دارد می‏رود. البته آن‏وقت شام و عراق و ایران و مدینه و هر نقطه‏ی دیگر دنیا كه حاكمی دارد، با مصر قابل مقایسه است. می‏گویند سرزمینی كه تو داری به آنجا می‏روی، اگر توانستی مردمش را ثروتمند كنی، آباد خواهد شد؛ اما اگر مردم را فقیر نگه داشتی یا فقیر كردی و نتوانستی، این سرزمین هم آباد نخواهد شد؛ ویرانه خواهد ماند. مردم هستند كه باید با نشاطِ خودشان و با توانایی‏هایی كه پیدا می‏كنند، سرزمین‏شان را آباد كنند. ابتكار آحاد مردم است كه همه جای زمین‏ را آباد می‏كند. بعد می‏فرمایند: «و انّما یعوز اهلها». اعواز، باب افعال است؛ اما لازم است: مردم تنگ‏دست می‌شوند. حضرت با لامِ تعلیل می‏فرمایند: «لإشراف انفس الوُلاة علی الجمع»؛ فقر مردم، تقصیر فرمانروایان است؛ آن‏ها هستند كه موجب فقر مردم می‌شوند؛ چون آن‌چه را كه از ثروت و منافع به‏دست می‏آید، برای خودشان می‏خواهند؛ این موجب فقر مردم می‌شود.</w:t>
              <w:br/>
              <w:br/>
              <w:t>معیار معکوس : • مدیریت خلق و جریان کالای واسط در جهت تضمین رشد سرمایه • مدیریت خلق و جریان کالای واسط به صورت مردمی و بدون لحاظ حفظ جهت‌گیری ایثار و محبت در جامعه (آنارشیستی و هر جهتی که بخواهند)</w:t>
            </w:r>
          </w:p>
        </w:tc>
        <w:tc>
          <w:tcPr>
            <w:tcW w:type="dxa" w:w="4320"/>
          </w:tcPr>
          <w:p>
            <w:r>
              <w:t>**معیار برای تشخیص:** مدیریت خلق و جریان کالای واسط در راستای تضمین رشد سرمایه و به صورت مردمی و بدون لحاظ حفظ جهت‌گیری ایثار و محبت در جامعه (آنارشیستی و هر جهتی که بخواهند)</w:t>
              <w:br/>
              <w:br/>
              <w:t xml:space="preserve">**توضیحات معیار:**  </w:t>
              <w:br/>
              <w:t>این معیار بر مبنای چندین مفهوم کلیدی شکل گرفته است:</w:t>
              <w:br/>
              <w:br/>
              <w:t>1. **ضمانت رشد سرمایه:** مدیریت باید به گونه‌ای طراحی و اجرا شود که تمرکز اصلی بر روی افزایش سرمایه و ثروت باشد، بدون در نظر گرفتن توزیع برابر این ثروت بین اقشار مختلف جامعه. این رویکرد می‌تواند به افزایش شکاف اقتصادی بین قشرهای مختلف منجر گردد.</w:t>
              <w:br/>
              <w:br/>
              <w:t>2. **عدم توجه به ایثار و محبت:** لازم است که در مدیریت، ارزش‌های انسانی مانند ایثار و محبت نادیده گرفته شوند. این موضوع می‌تواند به کاهش تعاملات اجتماعی مثبت و کاهش حمایت‌های اجتماعی از سوی گروه‌ها و اقشار مختلف منجر شود.</w:t>
              <w:br/>
              <w:br/>
              <w:t>3. **آزادی بدون قید و شرط:** یک نوع رویکرد آنارشیستی در مدیریت جریانات اقتصادی وجود دارد که در آن هیچ نوع سیاست‌گذاری یا مقرراتی برای تنظیم و کنترل استفاده از منابع و ثروت‌ها وجود ندارد. این امر می‌تواند منجر به سوءاستفاده و عدم دسترسی برابر به منابع برای تمامی افراد جامعه گردد.</w:t>
              <w:br/>
              <w:br/>
              <w:t>4. **بی‌توجهی به عدالت اجتماعی:** در این نوع مدیریت، اهمیتی به تقدم عدالت اجتماعی داده نمی‌شود و می‌تواند باعث ایجاد و تشدید فجوه‌های اقتصادی و اجتماعی بین گروه‌های مختلف شود. این می‌تواند به نابرابری‌های عمده‌ای برسد که کیفیت زندگی اقشار ضعیف‌تر را تحت تأثیر قرار دهد.</w:t>
              <w:br/>
              <w:br/>
              <w:t>5. **عدم مسئولیت‌پذیری در برابر فقر:** نبود احساس مسئولیت نسبت به فقر و محرومیت در جامعه سبب می‌شود که مسئولان در برابر ارائه خدمات و کمک‌های لازم به اقشار آسیب‌پذیر اقدام نکنند. این موضوع می‌تواند منجر به تداوم وضعیت فقر و عدم پیشرفت جامعه در مسیر بهبود زندگی عمومی گردد.</w:t>
            </w:r>
          </w:p>
        </w:tc>
      </w:tr>
      <w:tr>
        <w:tc>
          <w:tcPr>
            <w:tcW w:type="dxa" w:w="4320"/>
          </w:tcPr>
          <w:p>
            <w:r>
              <w:t>معیار اصلی: * آگاهی بخشی برای خرید در حد نیاز</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t>منبع: بیانات در خطبه های نماز عید فطر</w:t>
              <w:br/>
              <w:t>متن: میخواهم این مطلب را ملت عزیزمان بدانند که اسراف، فعل حرام است؛ گناه است؛ خلاف شرع است؛ آنجایی که اسراف باشد و اسراف مال و اسراف نعمتهای الهی انجام گیرد، تضییع و تلف کردن نعمت است. تصمیم بگیرید این کار را نکنید. البته خانواده‌های کم درآمد، شاید وسعشان هم نرسد که بخواهند اسراف کنند؛ اما خانواده‌های پردرآمد و حتّی بسیاری از خانواده‌های متوسّط، متأسفانه اسراف میکنند. من این جمله را عرض کردم، برآن تأکید و پافشاری میکنم و خواهشمندم که ملت عزیزمان، این سخن را مورد توجّه قرار دهند، به آن اهمیت دهند، برای آن حسابی باز کنند و سعیشان بر اسراف نکردن باشد.</w:t>
              <w:br/>
              <w:t>منبع: بیانات در حرم مطهر رضوی</w:t>
              <w:br/>
              <w:t>متن: کسانی که اهل اسرافند بدانند، این اسراف و زیاده‌روی و ریخت‌و‌پاش که در اسلام این‌همه مذّمت شده است، سرنوشت اقتصاد ملّی را تعیین میکند؛ اگرچنانچه از اسراف و زیاده‌روی و ریخت‌وپاش اموال شخصی، چه آب، چه نان، وسایل تشریفاتی زیادی در مهمانی‌ها، در عقدها، در عروسی‌ها، در بقیّه‌ی ‌مراسم و چه بقیّه‌ی چیزهای دیگر پرهیز بشود، به اقتصاد ملّی کمک میکند.</w:t>
              <w:br/>
              <w:t>منبع: بیانات در اجتماع زائران و مجاوران حرم مطهر رضوی</w:t>
              <w:br/>
              <w:t>متن: ما در سبک زندگی مشکلاتی داریم: یکی از مشکلات ما، مصرف‌گرایی است؛ یکی از مشکلات ما، اسراف و زیاده‌روی و زیاد خرج کردن است؛ یکی از مشکلات ما رفاه‌طلبیِ افراطی است؛ یکی از مشکلات ما اشرافیگری است. اشرافیگری متأسّفانه از طبقات بالا سرریز میشود به طبقات پایین؛ آدم متوسّط -[یعنی] از قشرهای متوسّط- هم وقتی میخواهد میهمانی بگیرد، وقتی میخواهد عروسی بگیرد، مثل اشراف عروسی میگیرد. این عیب است، این خطا است، این ضربه‌ی به کشور میزند. زیاد مصرف کردن، زیادی خواستن، زیادی خوردن، زیادی خرج کردن، جزو عیوب مهمّ ما است در سبک زندگی‌مان.</w:t>
              <w:br/>
              <w:t>منبع: بیانات در دیدار مردم آذربایجان شرقی</w:t>
              <w:br/>
              <w:t>متن: اجتناب از اسراف هم یک سرفصل دیگر است؛ اجتناب از اسراف، تضییع مال، هدر دادن منابع عمومی، هدر دادن آب، هدر دادن نان، از بین بردن خاک. خاک یک ثروت است، آب یک ثروت است، نان یک محصول ذی‌قیمت است؛ مراقب باشند، همه مراقب باشند، احساس مسئولیّت کنند، اینها را از بین نبرند</w:t>
              <w:br/>
              <w:t>منبع: بیانات در دیدار رئیس جمهوری و اعضای هیأت دولت</w:t>
              <w:br/>
              <w:t>متن: یک مسئله هم در اقتصاد مقاومتی، مدیریت مصرف است. مصرف هم باید مدیریت شود. این قضیه‌‌ی اسراف و زیاده‌‌روی، قضیه‌‌ی مهمی در کشور است. خب، حالا چگونه باید جلوی اسراف را گرفت؟ فرهنگ‌‌سازی هم لازم است، اقدام عملی هم لازم است. فرهنگ‌‌سازیاش بیشتر به عهده‌‌ی رسانه‌‌هاست. واقعاً در این زمینه، هم صدا و سیما در درجه‌‌ی اول و بیش از همه مسئولیت دارد، هم دستگاه‌‌های دیگر مسئولیت دارند. باید فرهنگ‌‌سازی کنید. ما یک ملت مسلمانِ علاقه‌‌مند به مفاهیم اسلامی هستیم، اینقدر در اسلام اسراف منع شده، و ما متأسفانه در زندگیمان اهل اسرافیم!</w:t>
              <w:br/>
              <w:t>منبع: بیانات در دیدار زائرین و مجاورین حرم مطهر رضوی</w:t>
              <w:br/>
              <w:t>متن: ببینید اسراف چه کار می‌کند! اسراف در نان، اسراف در آب، اسراف در برق، اسراف در مصالح ساختمانی، اسراف در انواع و اقسام کالاهای گوناگون، اسراف در اسباب بازی بچه و در وسایل تجملاتی! عزیزان من! این اسراف همان کاری را با کشور می‌کند که دشمن می‌خواهد! او از آن طرف به وسیله‌ی نفت، به‌وسیله‌ی تحریم اقتصادی و انواع و اقسام ضربه‌ها بر ملت ایران ضربه وارد می‌کند؛ از این طرف هم خود ما با اسراف و صرفه‌جویی نکردن، ضربه‌ی او را تکمیل می‌کنیم! حرف من این است.</w:t>
              <w:br/>
              <w:br/>
              <w:t>معیار معکوس : * • تبلیغ به عنوان ابزار تحریک به خرید کالای غیر ضرور و بیش از نیاز• تبلیغ بر اساس هزینه پرداختی (حذف خرده پاها به وسیله سرمایه داران)  * استقرار نظام تخفیفات جهت مصرف اسراف¬گونه* موتور محرکه اصلی مگا مصرف شدن همه اقشار جامعه* بسترسازی جهت تحریک و ارضاء تمایلات تنوع طلبانه</w:t>
            </w:r>
          </w:p>
        </w:tc>
        <w:tc>
          <w:tcPr>
            <w:tcW w:type="dxa" w:w="4320"/>
          </w:tcPr>
          <w:p>
            <w:r>
              <w:t>**معیار برای تشخیص:** تبلیغ به عنوان ابزار تحریک به خرید کالای غیرضرور و بیش از نیاز</w:t>
              <w:br/>
              <w:br/>
              <w:t xml:space="preserve">**توضیحات معیار:**  </w:t>
              <w:br/>
              <w:t>این معیار به ارزیابی رفتارهایی می‌پردازد که در تضاد با اصول مدیریت مصرف و جلوگیری از اسراف قرار دارند. مفاهیم کلیدی برای درک این معیار شامل موارد زیر است:</w:t>
              <w:br/>
              <w:br/>
              <w:t>1. **تحریک به خرید کالای غیرضروری:** این مفهوم به تبلیغاتی اشاره دارد که با استفاده از روش‌های مختلف، افراد را به خرید کالاهایی تشویق می‌کند که نیاز واقعی به آن‌ها وجود ندارد. این رویه می‌تواند به افزایش مصرف‌گرایی و هدر دادن منابع منجر شود.</w:t>
              <w:br/>
              <w:br/>
              <w:t>2. **حذف خرده‌پاها توسط سرمایه‌داران:** این مفهوم به فرآیندهایی اطلاق می‌شود که در آن، شرکت‌ها و سرمایه‌داران با صرف هزینه‌های بالا، گروه‌های کوچک و مستقل (خرده‌پاها) را به حاشیه رانده و فضا را برای خود به‌منظور دسترسی به بازارهای بزرگتر فراهم می‌کنند. این عمل ممکن است به کاهش تنوع در گزینه‌های خرید برای مصرف‌کنندگان و تمرکز بازار در دست عده‌ای خاص منجر شود.</w:t>
              <w:br/>
              <w:br/>
              <w:t>3. **استقرار نظام تخفیفات جهت مصرف‌گونه اسراف:** این جنبه به برنامه‌ریزی و طراحی سیستم‌های تخفیفی اشاره دارد که به جای تشویق به خرید نیازهای واقعی، به مصرف غیرضروری و اسراف دامن می‌زند. در این حالت، مشتریان به دلیل تخفیف‌های ارائه‌شده ممکن است کالاهای اضافی و غیرضروری را خریداری کنند.</w:t>
              <w:br/>
              <w:br/>
              <w:t>4. **موتور محرکه مگا مصرف‌شدن:** این مفهوم به فعالیت‌هایی اشاره دارد که هدف آن‌ها افزایش میزان مصرف در تمام اقشار جامعه است. این وضع می‌تواند به ترویج فرهنگ مصرف‌گرایی و تمایل به خرید بیش از نیاز واقعی منجر شود.</w:t>
              <w:br/>
              <w:br/>
              <w:t>5. **بسترسازی جهت تحریک و ارضاء تمایلات تنوع‌طلبانه:** این جنبه به تلاش‌هایی اشاره دارد که به‌منظور ارضاء تمایلات مصرف‌کنندگان برای تنوع و تجمل به وجود می‌آید. این نوع از تحریک می‌تواند افراد را به خرید کالاهای بیشتری سوق دهد، حتی اگر این کالاها نیازی واقعی نداشته باشند، که در نهایت به هدررفت منابع و ایجاد فشار اقتصادی در جامعه می‌انجامد.</w:t>
            </w:r>
          </w:p>
        </w:tc>
      </w:tr>
      <w:tr>
        <w:tc>
          <w:tcPr>
            <w:tcW w:type="dxa" w:w="4320"/>
          </w:tcPr>
          <w:p>
            <w:r>
              <w:t>معیار اصلی: * استقرار نظام سهم احسان جهت مکرم نمودن، توانمندسازی و رفع نیاز محلی</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t>منبع: بیانات در خطبه های نماز عید فطر</w:t>
              <w:br/>
              <w:t>متن: میخواهم این مطلب را ملت عزیزمان بدانند که اسراف، فعل حرام است؛ گناه است؛ خلاف شرع است؛ آنجایی که اسراف باشد و اسراف مال و اسراف نعمتهای الهی انجام گیرد، تضییع و تلف کردن نعمت است. تصمیم بگیرید این کار را نکنید. البته خانواده‌های کم درآمد، شاید وسعشان هم نرسد که بخواهند اسراف کنند؛ اما خانواده‌های پردرآمد و حتّی بسیاری از خانواده‌های متوسّط، متأسفانه اسراف میکنند. من این جمله را عرض کردم، برآن تأکید و پافشاری میکنم و خواهشمندم که ملت عزیزمان، این سخن را مورد توجّه قرار دهند، به آن اهمیت دهند، برای آن حسابی باز کنند و سعیشان بر اسراف نکردن باشد.</w:t>
              <w:br/>
              <w:t>منبع: بیانات در حرم مطهر رضوی</w:t>
              <w:br/>
              <w:t>متن: کسانی که اهل اسرافند بدانند، این اسراف و زیاده‌روی و ریخت‌و‌پاش که در اسلام این‌همه مذّمت شده است، سرنوشت اقتصاد ملّی را تعیین میکند؛ اگرچنانچه از اسراف و زیاده‌روی و ریخت‌وپاش اموال شخصی، چه آب، چه نان، وسایل تشریفاتی زیادی در مهمانی‌ها، در عقدها، در عروسی‌ها، در بقیّه‌ی ‌مراسم و چه بقیّه‌ی چیزهای دیگر پرهیز بشود، به اقتصاد ملّی کمک میکند.</w:t>
              <w:br/>
              <w:t>منبع: بیانات در اجتماع زائران و مجاوران حرم مطهر رضوی</w:t>
              <w:br/>
              <w:t>متن: ما در سبک زندگی مشکلاتی داریم: یکی از مشکلات ما، مصرف‌گرایی است؛ یکی از مشکلات ما، اسراف و زیاده‌روی و زیاد خرج کردن است؛ یکی از مشکلات ما رفاه‌طلبیِ افراطی است؛ یکی از مشکلات ما اشرافیگری است. اشرافیگری متأسّفانه از طبقات بالا سرریز میشود به طبقات پایین؛ آدم متوسّط -[یعنی] از قشرهای متوسّط- هم وقتی میخواهد میهمانی بگیرد، وقتی میخواهد عروسی بگیرد، مثل اشراف عروسی میگیرد. این عیب است، این خطا است، این ضربه‌ی به کشور میزند. زیاد مصرف کردن، زیادی خواستن، زیادی خوردن، زیادی خرج کردن، جزو عیوب مهمّ ما است در سبک زندگی‌مان.</w:t>
              <w:br/>
              <w:t>منبع: بیانات در دیدار مردم آذربایجان شرقی</w:t>
              <w:br/>
              <w:t>متن: اجتناب از اسراف هم یک سرفصل دیگر است؛ اجتناب از اسراف، تضییع مال، هدر دادن منابع عمومی، هدر دادن آب، هدر دادن نان، از بین بردن خاک. خاک یک ثروت است، آب یک ثروت است، نان یک محصول ذی‌قیمت است؛ مراقب باشند، همه مراقب باشند، احساس مسئولیّت کنند، اینها را از بین نبرند</w:t>
              <w:br/>
              <w:t>منبع: بیانات در دیدار رئیس جمهوری و اعضای هیأت دولت</w:t>
              <w:br/>
              <w:t>متن: یک مسئله هم در اقتصاد مقاومتی، مدیریت مصرف است. مصرف هم باید مدیریت شود. این قضیه‌‌ی اسراف و زیاده‌‌روی، قضیه‌‌ی مهمی در کشور است. خب، حالا چگونه باید جلوی اسراف را گرفت؟ فرهنگ‌‌سازی هم لازم است، اقدام عملی هم لازم است. فرهنگ‌‌سازیاش بیشتر به عهده‌‌ی رسانه‌‌هاست. واقعاً در این زمینه، هم صدا و سیما در درجه‌‌ی اول و بیش از همه مسئولیت دارد، هم دستگاه‌‌های دیگر مسئولیت دارند. باید فرهنگ‌‌سازی کنید. ما یک ملت مسلمانِ علاقه‌‌مند به مفاهیم اسلامی هستیم، اینقدر در اسلام اسراف منع شده، و ما متأسفانه در زندگیمان اهل اسرافیم!</w:t>
              <w:br/>
              <w:t>منبع: بیانات در دیدار زائرین و مجاورین حرم مطهر رضوی</w:t>
              <w:br/>
              <w:t>متن: ببینید اسراف چه کار می‌کند! اسراف در نان، اسراف در آب، اسراف در برق، اسراف در مصالح ساختمانی، اسراف در انواع و اقسام کالاهای گوناگون، اسراف در اسباب بازی بچه و در وسایل تجملاتی! عزیزان من! این اسراف همان کاری را با کشور می‌کند که دشمن می‌خواهد! او از آن طرف به وسیله‌ی نفت، به‌وسیله‌ی تحریم اقتصادی و انواع و اقسام ضربه‌ها بر ملت ایران ضربه وارد می‌کند؛ از این طرف هم خود ما با اسراف و صرفه‌جویی نکردن، ضربه‌ی او را تکمیل می‌کنیم! حرف من این است.</w:t>
              <w:br/>
              <w:br/>
              <w:t>معیار معکوس : * • تبلیغ به عنوان ابزار تحریک به خرید کالای غیر ضرور و بیش از نیاز• تبلیغ بر اساس هزینه پرداختی (حذف خرده پاها به وسیله سرمایه داران)  * استقرار نظام تخفیفات جهت مصرف اسراف¬گونه* موتور محرکه اصلی مگا مصرف شدن همه اقشار جامعه* بسترسازی جهت تحریک و ارضاء تمایلات تنوع طلبانه</w:t>
            </w:r>
          </w:p>
        </w:tc>
        <w:tc>
          <w:tcPr>
            <w:tcW w:type="dxa" w:w="4320"/>
          </w:tcPr>
          <w:p>
            <w:r>
              <w:t>**معیار برای تشخیص:** تبلیغ به عنوان ابزار تحریک به خرید کالای غیر ضرور و بیش از نیاز، تبلیغ بر اساس هزینه پرداختی (حذف خرده پاها به وسیله سرمایه داران)، استقرار نظام تخفیفات جهت مصرف اسراف‌گونه، موتور محرکه اصلی مگا مصرف شدن همه اقشار جامعه، بسترسازی جهت تحریک و ارضاء تمایلات تنوع طلبانه</w:t>
              <w:br/>
              <w:br/>
              <w:t xml:space="preserve">**توضیحات معیار:** </w:t>
              <w:br/>
              <w:t>1. **تحریک به خرید کالای غیر ضروری و بیش از نیاز**: به معنای ترغیب افراد به تهیه کالاهایی است که در واقع نیازی به آن‌ها ندارند، که می‌تواند منجر به مصرف‌گرایی و هدر رفت منابع شود.</w:t>
              <w:br/>
              <w:br/>
              <w:t>2. **تبلیغ بر اساس هزینه پرداختی**: اشاره به فراگیر شدن تبلیغات و ترویج کالا به‌گونه‌ای دارد که افراد با توجه به هزینه‌هایی که پرداخت کرده‌اند، در معرض خرید قرار می‌گیرند. این روند می‌تواند به نادیده گرفتن نیازهای واقعی و در نتیجه، افزایش اختلافات طبقاتی در جامعه منجر شود.</w:t>
              <w:br/>
              <w:br/>
              <w:t>3. **نظام تخفیفات جهت مصرف اسراف‌گونه**: به وضعیتی اشاره دارد که تخفیف‌ها و آفرهای جذاب اقتصادی به گونه‌ای طراحی شده‌اند که تشویق به خرید بیش از حد و غیرضروری کالاها را در پی داشته باشند.</w:t>
              <w:br/>
              <w:br/>
              <w:t>4. **موتور محرکه اصلی مگا مصرف شدن**: به شرح تأثیرات سازوکارهای اقتصادی و اجتماعی اشاره دارد که موجب افزایش چشم‌گیری در سطح مصرف می‌شود و افراد را به خرید بی‌رویه ترغیب می‌کند.</w:t>
              <w:br/>
              <w:br/>
              <w:t>5. **بسترسازی جهت تحریک و ارضاء تمایلات تنوع طلبانه**: به معنای ایجاد شرایطی است که نیاز به تنوع در محصولات و خدمات را به گونه‌ای تقویت کند که مصرف‌کنندگان به خریدهای متنوع و غیرضروری سوق داده شوند، بی‌توجه به اثرات این اقدام بر منابع و محیط زیست.</w:t>
            </w:r>
          </w:p>
        </w:tc>
      </w:tr>
      <w:tr>
        <w:tc>
          <w:tcPr>
            <w:tcW w:type="dxa" w:w="4320"/>
          </w:tcPr>
          <w:p>
            <w:r>
              <w:t>معیار اصلی: * بسیج مردمی (مشارکت+ ایثار) در نظام تولید، توزیع و مصرف</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t>منبع: بیانات در خطبه های نماز عید فطر</w:t>
              <w:br/>
              <w:t>متن: میخواهم این مطلب را ملت عزیزمان بدانند که اسراف، فعل حرام است؛ گناه است؛ خلاف شرع است؛ آنجایی که اسراف باشد و اسراف مال و اسراف نعمتهای الهی انجام گیرد، تضییع و تلف کردن نعمت است. تصمیم بگیرید این کار را نکنید. البته خانواده‌های کم درآمد، شاید وسعشان هم نرسد که بخواهند اسراف کنند؛ اما خانواده‌های پردرآمد و حتّی بسیاری از خانواده‌های متوسّط، متأسفانه اسراف میکنند. من این جمله را عرض کردم، برآن تأکید و پافشاری میکنم و خواهشمندم که ملت عزیزمان، این سخن را مورد توجّه قرار دهند، به آن اهمیت دهند، برای آن حسابی باز کنند و سعیشان بر اسراف نکردن باشد.</w:t>
              <w:br/>
              <w:t>منبع: بیانات در حرم مطهر رضوی</w:t>
              <w:br/>
              <w:t>متن: کسانی که اهل اسرافند بدانند، این اسراف و زیاده‌روی و ریخت‌و‌پاش که در اسلام این‌همه مذّمت شده است، سرنوشت اقتصاد ملّی را تعیین میکند؛ اگرچنانچه از اسراف و زیاده‌روی و ریخت‌وپاش اموال شخصی، چه آب، چه نان، وسایل تشریفاتی زیادی در مهمانی‌ها، در عقدها، در عروسی‌ها، در بقیّه‌ی ‌مراسم و چه بقیّه‌ی چیزهای دیگر پرهیز بشود، به اقتصاد ملّی کمک میکند.</w:t>
              <w:br/>
              <w:t>منبع: بیانات در اجتماع زائران و مجاوران حرم مطهر رضوی</w:t>
              <w:br/>
              <w:t>متن: ما در سبک زندگی مشکلاتی داریم: یکی از مشکلات ما، مصرف‌گرایی است؛ یکی از مشکلات ما، اسراف و زیاده‌روی و زیاد خرج کردن است؛ یکی از مشکلات ما رفاه‌طلبیِ افراطی است؛ یکی از مشکلات ما اشرافیگری است. اشرافیگری متأسّفانه از طبقات بالا سرریز میشود به طبقات پایین؛ آدم متوسّط -[یعنی] از قشرهای متوسّط- هم وقتی میخواهد میهمانی بگیرد، وقتی میخواهد عروسی بگیرد، مثل اشراف عروسی میگیرد. این عیب است، این خطا است، این ضربه‌ی به کشور میزند. زیاد مصرف کردن، زیادی خواستن، زیادی خوردن، زیادی خرج کردن، جزو عیوب مهمّ ما است در سبک زندگی‌مان.</w:t>
              <w:br/>
              <w:t>منبع: بیانات در دیدار مردم آذربایجان شرقی</w:t>
              <w:br/>
              <w:t>متن: اجتناب از اسراف هم یک سرفصل دیگر است؛ اجتناب از اسراف، تضییع مال، هدر دادن منابع عمومی، هدر دادن آب، هدر دادن نان، از بین بردن خاک. خاک یک ثروت است، آب یک ثروت است، نان یک محصول ذی‌قیمت است؛ مراقب باشند، همه مراقب باشند، احساس مسئولیّت کنند، اینها را از بین نبرند</w:t>
              <w:br/>
              <w:t>منبع: بیانات در دیدار رئیس جمهوری و اعضای هیأت دولت</w:t>
              <w:br/>
              <w:t>متن: یک مسئله هم در اقتصاد مقاومتی، مدیریت مصرف است. مصرف هم باید مدیریت شود. این قضیه‌‌ی اسراف و زیاده‌‌روی، قضیه‌‌ی مهمی در کشور است. خب، حالا چگونه باید جلوی اسراف را گرفت؟ فرهنگ‌‌سازی هم لازم است، اقدام عملی هم لازم است. فرهنگ‌‌سازیاش بیشتر به عهده‌‌ی رسانه‌‌هاست. واقعاً در این زمینه، هم صدا و سیما در درجه‌‌ی اول و بیش از همه مسئولیت دارد، هم دستگاه‌‌های دیگر مسئولیت دارند. باید فرهنگ‌‌سازی کنید. ما یک ملت مسلمانِ علاقه‌‌مند به مفاهیم اسلامی هستیم، اینقدر در اسلام اسراف منع شده، و ما متأسفانه در زندگیمان اهل اسرافیم!</w:t>
              <w:br/>
              <w:t>منبع: بیانات در دیدار زائرین و مجاورین حرم مطهر رضوی</w:t>
              <w:br/>
              <w:t>متن: ببینید اسراف چه کار می‌کند! اسراف در نان، اسراف در آب، اسراف در برق، اسراف در مصالح ساختمانی، اسراف در انواع و اقسام کالاهای گوناگون، اسراف در اسباب بازی بچه و در وسایل تجملاتی! عزیزان من! این اسراف همان کاری را با کشور می‌کند که دشمن می‌خواهد! او از آن طرف به وسیله‌ی نفت، به‌وسیله‌ی تحریم اقتصادی و انواع و اقسام ضربه‌ها بر ملت ایران ضربه وارد می‌کند؛ از این طرف هم خود ما با اسراف و صرفه‌جویی نکردن، ضربه‌ی او را تکمیل می‌کنیم! حرف من این است.</w:t>
              <w:br/>
              <w:br/>
              <w:t>معیار معکوس : * • تبلیغ به عنوان ابزار تحریک به خرید کالای غیر ضرور و بیش از نیاز• تبلیغ بر اساس هزینه پرداختی (حذف خرده پاها به وسیله سرمایه داران)  * استقرار نظام تخفیفات جهت مصرف اسراف¬گونه* موتور محرکه اصلی مگا مصرف شدن همه اقشار جامعه* بسترسازی جهت تحریک و ارضاء تمایلات تنوع طلبانه</w:t>
            </w:r>
          </w:p>
        </w:tc>
        <w:tc>
          <w:tcPr>
            <w:tcW w:type="dxa" w:w="4320"/>
          </w:tcPr>
          <w:p>
            <w:r>
              <w:t>**معیار برای تشخیص:** تبلیغ به عنوان ابزار تحریک به خرید کالای غیرضروری و بیش از نیاز</w:t>
              <w:br/>
              <w:br/>
              <w:t xml:space="preserve">**توضیحات معیار:**  </w:t>
              <w:br/>
              <w:t>1. **تحریک به خرید**: اشاره به فعالیت‌هایی که با هدف ترغیب افراد به خرید کالاهایی که ضرورت ندارند، انجام می‌شود. این نوع تبلیغ ممکن است از احساسات و تمایلات مصرف‌کنندگان استفاده کند تا آن‌ها را به خرید محصولات غیرضروری وادار کند.</w:t>
              <w:br/>
              <w:br/>
              <w:t>2. **هزینه‌پرداختی**: بیانگر نحوه‌ای از تبلیغ است که بر اساس هزینه‌هایی که توسط سرمایه‌داران تأمین می‌شود، شکل می‌گیرد. در این راستا، تبلیغاتی که به حذف خرده‌پاها در بازار پرداخته و تلاش می‌کنند تا تنها برندها و کالاهای خاص را با هزینه‌های بالا معرفی کنند، موجب می‌شوند که برخی از اقشار جامعه از مشغله‌های اقتصادی و اجتماعی محروم بمانند.</w:t>
              <w:br/>
              <w:br/>
              <w:t>3. **نظام تخفیفات مصرفی**: به سیستم‌هایی که با هدف تشویق به خرید بیشتر، تخفیف‌های بزرگ و جذاب ارائه می‌دهند، اشاره دارد. این نوع رفتار ممکن است موجب مصرف بیش از اندازه و هدررفت منابع شود و به نفع کالاهای غیرضروری باشد.</w:t>
              <w:br/>
              <w:br/>
              <w:t>4. **مگا مصرف شدن**: بر روندی دلالت دارد که در آن، تمام اقشار جامعه به نوعی تحت تأثیر فرهنگ مصرفی قرار می‌گیرند و این باعث افزایش مصرف غیرضروری برایشان می‌شود. این رفتار به ایجاد یک جامعه با تمایل به خرید و استفاده از مایحتاج غیرضروری می‌انجامد.</w:t>
              <w:br/>
              <w:br/>
              <w:t>5. **تحریک و ارضای تمایلات تنوع‌طلبانه**: به ایجاد فضایی اشاره دارد که در آن، تبلیغات و بازار هدف به سمت ارضای تمایلات زودگذر و سطحی افراد می‌رود. این وضعیت بر تنوع‌طلبی‌هایی تمرکز دارد که به مصرف excess و اسراف دامن می‌زنند و عواقب اقتصادی، فرهنگی و اجتماعی دارند.</w:t>
            </w:r>
          </w:p>
        </w:tc>
      </w:tr>
      <w:tr>
        <w:tc>
          <w:tcPr>
            <w:tcW w:type="dxa" w:w="4320"/>
          </w:tcPr>
          <w:p>
            <w:r>
              <w:t>معیار اصلی: * پاسخ و آگاهی بخشی جهت هدایت تنوع طلبی افراد به سمت افزایش سلامتی</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t>منبع: بیانات در خطبه های نماز عید فطر</w:t>
              <w:br/>
              <w:t>متن: میخواهم این مطلب را ملت عزیزمان بدانند که اسراف، فعل حرام است؛ گناه است؛ خلاف شرع است؛ آنجایی که اسراف باشد و اسراف مال و اسراف نعمتهای الهی انجام گیرد، تضییع و تلف کردن نعمت است. تصمیم بگیرید این کار را نکنید. البته خانواده‌های کم درآمد، شاید وسعشان هم نرسد که بخواهند اسراف کنند؛ اما خانواده‌های پردرآمد و حتّی بسیاری از خانواده‌های متوسّط، متأسفانه اسراف میکنند. من این جمله را عرض کردم، برآن تأکید و پافشاری میکنم و خواهشمندم که ملت عزیزمان، این سخن را مورد توجّه قرار دهند، به آن اهمیت دهند، برای آن حسابی باز کنند و سعیشان بر اسراف نکردن باشد.</w:t>
              <w:br/>
              <w:t>منبع: بیانات در حرم مطهر رضوی</w:t>
              <w:br/>
              <w:t>متن: کسانی که اهل اسرافند بدانند، این اسراف و زیاده‌روی و ریخت‌و‌پاش که در اسلام این‌همه مذّمت شده است، سرنوشت اقتصاد ملّی را تعیین میکند؛ اگرچنانچه از اسراف و زیاده‌روی و ریخت‌وپاش اموال شخصی، چه آب، چه نان، وسایل تشریفاتی زیادی در مهمانی‌ها، در عقدها، در عروسی‌ها، در بقیّه‌ی ‌مراسم و چه بقیّه‌ی چیزهای دیگر پرهیز بشود، به اقتصاد ملّی کمک میکند.</w:t>
              <w:br/>
              <w:t>منبع: بیانات در اجتماع زائران و مجاوران حرم مطهر رضوی</w:t>
              <w:br/>
              <w:t>متن: ما در سبک زندگی مشکلاتی داریم: یکی از مشکلات ما، مصرف‌گرایی است؛ یکی از مشکلات ما، اسراف و زیاده‌روی و زیاد خرج کردن است؛ یکی از مشکلات ما رفاه‌طلبیِ افراطی است؛ یکی از مشکلات ما اشرافیگری است. اشرافیگری متأسّفانه از طبقات بالا سرریز میشود به طبقات پایین؛ آدم متوسّط -[یعنی] از قشرهای متوسّط- هم وقتی میخواهد میهمانی بگیرد، وقتی میخواهد عروسی بگیرد، مثل اشراف عروسی میگیرد. این عیب است، این خطا است، این ضربه‌ی به کشور میزند. زیاد مصرف کردن، زیادی خواستن، زیادی خوردن، زیادی خرج کردن، جزو عیوب مهمّ ما است در سبک زندگی‌مان.</w:t>
              <w:br/>
              <w:t>منبع: بیانات در دیدار مردم آذربایجان شرقی</w:t>
              <w:br/>
              <w:t>متن: اجتناب از اسراف هم یک سرفصل دیگر است؛ اجتناب از اسراف، تضییع مال، هدر دادن منابع عمومی، هدر دادن آب، هدر دادن نان، از بین بردن خاک. خاک یک ثروت است، آب یک ثروت است، نان یک محصول ذی‌قیمت است؛ مراقب باشند، همه مراقب باشند، احساس مسئولیّت کنند، اینها را از بین نبرند</w:t>
              <w:br/>
              <w:t>منبع: بیانات در دیدار رئیس جمهوری و اعضای هیأت دولت</w:t>
              <w:br/>
              <w:t>متن: یک مسئله هم در اقتصاد مقاومتی، مدیریت مصرف است. مصرف هم باید مدیریت شود. این قضیه‌‌ی اسراف و زیاده‌‌روی، قضیه‌‌ی مهمی در کشور است. خب، حالا چگونه باید جلوی اسراف را گرفت؟ فرهنگ‌‌سازی هم لازم است، اقدام عملی هم لازم است. فرهنگ‌‌سازیاش بیشتر به عهده‌‌ی رسانه‌‌هاست. واقعاً در این زمینه، هم صدا و سیما در درجه‌‌ی اول و بیش از همه مسئولیت دارد، هم دستگاه‌‌های دیگر مسئولیت دارند. باید فرهنگ‌‌سازی کنید. ما یک ملت مسلمانِ علاقه‌‌مند به مفاهیم اسلامی هستیم، اینقدر در اسلام اسراف منع شده، و ما متأسفانه در زندگیمان اهل اسرافیم!</w:t>
              <w:br/>
              <w:t>منبع: بیانات در دیدار زائرین و مجاورین حرم مطهر رضوی</w:t>
              <w:br/>
              <w:t>متن: ببینید اسراف چه کار می‌کند! اسراف در نان، اسراف در آب، اسراف در برق، اسراف در مصالح ساختمانی، اسراف در انواع و اقسام کالاهای گوناگون، اسراف در اسباب بازی بچه و در وسایل تجملاتی! عزیزان من! این اسراف همان کاری را با کشور می‌کند که دشمن می‌خواهد! او از آن طرف به وسیله‌ی نفت، به‌وسیله‌ی تحریم اقتصادی و انواع و اقسام ضربه‌ها بر ملت ایران ضربه وارد می‌کند؛ از این طرف هم خود ما با اسراف و صرفه‌جویی نکردن، ضربه‌ی او را تکمیل می‌کنیم! حرف من این است.</w:t>
              <w:br/>
              <w:br/>
              <w:t>معیار معکوس : * • تبلیغ به عنوان ابزار تحریک به خرید کالای غیر ضرور و بیش از نیاز• تبلیغ بر اساس هزینه پرداختی (حذف خرده پاها به وسیله سرمایه داران)  * استقرار نظام تخفیفات جهت مصرف اسراف¬گونه* موتور محرکه اصلی مگا مصرف شدن همه اقشار جامعه* بسترسازی جهت تحریک و ارضاء تمایلات تنوع طلبانه</w:t>
            </w:r>
          </w:p>
        </w:tc>
        <w:tc>
          <w:tcPr>
            <w:tcW w:type="dxa" w:w="4320"/>
          </w:tcPr>
          <w:p>
            <w:r>
              <w:t>**معیار برای تشخیص:** تبلیغ به عنوان ابزار تحریک به خرید کالای غیرضرور و بیش از نیاز</w:t>
              <w:br/>
              <w:br/>
              <w:t>**توضیحات معیار:**</w:t>
              <w:br/>
              <w:t>این معیار به ارزیابی اقداماتی می‌پردازد که منجر به تشویق و تحریک افراد به خرید و مصرف کالاهایی می‌شود که ضرورت چندانی ندارند و در نتیجه، اسراف و هدررفت منابع را به همراه دارد. از جمله مفاهیم مرتبط با این معیار می‌توان به موارد زیر اشاره کرد:</w:t>
              <w:br/>
              <w:br/>
              <w:t>1. **تبلیغ بر اساس هزینه پرداختی**: تکیه بر هزینه‌های پرداختی به عنوان معیار اصلی تبلیغات، که می‌تواند به حذف و کنار گذاشتن محصولات ساده و معمولی توسط سرمایه‌داران منجر شود. این مسئله ممکن است به نادیده گرفتن نیازهای واقعی مصرف‌کنندگان و ایجاد یک فرهنگ مصرفی غلط بیانجامد.</w:t>
              <w:br/>
              <w:br/>
              <w:t>2. **استقرار نظام تخفیفات جهت مصرف اسراف‌گونه**: ایجاد و ترویج نظام تخفیفات که هدف آن ترغیب به خرید بیشتر و در نتیجه، مصرف غیرضروری و اسراف است. این نظام می‌تواند مردم را به خرید محصولات اضافی و غیرضروری تشویق کند، بدون توجه به نیاز واقعی آن‌ها.</w:t>
              <w:br/>
              <w:br/>
              <w:t>3. **موتور محرکه اصلی مگا مصرف شدن همه اقشار جامعه**: ایجاد فضایی که در آن، همه اقشار جامعه به سمت یک فرهنگ مگا مصرفی سوق داده می‌شوند، فارغ از توانایی‌های مالی و نیازهای واقعی. این مسئله می‌تواند موجب افزایش آسیب‌پذیری اجتماعی و اقتصادی ناشی از مصرف‌گرایی افراطی گردد.</w:t>
              <w:br/>
              <w:br/>
              <w:t>4. **بسترسازی جهت تحریک و ارضاء تمایلات تنوع طلبانه**: فراهم کردن شرایطی که تمایلات افراد به تنوع طلبی و خرید مداوم کالاها را تحریک کند. این امر می‌تواند منجر به افزایش مصرف و هدررفت منابع ارزشمند اجتماعی و طبیعی شود.</w:t>
            </w:r>
          </w:p>
        </w:tc>
      </w:tr>
      <w:tr>
        <w:tc>
          <w:tcPr>
            <w:tcW w:type="dxa" w:w="4320"/>
          </w:tcPr>
          <w:p>
            <w:r>
              <w:t>معیار اصلی: * عرضه محصولات محور مقاومت با تأکید بر محصول ایرانی</w:t>
              <w:br/>
              <w:t xml:space="preserve">توضیحات برگرفته از منابع: </w:t>
              <w:br/>
              <w:t>منبع: بیانات در اجتماع زائران و مجاوران حرم مطهر رضوی</w:t>
              <w:br/>
              <w:t>متن: واردات کالاهایی که در داخل به‌قدر کافی تولید میشود، بایستی به‌صورت یک حرام شرعی و قانونی شناخته بشود؛ آنچه در داخل تولید میشود، از خارج وارد نشود. اینکه ما نگاه کنیم ببینیم کالاهای مصرفی ما، از خوراک گرفته تا پوشاک، تا وسایل منزل، تا کیف و کفش بعضی از بانوان، تا وسایل مدرسه و دفتر و قلم و امثال اینها از خارج بیاید، این مایه‌ی‌ شرمندگی است! انسان احساس شرم میکند؛ هم در مقابل تولیدکننده‌ی داخلی احساس شرم میکند، هم در مقابل آن کسی که این جنس را از بیرون برای ما میفرستد. با این امکاناتی که در کشور هست، نگذاریم این راه به این شکل ادامه پیدا بکند، واقعاً جلوی واردات به‌معنای واقعی کلمه گرفته بشود. بعضی از اجناس اساسی هست که در داخل قابلیّت تولید دارد امّا درعین‌حال وارد میشود، درحالی‌که میشود در اینجا تولیدش کرد.</w:t>
              <w:br/>
              <w:t>منبع: بیانات در دیدار رئیس و اعضای مجلس خبرگان رهبری</w:t>
              <w:br/>
              <w:t>متن: مراد ما از پیشرفت، پیشرفت صوری نیست، پیشرفت حقیقی است. پیشرفت صوری این است که یک رونق ظاهری به اقتصاد بدهیم، یک مقداری جنس وارد کنیم و زرق‌وبرقی بدهیم؛ این میشود پیشرفت صوری، این فایده‌ای ندارد، این ممکن است علی‌العجاله مردم را یک مقداری خشنود کند امّا در نهایت به ضرر کشور تمام خواهد شد. پیشرفت باید حقیقی باشد، عمیق باشد و متّکی به پایه‌ها و استوانه‌های محکم داخلی باشد؛ این میشود پیشرفت.</w:t>
              <w:br/>
              <w:t>منبع: سخنرانی در دیدار با جمعی از روحانیون، ائمه‏ی جماعات و وعاظ نقاط مختلف كشور در آستانه‏ی ماه مبارك رمضان</w:t>
              <w:br/>
              <w:t>متن: مردم ایران نمی‏دانند كه مرحوم شیخ الشریعه‏ی اصفهانی‏  مرجع تقلید بزرگ ساكن‏ نجف فتوا داد كه استعمال اجناس مصنوعه‏ی در داخل كشور لازم است و مردم باید از استفاده از مصنوعات خارجی اجتناب كنند، تا به این ترتیب دیگران در داخل كشور نفوذ نكنند. همه می‏دانند كه در ژاپن، حدود صد سال پیش از این گفتند كه مردم حق ندارند از مصنوعات خارجی استفاده كنند، تا در داخل آن كشور چرخ اقتصاد به كار بیفتد؛ اما نمی‏دانند كه در همان زمان، بلكه زودتر از آن، عین همین پیشنهاد و همین فتوا، از طرف مراجع و علمای شیعه صادر شد؛ منتها متأسفانه در داخل كشور، هیچ‏كس از سرجنبانها و اهل قلم و اهل سیاست و روشن‏فكران كمكشان نكرد!</w:t>
              <w:br/>
              <w:t>منبع: بیانات در دیدار دانشگاهیان سمنان</w:t>
              <w:br/>
              <w:t>متن: شما می‌روید یک جنسی را از بازار تهیه کنید- یک لباس، یا فرض بفرمایید یک وسیله‌ی خانه؛ یک ظرف- نوع داخلی‌اش هست، نوع خارجی‌اش هم هست؛ یک مقداری به خاطر تبلیغات خارجی، یک مقدار به خاطر پُز دادن به اینکه این جنس خارجی است، یک مقدار به خاطر رسوبات فرهنگی قبلی که جنس داخلی فایده‌ای ندارد و یک مقدار هم شاید به خاطر مرغوبتر بودن جنس خارجی- این مرغوبتر بودن هم ممکن است یکی از عوامل باشد، لیکن به هر حال تعیین‌کننده نیست- شما آن را انتخاب می‌کنید. یعنی چه کار می‌کنید: یک کارگر ایرانی را بیکار می‌کنید و یک کارگر غیر ایرانی را به کار وادار می‌کنید. خوب، مگر بیکاری امروز، مشکل عمده‌ی جامعه‌ی ما نیست. وقتی شما این‌طور کردید، بنده این‌طور کردم، آن برادر دیگر، آن خواهر دیگر، و یکی‌یکی از این روش پیروی کردیم، نتیجه چه می‌شود؟ نتیجه، ورشکستگی کارخانه‌ی داخلی، بیکاری کارگر داخلی و در نهایت باعث ناامیدی سرمایه‌گذار داخلی می‌شود. بیکاری هم که به دنبال خودش اعتیاد، فساد و اختلافات خانوادگی می‌آورد و به دنبال آن، حوادث سیاسی و اجتماعی فراوان به وجود می‌آید. بنابراین، از یک چیز کوچکی شروع می‌شود؛ از یک اراده‌ی شخصی من و شما.</w:t>
              <w:br/>
              <w:t>منبع: بیانات در دیدار کارگران</w:t>
              <w:br/>
              <w:t>متن: فروش کالای خارجی و مصرف کالای خارجی باید در جامعه به‌عنوان یک ضدّ ارزش شناخته بشود، مگر آنجایی که مشابه داخلی‌اش نیست. آنجایی که مشابه داخلی‌اش نیست، خب بله، اشکالی ندارد؛ ما که دور خودمان حصار نکشیده‌ایم؛ ما با دنیا ارتباط داریم، تعامل داریم، میخریم، میفروشیم؛ ممکن است یک جاهایی هم باشد که تولید داخلی اصلاً به‌صرفه نباشد -از این قبیل هم داریم مواردی را- [واردات‌] اشکالی ندارد. آنجایی که ما تولید داخلی داریم و میخواهیم داشته باشیم و کارگر ما مشغول آن کار است و ارزش افزوده ایجاد میکند، آنجا ما برویم این تولید داخلی را کنار بگذاریم، شبیه این را از خارج بیاوریم با قیمت گاهی چندبرابر و به‌خاطر اینکه این نشان خارجی دارد، نشان فلان کارخانه‌ی معروف فلان کشور اروپایی را دارد، این را مصرف بکنیم، این باید ضدّ ارزش شمرده بشود.</w:t>
              <w:br/>
              <w:t>منبع: بیانات در حرم مطهر رضوی</w:t>
              <w:br/>
              <w:t>متن: کسانی که مصرف‌کننده هستند – که همه‌ی ملّت ما در واقع مصرف‌کننده‌اند – محصولات داخلی را مصرف کنند که من روی این بارها و بارها تکیه کردم و امروز هم عرض میکنم و تکیه میکنم. ‌همه سعی بکنند محصولات داخلی را مصرف بکنند، کارگر ایرانی را حمایت بکنند، کارگاه تولیدی داخلی را با مصرف کردن [محصول] آن رونق بدهند.</w:t>
              <w:br/>
              <w:t>منبع: بیانات در دیدار کارگران</w:t>
              <w:br/>
              <w:t>متن: یکی از چیزهایی که در باب مسئله‌ی حمایت از کالای ایرانی بنده تأکید دارم ... و ان‌شاءالله بایست به‌طور جدّی در دولت و اطراف قضیّه دنبال بشود مسئله‌ی جلوگیری از واردات بی‌رویّه و جلوگیری جدّی از قاچاق است که شکایت و گِله‌ی خیلی از این مسئولان و کسانی که در زمینه‌ی مسائل کالای ایرانی فعّالند [مثل] کارآفرین، سرمایه‌گذار، کارگر ماهر و دیگران این است که جنس خارجی می‌آید، غالباً هم با کیفیّت پایین و رقابت میکند -رقابت نابرابر و نامتوازن- با جنس داخلی و رواج جنس داخلی را محدود میکند؛ این از جمله‌ی چیزهایی است که حتماً بایستی جلویش گرفته بشود.</w:t>
              <w:br/>
              <w:t>منبع: بیانات در اجتماع زائران و مجاوران حرم مطهر رضوی</w:t>
              <w:br/>
              <w:t>متن: اجناسی که در داخل تولید میشود یا قابل تولید شدن است، باید حتماً [از] خارج [وارد] نشود. به بنده مراجعه میکنند، موارد زیادی شکایت میکنند میگویند ما این کارخانه را ایجاد کرده‌ایم، این محصول را تولید کرده‌ایم، به‌مجرّد اینکه این محصول خواست بیاید بازار، یک‌وقت دیدیم درِ گمرک باز شد، از خارج، مشابه این جنس وارد شد! موجب میشود که بسیاری‌ از کارخانجات ما از این‌جهت ناکام بمانند؛ بعضی ورشکسته بشوند و مشکلات برایشان به وجود بیاید. بایستی حتماً این واردات مورد توجّه قرار بگیرد و مدیریّت بشود از سوی دولت ... با تعصّب دنبال کالای ایرانی بگردید؛ فروشنده، کالای ایرانی بفروشد؛ خریدار، کالای ایرانی بخرد؛ مسئولین تولید ایرانی را کمک کنند و حمایت بکنند و از واردات و قاچاق جلوگیری کنند.</w:t>
              <w:br/>
              <w:br/>
              <w:t>معیار معکوس : * عرضه محصولات ایرانی و خارجی با تحریک به فروش برندها* تأمین کالا حتی از قاره دیگر فقط به خاطر سود بیشتر</w:t>
            </w:r>
          </w:p>
        </w:tc>
        <w:tc>
          <w:tcPr>
            <w:tcW w:type="dxa" w:w="4320"/>
          </w:tcPr>
          <w:p>
            <w:r>
              <w:t>### معیار برای تشخیص</w:t>
              <w:br/>
              <w:t>* عرضه محصولات ایرانی و خارجی با تحریک به فروش برندها</w:t>
              <w:br/>
              <w:br/>
              <w:t>### توضیحات معیار</w:t>
              <w:br/>
              <w:t>این معیار بر اساس توجه به فروش برندهای خارجی و عرضه محصولات به‌صورت ترکیبی از کالاهای ایرانی و خارجی شکل گرفته است. مفاهیم مرتبط با این معیار شامل موارد زیر است:</w:t>
              <w:br/>
              <w:br/>
              <w:t>1. **تحریک به فروش برندها**: در این معیار، بر تحریک مصرف‌کنندگان به خرید برندهای شناخته‌شده خارجی تأکید می‌شود. این موضوع می‌تواند به ترویج فرهنگ مصرف کالاهای خارجی و کاهش تمایل به خرید محصولات محلی منجر شود.</w:t>
              <w:br/>
              <w:br/>
              <w:t>2. **تأمین کالا از قاره‌های دیگر**: تأکید بر این نکته که تأمین کالا حتی از دیگر قاره‌ها به دلیل سود بیشتر ممکن است، می‌تواند وابستگی اقتصادی به بازارهای خارجی را تقویت کند و به نامناسب بودن توزیع کالاهای تولید داخلی در بازار منجر شود.</w:t>
              <w:br/>
              <w:br/>
              <w:t>3. **غفلت از تولید داخلی**: وجود این معیار ممکن است منجر به غفلت از حمایت از تولید داخلی و منابع انسانی محلی گردد. متکی بودن بر اجناس خارجی در عوض استفاده از محصولات داخلی می‌تواند به بیکاری و کاهش ظرفیت تولید محلی منجر شود.</w:t>
              <w:br/>
              <w:br/>
              <w:t>4. **تمرکز بر سود اقتصادی**: در برابری نسبت به تولید ملی، این معیار به سودآوری اقتصادی به‌عنوان هدف اصلی می‌نگرد و در نتیجه، به منافع بلندمدت اقتصادی کشور توجه کمتری نشان می‌دهد.</w:t>
              <w:br/>
              <w:br/>
              <w:t>5. **تحت تأثیر قرار دادن فرهنگ مصرف**: تأثیر فرهنگ مصرف بر انتخاب کالاها، که ممکن است به دلیل تبلیغات برندهای خارجی و احساس برتری آنها با برندهای داخلی، موجب تغییر الگوهای خرید و ترکیب نامناسب از محصولات شود. این تغییر فرهنگی ممکن است به تضعیف آگاهی اجتماعی نسبت به مزایای خرید و حمایت از تولید ملی منجر گردد.</w:t>
            </w:r>
          </w:p>
        </w:tc>
      </w:tr>
      <w:tr>
        <w:tc>
          <w:tcPr>
            <w:tcW w:type="dxa" w:w="4320"/>
          </w:tcPr>
          <w:p>
            <w:r>
              <w:t>معیار اصلی: * تلاش جهت تقویت تأمین¬کنندگان کالای هر محل</w:t>
              <w:br/>
              <w:t xml:space="preserve">توضیحات برگرفته از منابع: </w:t>
              <w:br/>
              <w:t>منبع: بیانات در اجتماع زائران و مجاوران حرم مطهر رضوی</w:t>
              <w:br/>
              <w:t>متن: واردات کالاهایی که در داخل به‌قدر کافی تولید میشود، بایستی به‌صورت یک حرام شرعی و قانونی شناخته بشود؛ آنچه در داخل تولید میشود، از خارج وارد نشود. اینکه ما نگاه کنیم ببینیم کالاهای مصرفی ما، از خوراک گرفته تا پوشاک، تا وسایل منزل، تا کیف و کفش بعضی از بانوان، تا وسایل مدرسه و دفتر و قلم و امثال اینها از خارج بیاید، این مایه‌ی‌ شرمندگی است! انسان احساس شرم میکند؛ هم در مقابل تولیدکننده‌ی داخلی احساس شرم میکند، هم در مقابل آن کسی که این جنس را از بیرون برای ما میفرستد. با این امکاناتی که در کشور هست، نگذاریم این راه به این شکل ادامه پیدا بکند، واقعاً جلوی واردات به‌معنای واقعی کلمه گرفته بشود. بعضی از اجناس اساسی هست که در داخل قابلیّت تولید دارد امّا درعین‌حال وارد میشود، درحالی‌که میشود در اینجا تولیدش کرد.</w:t>
              <w:br/>
              <w:t>منبع: بیانات در دیدار رئیس و اعضای مجلس خبرگان رهبری</w:t>
              <w:br/>
              <w:t>متن: مراد ما از پیشرفت، پیشرفت صوری نیست، پیشرفت حقیقی است. پیشرفت صوری این است که یک رونق ظاهری به اقتصاد بدهیم، یک مقداری جنس وارد کنیم و زرق‌وبرقی بدهیم؛ این میشود پیشرفت صوری، این فایده‌ای ندارد، این ممکن است علی‌العجاله مردم را یک مقداری خشنود کند امّا در نهایت به ضرر کشور تمام خواهد شد. پیشرفت باید حقیقی باشد، عمیق باشد و متّکی به پایه‌ها و استوانه‌های محکم داخلی باشد؛ این میشود پیشرفت.</w:t>
              <w:br/>
              <w:t>منبع: سخنرانی در دیدار با جمعی از روحانیون، ائمه‏ی جماعات و وعاظ نقاط مختلف كشور در آستانه‏ی ماه مبارك رمضان</w:t>
              <w:br/>
              <w:t>متن: مردم ایران نمی‏دانند كه مرحوم شیخ الشریعه‏ی اصفهانی‏  مرجع تقلید بزرگ ساكن‏ نجف فتوا داد كه استعمال اجناس مصنوعه‏ی در داخل كشور لازم است و مردم باید از استفاده از مصنوعات خارجی اجتناب كنند، تا به این ترتیب دیگران در داخل كشور نفوذ نكنند. همه می‏دانند كه در ژاپن، حدود صد سال پیش از این گفتند كه مردم حق ندارند از مصنوعات خارجی استفاده كنند، تا در داخل آن كشور چرخ اقتصاد به كار بیفتد؛ اما نمی‏دانند كه در همان زمان، بلكه زودتر از آن، عین همین پیشنهاد و همین فتوا، از طرف مراجع و علمای شیعه صادر شد؛ منتها متأسفانه در داخل كشور، هیچ‏كس از سرجنبانها و اهل قلم و اهل سیاست و روشن‏فكران كمكشان نكرد!</w:t>
              <w:br/>
              <w:t>منبع: بیانات در دیدار دانشگاهیان سمنان</w:t>
              <w:br/>
              <w:t>متن: شما می‌روید یک جنسی را از بازار تهیه کنید- یک لباس، یا فرض بفرمایید یک وسیله‌ی خانه؛ یک ظرف- نوع داخلی‌اش هست، نوع خارجی‌اش هم هست؛ یک مقداری به خاطر تبلیغات خارجی، یک مقدار به خاطر پُز دادن به اینکه این جنس خارجی است، یک مقدار به خاطر رسوبات فرهنگی قبلی که جنس داخلی فایده‌ای ندارد و یک مقدار هم شاید به خاطر مرغوبتر بودن جنس خارجی- این مرغوبتر بودن هم ممکن است یکی از عوامل باشد، لیکن به هر حال تعیین‌کننده نیست- شما آن را انتخاب می‌کنید. یعنی چه کار می‌کنید: یک کارگر ایرانی را بیکار می‌کنید و یک کارگر غیر ایرانی را به کار وادار می‌کنید. خوب، مگر بیکاری امروز، مشکل عمده‌ی جامعه‌ی ما نیست. وقتی شما این‌طور کردید، بنده این‌طور کردم، آن برادر دیگر، آن خواهر دیگر، و یکی‌یکی از این روش پیروی کردیم، نتیجه چه می‌شود؟ نتیجه، ورشکستگی کارخانه‌ی داخلی، بیکاری کارگر داخلی و در نهایت باعث ناامیدی سرمایه‌گذار داخلی می‌شود. بیکاری هم که به دنبال خودش اعتیاد، فساد و اختلافات خانوادگی می‌آورد و به دنبال آن، حوادث سیاسی و اجتماعی فراوان به وجود می‌آید. بنابراین، از یک چیز کوچکی شروع می‌شود؛ از یک اراده‌ی شخصی من و شما.</w:t>
              <w:br/>
              <w:t>منبع: بیانات در دیدار کارگران</w:t>
              <w:br/>
              <w:t>متن: فروش کالای خارجی و مصرف کالای خارجی باید در جامعه به‌عنوان یک ضدّ ارزش شناخته بشود، مگر آنجایی که مشابه داخلی‌اش نیست. آنجایی که مشابه داخلی‌اش نیست، خب بله، اشکالی ندارد؛ ما که دور خودمان حصار نکشیده‌ایم؛ ما با دنیا ارتباط داریم، تعامل داریم، میخریم، میفروشیم؛ ممکن است یک جاهایی هم باشد که تولید داخلی اصلاً به‌صرفه نباشد -از این قبیل هم داریم مواردی را- [واردات‌] اشکالی ندارد. آنجایی که ما تولید داخلی داریم و میخواهیم داشته باشیم و کارگر ما مشغول آن کار است و ارزش افزوده ایجاد میکند، آنجا ما برویم این تولید داخلی را کنار بگذاریم، شبیه این را از خارج بیاوریم با قیمت گاهی چندبرابر و به‌خاطر اینکه این نشان خارجی دارد، نشان فلان کارخانه‌ی معروف فلان کشور اروپایی را دارد، این را مصرف بکنیم، این باید ضدّ ارزش شمرده بشود.</w:t>
              <w:br/>
              <w:t>منبع: بیانات در حرم مطهر رضوی</w:t>
              <w:br/>
              <w:t>متن: کسانی که مصرف‌کننده هستند – که همه‌ی ملّت ما در واقع مصرف‌کننده‌اند – محصولات داخلی را مصرف کنند که من روی این بارها و بارها تکیه کردم و امروز هم عرض میکنم و تکیه میکنم. ‌همه سعی بکنند محصولات داخلی را مصرف بکنند، کارگر ایرانی را حمایت بکنند، کارگاه تولیدی داخلی را با مصرف کردن [محصول] آن رونق بدهند.</w:t>
              <w:br/>
              <w:t>منبع: بیانات در دیدار کارگران</w:t>
              <w:br/>
              <w:t>متن: یکی از چیزهایی که در باب مسئله‌ی حمایت از کالای ایرانی بنده تأکید دارم ... و ان‌شاءالله بایست به‌طور جدّی در دولت و اطراف قضیّه دنبال بشود مسئله‌ی جلوگیری از واردات بی‌رویّه و جلوگیری جدّی از قاچاق است که شکایت و گِله‌ی خیلی از این مسئولان و کسانی که در زمینه‌ی مسائل کالای ایرانی فعّالند [مثل] کارآفرین، سرمایه‌گذار، کارگر ماهر و دیگران این است که جنس خارجی می‌آید، غالباً هم با کیفیّت پایین و رقابت میکند -رقابت نابرابر و نامتوازن- با جنس داخلی و رواج جنس داخلی را محدود میکند؛ این از جمله‌ی چیزهایی است که حتماً بایستی جلویش گرفته بشود.</w:t>
              <w:br/>
              <w:t>منبع: بیانات در اجتماع زائران و مجاوران حرم مطهر رضوی</w:t>
              <w:br/>
              <w:t>متن: اجناسی که در داخل تولید میشود یا قابل تولید شدن است، باید حتماً [از] خارج [وارد] نشود. به بنده مراجعه میکنند، موارد زیادی شکایت میکنند میگویند ما این کارخانه را ایجاد کرده‌ایم، این محصول را تولید کرده‌ایم، به‌مجرّد اینکه این محصول خواست بیاید بازار، یک‌وقت دیدیم درِ گمرک باز شد، از خارج، مشابه این جنس وارد شد! موجب میشود که بسیاری‌ از کارخانجات ما از این‌جهت ناکام بمانند؛ بعضی ورشکسته بشوند و مشکلات برایشان به وجود بیاید. بایستی حتماً این واردات مورد توجّه قرار بگیرد و مدیریّت بشود از سوی دولت ... با تعصّب دنبال کالای ایرانی بگردید؛ فروشنده، کالای ایرانی بفروشد؛ خریدار، کالای ایرانی بخرد؛ مسئولین تولید ایرانی را کمک کنند و حمایت بکنند و از واردات و قاچاق جلوگیری کنند.</w:t>
              <w:br/>
              <w:br/>
              <w:t>معیار معکوس : * عرضه محصولات ایرانی و خارجی با تحریک به فروش برندها* تأمین کالا حتی از قاره دیگر فقط به خاطر سود بیشتر</w:t>
            </w:r>
          </w:p>
        </w:tc>
        <w:tc>
          <w:tcPr>
            <w:tcW w:type="dxa" w:w="4320"/>
          </w:tcPr>
          <w:p>
            <w:r>
              <w:t>### معیار برای تشخیص</w:t>
              <w:br/>
              <w:t>* عرضه محصولات ایرانی و خارجی با تحریک به فروش برندها</w:t>
              <w:br/>
              <w:br/>
              <w:t>### توضیحات معیار</w:t>
              <w:br/>
              <w:t>عرضه محصولات ایرانی و خارجی با تمرکز بر تحریک به فروش برندها مستلزم توجه به چندین مفهوم و رفتار است که در تقابل با ارتقاء محصولات داخلی و ایجاد فضای رقابتی سالم قرار دارد. این مفاهیم شامل افزایش وابستگی به محصولات خارجی، کاهش حمایت از تولیدات داخلی و عدم توجّه به توسعه پایدار اقتصادی می‌باشد.</w:t>
              <w:br/>
              <w:br/>
              <w:t>1. **افزایش وابستگی به محصولات خارجی**: انتخاب و مصرف کالاهای خارجی، به ویژه در مواردی که مشابه داخلی موجود است، می‌تواند به وابستگی اقتصادی کشور به بازارهای خارجی منجر شود. این امر نه تنها به کاهش تقاضا برای تولیدات داخلی کمک می‌کند، بلکه می‌تواند عواقب اجتماعی و اقتصادی ناگواری به دنبال داشته باشد.</w:t>
              <w:br/>
              <w:br/>
              <w:t>2. **کاهش حمایت از تولیدات داخلی**: تحریک به خرید برندهای مشهور خارجی ممکن است موجب شود تا مصرف‌کنندگان به جای انتخاب محصولات داخلی، به سمت محصولات خارجی گرایش پیدا کنند. این امر می‌تواند توانایی تولیدکنندگان داخلی را تحت فشار قرار دهد و به کاهش اشتغال و کارآفرینی در کشور منجر گردد.</w:t>
              <w:br/>
              <w:br/>
              <w:t>3. **عدم توجه به توسعه پایدار**: هنگامی که تمرکز بر روی بیشترین سود از عرضه محصولات خارجی باشد، احتمال آسيب به مشاغل و صنایع داخلی افزایش می‌یابد. این وضعیتی است که ممکن است توسعه پایدار و رونق اقتصادی واقعی را تحت تأثیر قرار دهد.</w:t>
              <w:br/>
              <w:br/>
              <w:t>4. **رواج فرهنگ مصرف‌گرایی**: ارائه محصولات خارجی به عنوان نشان‌دهنده برتری کیفی، می‌تواند فرهنگ مصرف‌گرایی را تقویت کند و در نهایت به کاهش توجه به توانمندی‌ها و کارآیی‌های داخلی منجر شود.</w:t>
              <w:br/>
              <w:br/>
              <w:t xml:space="preserve">5. **تحریک به خرید بر اساس برند**: در صورتی که فروش کالاهای خارجی با تأکید بر نام برند انجام شود، مصرف‌کنندگان ممکن است بدون در نظر گرفتن کیفیت و مزایای محصولات داخلی، تمایل به خرید داشته باشند. این نتیجه می‌تواند منجر به صادرات خلاقیت و نوآوری‌های بومی و کاهش رقابت سالم در بازار داخلی گردد. </w:t>
              <w:br/>
              <w:br/>
              <w:t>این پنج مفهوم کلیدی می‌توانند به‌عنوان شاخص‌هایی برای ارزیابی تلاش‌ها در راستای عرضه محصولات ایرانی و خارجی با توجه به تحریک به فروش برندها مورد استفاده قرار گیرند.</w:t>
            </w:r>
          </w:p>
        </w:tc>
      </w:tr>
      <w:tr>
        <w:tc>
          <w:tcPr>
            <w:tcW w:type="dxa" w:w="4320"/>
          </w:tcPr>
          <w:p>
            <w:r>
              <w:t>معیار اصلی: * ارائه خط کش و توان تشخیص کیفی کالا</w:t>
              <w:br/>
              <w:t xml:space="preserve">توضیحات برگرفته از منابع: </w:t>
              <w:br/>
              <w:t>منبع: بیانات در دیدار مسئولان نظام</w:t>
              <w:br/>
              <w:t>متن: بایستی شرکت‌های[دانش بنیانی] که به‌ وجود می‌آیند یک خصوصیّاتی داشته باشند که این خصوصیّات حیاتی است، اساسی است، ‌مهم است. یکی از این خصوصیّات این است که در آن نوآوری باشد؛ یکی اینکه کاهش ارزبری وجود داشته باشد. ما الان در یک مواردی برای واردات یک محصول ارز زیادی مصرف میکنیم؛ اگر این شرکت دانش‌بنیان این را تولید کند یا به تولید نزدیک بکند، این یا کاهش ارزبری دارد یا بکلّی ارزبری را از بین میبرد؛ این یکی از معیارها است. اشتغال‌آفرینی؛ یکی از شاخصها این است که شرکتها به معنای واقعی کلمه اشتغال‌آفرین باشند. قابلیّت صادرات داشته باشند؛ یعنی در مواجهه‌ی با محصولات جهانی و بین‌المللی رقابت‌پذیر باشند. این قبیل شاخصها باید معیّن بشود و ان‌شاءالله دنبال بشود.</w:t>
              <w:br/>
              <w:t>منبع: بیانات در دیدار جمعی از کارآفرینان سراسر کشور</w:t>
              <w:br/>
              <w:t>متن: نکته‏ی اساسی‏ای که در باب کار وجود دارد و کارآفرینان باید به او توجه کنند، مسئله‏ی مرغوبیت تولید داخلی است؛ کیفیت تولید داخلی است؛ این خیلی مهم است. البته بخشی از این، ارتباط پیدا میکند به همان قضایای مالی و نمیدانم مقررات و غیرذلک، و پشتیبانی‏های دولت؛ اما بخشی هم ارتباط پیدا میکند به عزم و اراده‏ی مسئولین، کارآفرین و کننده‏ی کار. فرمود: «رحم اللَّه امرا عمل عملا فاتقنه»؛ رحمت خدا بر آن انسانی که کاری را انجام بدهد و آن را متقن انجام بدهد، درست انجام بدهد. این آینده‏نگری است، غیر از امروز. شما امروز ببینید در دنیا کمپانی‏هائی هستند صد سال است اینها دارند کار میکنند، صد و پنجاه سال است دارند کار میکنند و محصولاتشان در دنیا فروش میرود. اسم اینها کافی است که جنس را تو بازار رائج کند؛ به خاطر اینکه درست کار کردند، خوب کار کردند، مشتری مطمئن است به اینها. شما میگوئید که ما سفارش کنیم به مردم که تولیدات داخلی را مصرف کنند. من که خب چند سال است دارم سفارش میکنم؛ بنده که بارها گفته‏ام، منتها این با شعار درست نمیشود. خب، بله یک مقداری مردم حالا یک اعتمادی بکنند، یک اعتنائی بکنند به حرف ما، به خاطری که مثلًا ما گفتیم، بروند یک مقداری چه کنند؛ این یک بخشی از قضیه است. یک بخش دیگر هم مربوط به کیفیت است. خب کیفیت را باید بالا برد؛ کیفیتها را باید بالا برد ... مردم هم باید این را بدانند. وقتی یک محصول خارجی را ما داریم مصرف میکنیم، در واقع داریم یک کارگر خودمان را بی کار میکنیم، یک کارگر دیگر را داریم به کار وادار میکنیم؛ این هست، منتها مسئله‏ی مرغوبیت و کیفیت خیلی مهم است؛ و استحکام؛ اینها خیلی مهم است. اگر چنانچه جنس داخلی، تولید داخلی، این خصوصیات را داشته باشد، به طور طبیعی تمایل پیدا میشود.</w:t>
              <w:br/>
              <w:t>منبع: بیانات در اجتماع کارگران کارخانه جات تولیدی داروبخش</w:t>
              <w:br/>
              <w:t>متن: در خصوص برجسته کردن تولید ملی، مسئله‌ی کیفیت خیلی مهم است؛ که مدیریتهای تولیدی و کارگرهای عزیز باید به این مسئله توجه کنند.</w:t>
              <w:br/>
              <w:t>منبع: بیانات در حرم مطهر رضوی</w:t>
              <w:br/>
              <w:t>متن: امروز یک ذخیره‌ی باارزشی در اختیار مسئولان هست؛ میتوانند این را در اختیار تولید ملی بگذارند. باید کار را تسهیل کنند؛ مجلس هم باید همکاری کند، دولت هم بایستی همت کند؛ بتوانند به تولید ملی رونق بدهند. مردم هم - چه آن که دارای سرمایه است، چه آن که دارای قدرت کار است - بایستی با ایجاد اتقان، همکاری کنند. محصول داخلی را باید مرغوب، باکیفیت و بادوام تولید کنیم.</w:t>
              <w:br/>
              <w:br/>
              <w:t>معیار معکوس : * با دوام سازی محصول کم عمر و بی دوام سازی محصولات ماندگار* اغواء مشتریان در تشخیص کیفی و کمی کالا به کمک هنر مدرن* تثبیت پروتکل¬های استاندارد رایج به عنوان ابزار اعمال قدرت نظام سرمایه-داری</w:t>
            </w:r>
          </w:p>
        </w:tc>
        <w:tc>
          <w:tcPr>
            <w:tcW w:type="dxa" w:w="4320"/>
          </w:tcPr>
          <w:p>
            <w:r>
              <w:t>**معیار برای تشخیص:** با دوام سازی محصول کم عمر و بی دوام سازی محصولات ماندگار</w:t>
              <w:br/>
              <w:br/>
              <w:t xml:space="preserve">**توضیحات معیار:** </w:t>
              <w:br/>
              <w:t>1. **کاهش مرغوبیت:** در حالتی که محصولات به گونه‌ای طراحی شوند که عمر کمتری داشته باشند، این ویژگی به کاهش کیفیت و نارضایتی مصرف‌کنندگان منجر خواهد شد.</w:t>
              <w:br/>
              <w:t xml:space="preserve">   </w:t>
              <w:br/>
              <w:t>2. **فقدان نوآوری:** عدم توجه به نوآوری و به‌روز رسانی در طراحی و تولید محصولات می‌تواند به عدم تطابق با نیازهای روز بازار و تکنولوژی بینجامد.</w:t>
              <w:br/>
              <w:br/>
              <w:t>3. **عدم شفافیت:** ارائه اطلاعات غیر دقیق و مبهم درباره کیفیت و کارایی محصولات به مشتریان به طور مستقیم می‌تواند بر تصمیم‌گیری آنان تأثیر بگذارد و باعث اغوا و شکست در ارزیابی واقعی کیفیت شود.</w:t>
              <w:br/>
              <w:br/>
              <w:t>4. **تثبیت استانداردهای مشخص:** عدم توانایی سازمان‌ها در تغییر و به‌روز رسانی استانداردهای مورد استفاده، می‌تواند منجر به استمرار شرایط موجود و تثبیت الگوهای ناپایدار در تولید و بازاریابی شود.</w:t>
              <w:br/>
              <w:br/>
              <w:t>5. **کاهش اشتغال‌آفرینی:** فعالیت‌هایی که به جای ایجاد فرصت‌های شغلی، منجر به تثبیت شرایط موجود و بی‌توجهی به بهبود وضعیت بازار کار می‌شوند، در ارزیابی کیفیت فعالیت‌ها بسیار مؤثر خواهند بود.</w:t>
              <w:br/>
              <w:br/>
              <w:t xml:space="preserve">6. **عدم همکاری مسئولین:** کاهش عزم و اراده مسئولین برای ارتقاء کیفیت و ایجاد همکاری مؤثر بین ذینفعان می‌تواند منجر به تداوم شرایط نامناسب در تولید و عرضه شود. </w:t>
              <w:br/>
              <w:br/>
              <w:t>7. **غفلت از الزامات کیفی:** بی‌توجهی به اصول و الزامات دقیق در تولید و ارائه کالا می‌تواند بر انطباق کیفیت کالا با انتظارات مصرف‌کنندگان تأثیر منفی بگذارد.</w:t>
            </w:r>
          </w:p>
        </w:tc>
      </w:tr>
      <w:tr>
        <w:tc>
          <w:tcPr>
            <w:tcW w:type="dxa" w:w="4320"/>
          </w:tcPr>
          <w:p>
            <w:r>
              <w:t>معیار اصلی: * تلاش برای تأمین کالاهایی با نشان طیب</w:t>
              <w:br/>
              <w:t xml:space="preserve">توضیحات برگرفته از منابع: </w:t>
              <w:br/>
              <w:t>منبع: بیانات در دیدار مسئولان نظام</w:t>
              <w:br/>
              <w:t>متن: بایستی شرکت‌های[دانش بنیانی] که به‌ وجود می‌آیند یک خصوصیّاتی داشته باشند که این خصوصیّات حیاتی است، اساسی است، ‌مهم است. یکی از این خصوصیّات این است که در آن نوآوری باشد؛ یکی اینکه کاهش ارزبری وجود داشته باشد. ما الان در یک مواردی برای واردات یک محصول ارز زیادی مصرف میکنیم؛ اگر این شرکت دانش‌بنیان این را تولید کند یا به تولید نزدیک بکند، این یا کاهش ارزبری دارد یا بکلّی ارزبری را از بین میبرد؛ این یکی از معیارها است. اشتغال‌آفرینی؛ یکی از شاخصها این است که شرکتها به معنای واقعی کلمه اشتغال‌آفرین باشند. قابلیّت صادرات داشته باشند؛ یعنی در مواجهه‌ی با محصولات جهانی و بین‌المللی رقابت‌پذیر باشند. این قبیل شاخصها باید معیّن بشود و ان‌شاءالله دنبال بشود.</w:t>
              <w:br/>
              <w:t>منبع: بیانات در دیدار جمعی از کارآفرینان سراسر کشور</w:t>
              <w:br/>
              <w:t>متن: نکته‏ی اساسی‏ای که در باب کار وجود دارد و کارآفرینان باید به او توجه کنند، مسئله‏ی مرغوبیت تولید داخلی است؛ کیفیت تولید داخلی است؛ این خیلی مهم است. البته بخشی از این، ارتباط پیدا میکند به همان قضایای مالی و نمیدانم مقررات و غیرذلک، و پشتیبانی‏های دولت؛ اما بخشی هم ارتباط پیدا میکند به عزم و اراده‏ی مسئولین، کارآفرین و کننده‏ی کار. فرمود: «رحم اللَّه امرا عمل عملا فاتقنه»؛ رحمت خدا بر آن انسانی که کاری را انجام بدهد و آن را متقن انجام بدهد، درست انجام بدهد. این آینده‏نگری است، غیر از امروز. شما امروز ببینید در دنیا کمپانی‏هائی هستند صد سال است اینها دارند کار میکنند، صد و پنجاه سال است دارند کار میکنند و محصولاتشان در دنیا فروش میرود. اسم اینها کافی است که جنس را تو بازار رائج کند؛ به خاطر اینکه درست کار کردند، خوب کار کردند، مشتری مطمئن است به اینها. شما میگوئید که ما سفارش کنیم به مردم که تولیدات داخلی را مصرف کنند. من که خب چند سال است دارم سفارش میکنم؛ بنده که بارها گفته‏ام، منتها این با شعار درست نمیشود. خب، بله یک مقداری مردم حالا یک اعتمادی بکنند، یک اعتنائی بکنند به حرف ما، به خاطری که مثلًا ما گفتیم، بروند یک مقداری چه کنند؛ این یک بخشی از قضیه است. یک بخش دیگر هم مربوط به کیفیت است. خب کیفیت را باید بالا برد؛ کیفیتها را باید بالا برد ... مردم هم باید این را بدانند. وقتی یک محصول خارجی را ما داریم مصرف میکنیم، در واقع داریم یک کارگر خودمان را بی کار میکنیم، یک کارگر دیگر را داریم به کار وادار میکنیم؛ این هست، منتها مسئله‏ی مرغوبیت و کیفیت خیلی مهم است؛ و استحکام؛ اینها خیلی مهم است. اگر چنانچه جنس داخلی، تولید داخلی، این خصوصیات را داشته باشد، به طور طبیعی تمایل پیدا میشود.</w:t>
              <w:br/>
              <w:t>منبع: بیانات در اجتماع کارگران کارخانه جات تولیدی داروبخش</w:t>
              <w:br/>
              <w:t>متن: در خصوص برجسته کردن تولید ملی، مسئله‌ی کیفیت خیلی مهم است؛ که مدیریتهای تولیدی و کارگرهای عزیز باید به این مسئله توجه کنند.</w:t>
              <w:br/>
              <w:t>منبع: بیانات در حرم مطهر رضوی</w:t>
              <w:br/>
              <w:t>متن: امروز یک ذخیره‌ی باارزشی در اختیار مسئولان هست؛ میتوانند این را در اختیار تولید ملی بگذارند. باید کار را تسهیل کنند؛ مجلس هم باید همکاری کند، دولت هم بایستی همت کند؛ بتوانند به تولید ملی رونق بدهند. مردم هم - چه آن که دارای سرمایه است، چه آن که دارای قدرت کار است - بایستی با ایجاد اتقان، همکاری کنند. محصول داخلی را باید مرغوب، باکیفیت و بادوام تولید کنیم.</w:t>
              <w:br/>
              <w:br/>
              <w:t>معیار معکوس : * با دوام سازی محصول کم عمر و بی دوام سازی محصولات ماندگار* اغواء مشتریان در تشخیص کیفی و کمی کالا به کمک هنر مدرن* تثبیت پروتکل¬های استاندارد رایج به عنوان ابزار اعمال قدرت نظام سرمایه-داری</w:t>
            </w:r>
          </w:p>
        </w:tc>
        <w:tc>
          <w:tcPr>
            <w:tcW w:type="dxa" w:w="4320"/>
          </w:tcPr>
          <w:p>
            <w:r>
              <w:t>**معیار برای تشخیص:** با دوام سازی محصول کم عمر و بی دوام سازی محصولات ماندگار</w:t>
              <w:br/>
              <w:br/>
              <w:t xml:space="preserve">**توضیحات معیار:**  </w:t>
              <w:br/>
              <w:t>معیار با دوام سازی محصول کم عمر و بی دوام سازی محصولات ماندگار شامل مجموعه‌ای از مفاهیم کلیدی است که به شناسایی فرآیندها و فعالیت‌هایی کمک می‌کند که در تضاد با تلاش برای ارائه کالاهایی با کیفیت و مرغوبیت هستند. این مفاهیم عبارتند از:</w:t>
              <w:br/>
              <w:br/>
              <w:t>1. **عدم نوآوری:** فرآیند تولید ممکن است فاقد نوآوری باشد و به تولید کالاهای تکراری و بی‌کیفیت منجر شود که لزوم هیچ پیشرفت و بهبود در کیفیت را نداشته باشد.</w:t>
              <w:br/>
              <w:br/>
              <w:t>2. **افزایش ارزبری:** در برخی موارد، کالاهایی که تولید می‌شوند می‌توانند خواهان واردات مواد اولیه و قطعات خارجی باشند که این امر به افزایش ارزبری کمک می‌کند و در عوض توجیهی برای کاهش وابستگی به تولیدات داخلی ندارد.</w:t>
              <w:br/>
              <w:br/>
              <w:t>3. **عدم اشتغال‌آفرینی:** اینگونه فرایندها ممکن است کمبود توجه به ایجاد فرصت‌های شغلی و اشتغال پایدار را نشان دهند و به ضعف در تحکیم اقتصاد داخلی دامن بزنند.</w:t>
              <w:br/>
              <w:br/>
              <w:t>4. **عدم قابلیت صادرات:** کالاهایی که تولید می‌شوند ممکن است توان رقابت در بازارهای جهانی را نداشته باشند و به همین دلیل نتوانند در صادرات موفق عمل کنند که این امر به تضعیف بهبود اقتصادی کشور منجر می‌شود.</w:t>
              <w:br/>
              <w:br/>
              <w:t>5. **کیفیت پایین تولید:** کیفیت کالاهای تولیدی ممکن است زیر استانداردهای بین‌المللی باشد و این موضوع می‌تواند منجر به عدم اعتماد مصرف‌کنندگان و کاهش تمایل به خرید محصولات داخلی گردد.</w:t>
              <w:br/>
              <w:br/>
              <w:t>6. **مرغوبیت و ناپایداری:** در این شرایط، محصولات ممکن است ویژگی‌های کم‌دوامی و ناپایداری داشته باشند که باعث عدم رضایت مصرف‌کنندگان و کاهش ارزش افزوده برای کشور شود.</w:t>
              <w:br/>
              <w:br/>
              <w:t>این معیارها می‌توانند به عنوان ابزارهایی برای تحلیل و ارزیابی فعالیت‌های اقتصادی، تولیدی و سازمانی در راستای شناسایی روندهایی که با معیارهای کیفیت و مرغوبیت در تضاد هستند به کار روند.</w:t>
            </w:r>
          </w:p>
        </w:tc>
      </w:tr>
      <w:tr>
        <w:tc>
          <w:tcPr>
            <w:tcW w:type="dxa" w:w="4320"/>
          </w:tcPr>
          <w:p>
            <w:r>
              <w:t>معیار اصلی: * به کارگیری فضای مجازی جهت بسط و توسعه نظام خرده فروشی مردمی</w:t>
              <w:br/>
              <w:t xml:space="preserve">توضیحات برگرفته از منابع: </w:t>
              <w:br/>
              <w:t>منبع: بیانات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br/>
              <w:t>معیار معکوس : * به کارگیری فضای مجازی برای تحکیم و توسعه نظام سرمایه¬داری* به نفع تولیدکنندگان با ساختار تولید انبوه (شرکت¬های بزرگ) تأمین-کنندگان برای رشد * با تکیه به قدرت خرید بالا و استعمار تأمین کننده* با تکیه به قدرت خرید بالا و تعدی به سلامت جامعه و محیط زیست</w:t>
            </w:r>
          </w:p>
        </w:tc>
        <w:tc>
          <w:tcPr>
            <w:tcW w:type="dxa" w:w="4320"/>
          </w:tcPr>
          <w:p>
            <w:r>
              <w:t>**معیار برای تشخیص:** به کارگیری فضای مجازی برای تحکیم و توسعه نظام سرمایه‌داری به نفع تولیدکنندگان با ساختار تولید انبوه (شرکت‌های بزرگ)</w:t>
              <w:br/>
              <w:br/>
              <w:t xml:space="preserve">**توضیحات معیار:**  </w:t>
              <w:br/>
              <w:t>این معیار به دنبال شناسایی و ارزیابی الگوهای مرتبط با استفاده از فضای مجازی برای تقویت و گسترش نظام سرمایه‌داری است که عمدتاً به نفع تولیدکنندگان بزرگ و شرکت‌های با ساختار تولید انبوه عمل می‌کند. مفاهیم کلیدی مربوط به این معیار به شرح زیر هستند:</w:t>
              <w:br/>
              <w:br/>
              <w:t>1. **تحکیم نظام سرمایه‌داری:** تأکید بر نگهداری و تقویت الگوهای اقتصادی که به توسعه شرکت‌های بزرگ و تولید انبوه منجر می‌شود و به نوعی ممکن است دیگر اشکال کسب‌وکار، به ویژه کارگاه‌های کوچک و متوسّط، را تحت‌الشعاع قرار دهد.</w:t>
              <w:br/>
              <w:br/>
              <w:t>2. **تأمین‌کنندگانی با قدرت خرید بالا:** توجه به نقش خریداران با قدرت مالی بالا که می‌توانند بازار را تحت تأثیر قرار دهند و این باعث می‌شود که تولیدکنندگان کوچک‌تر و کم‌قدرت‌تر در معرض چالش‌های جدی قرار گیرند.</w:t>
              <w:br/>
              <w:br/>
              <w:t>3. **تبعات سوء بر سلامت جامعه و محیط زیست:** بررسی پیامدهایی که ممکن است استفاده از فضای مجازی برای نظام‌های سرمایه‌داری بر سلامت عمومی و محیط زیست داشته باشد و چالش‌های اجتماعی ناشی از این فعالیت‌ها.</w:t>
              <w:br/>
              <w:br/>
              <w:t>4. **تولید انبوه:** تمرکز بر فرآیندهای تولید انبوه که اغلب به کاهش تنوع کیفیت و گسترش مصرف‌زدگی میان جامعه منجر می‌شود و توجه به اثرات منفی این روش‌ها بر روی صنایع کوچک و خرده کسب‌وکارها.</w:t>
              <w:br/>
              <w:br/>
              <w:t>این معیار می‌تواند به عنوان بنیادی در تحلیل عملکردهای مرتبط با شرکت‌های بزرگ و شیوه‌های جذب و استفاده از فضای مجازی در راستای تقویت ساختارهای اقتصادی معطوف به سرمایه‌داری مورد استفاده قرار گیرد.</w:t>
            </w:r>
          </w:p>
        </w:tc>
      </w:tr>
      <w:tr>
        <w:tc>
          <w:tcPr>
            <w:tcW w:type="dxa" w:w="4320"/>
          </w:tcPr>
          <w:p>
            <w:r>
              <w:t>معیار اصلی: * به نفع تأمین¬کنندگان کوچک و متوسط به جهت تقویت مشاغل خانواده محور</w:t>
              <w:br/>
              <w:t xml:space="preserve">توضیحات برگرفته از منابع: </w:t>
              <w:br/>
              <w:t>منبع: بیانات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br/>
              <w:t>معیار معکوس : * به کارگیری فضای مجازی برای تحکیم و توسعه نظام سرمایه¬داری* به نفع تولیدکنندگان با ساختار تولید انبوه (شرکت¬های بزرگ) تأمین-کنندگان برای رشد * با تکیه به قدرت خرید بالا و استعمار تأمین کننده* با تکیه به قدرت خرید بالا و تعدی به سلامت جامعه و محیط زیست</w:t>
            </w:r>
          </w:p>
        </w:tc>
        <w:tc>
          <w:tcPr>
            <w:tcW w:type="dxa" w:w="4320"/>
          </w:tcPr>
          <w:p>
            <w:r>
              <w:t>### معیار برای تشخیص:</w:t>
              <w:br/>
              <w:t>به کارگیری فضای مجازی برای تحکیم و توسعه نظام سرمایه‌داری به نفع تولیدکنندگان با ساختار تولید انبوه (شرکت‌های بزرگ) تأمین‌کنندگان برای رشد با تکیه به قدرت خرید بالا و تعدی به سلامت جامعه و محیط زیست</w:t>
              <w:br/>
              <w:br/>
              <w:t>### توضیحات معیار:</w:t>
              <w:br/>
              <w:t>برای ارزیابی اقدامات و سیاست‌های اقتصادی که در تضاد با معیارهای مثبت تأمین‌کنندگان کوچک و متوسط و مشاغل خانواده‌محور قرار می‌گیرند، چندین مفهوم کلیدی مورد توجه قرار می‌گیرد:</w:t>
              <w:br/>
              <w:br/>
              <w:t>1. **تحکیم و توسعه نظام سرمایه‌داری**: رویکردهایی که بر تکیه بر شرکت‌های بزرگ و ساختارهای تولید انبوه تأکید دارند می‌توانند به تمرکز قدرت اقتصادی منتهی شوند. این تمرکز می‌تواند مانع از تنوع و گوناگونی در بازار کار شود و به افزایش نابرابری‌های اجتماعی بین شرکت‌های بزرگ و کوچک منجر گردد.</w:t>
              <w:br/>
              <w:br/>
              <w:t>2. **تولید انبوه**: تولید در مقیاس وسیع به جای ترویج کارگاه‌های کوچک و متوسط ممکن است به کاهش کیفیت محصولات و خدمات انجامیده و بر سازگاری اقتصادی در مناطق مختلف تأثیر منفی بگذارد. این رویکرد می‌تواند فرصت‌های شغلی را به نفع نهادهای بزرگ منعطف نکند.</w:t>
              <w:br/>
              <w:br/>
              <w:t>3. **قدرت خرید بالا**: این معیار به رویکردهایی اشاره دارد که صرفاً بر روی بازارهایی که به قدرت خرید بالا وابسته هستند، تمرکز دارند. این موضوع می‌تواند به حذف طبقات اجتماعی کمتر توانمند از منابع اقتصادی و فرصتی برای توسعه مهارت‌های کارآفرینی آنان منجر گردد.</w:t>
              <w:br/>
              <w:br/>
              <w:t xml:space="preserve">4. **تعدی به سلامت جامعه و محیط زیست**: اقداماتی که به دنبال تامین منافع اقتصادی منحصراً برای شرکت‌های بزرگ هستند، می‌توانند سلامت اجتماعی و زیست‌محیطی را تحت تأثیر منفی قرار دهند. این نوع رویکردها ممکن است هیچ توجهی به تأثیرات اجتماعی و محیطی فعالیت‌ها نکنند و به تبعات منفی برای آینده منجر شوند. </w:t>
              <w:br/>
              <w:br/>
              <w:t>این معیارها و توضیحات می‌توانند به عنوان ابزارهای تحلیلی برای ارزیابی متون و عملکردهای مرتبط با سیاست‌های اقتصادی و اجتماعی در نظر گرفته شوند.</w:t>
            </w:r>
          </w:p>
        </w:tc>
      </w:tr>
      <w:tr>
        <w:tc>
          <w:tcPr>
            <w:tcW w:type="dxa" w:w="4320"/>
          </w:tcPr>
          <w:p>
            <w:r>
              <w:t>معیار اصلی: * بسترسازی جهت عرضه کالا به قیمت منصفانه و حفظ حریت تأمین-کنندگان برای رشد</w:t>
              <w:br/>
              <w:t xml:space="preserve">توضیحات برگرفته از منابع: </w:t>
              <w:br/>
              <w:t>منبع: بیانات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br/>
              <w:t>معیار معکوس : * به کارگیری فضای مجازی برای تحکیم و توسعه نظام سرمایه¬داری* به نفع تولیدکنندگان با ساختار تولید انبوه (شرکت¬های بزرگ) تأمین-کنندگان برای رشد * با تکیه به قدرت خرید بالا و استعمار تأمین کننده* با تکیه به قدرت خرید بالا و تعدی به سلامت جامعه و محیط زیست</w:t>
            </w:r>
          </w:p>
        </w:tc>
        <w:tc>
          <w:tcPr>
            <w:tcW w:type="dxa" w:w="4320"/>
          </w:tcPr>
          <w:p>
            <w:r>
              <w:t>**معیار برای تشخیص:** به کارگیری فضای مجازی برای تحکیم و توسعه نظام سرمایه‌داری به نفع تولیدکنندگان با ساختار تولید انبوه (شرکت‌های بزرگ) تأمین‌کنندگان برای رشد با تکیه به قدرت خرید بالا و تعدی به سلامت جامعه و محیط زیست</w:t>
              <w:br/>
              <w:br/>
              <w:t xml:space="preserve">**توضیحات معیار:**  </w:t>
              <w:br/>
              <w:t>- **به کارگیری فضای مجازی:** این مفهوم به معنای استفاده از ابزارها و پلتفرم‌های آنلاین برای تقویت ساختارهای اقتصادی و نظام‌های تولید بزرگ است که نقدهای اجتماعی و اقتصادی به فرآیندهای آن وارد است.</w:t>
              <w:br/>
              <w:t>- **نظام سرمایه‌داری:** اشاره به ساختاری که در آن تولید غالباً به نفع سرمایه‌گذاران و نهادهای اقتصادی بزرگ، هزینه‌های انسانی و محیطی را نادیده می‌گیرد و باعث تمرکز ثروت و قدرت در دست عده‌ای محدود می‌شود.</w:t>
              <w:br/>
              <w:t>- **تولیدکنندگان با ساختار تولید انبوه:** اشاره به شرکت‌هایی دارد که با استفاده از مقیاس بزرگ به تولید روتین و انبوه کالا می‌پردازند، و ممکن است تلاش‌های تأمین‌کنندگان کوچک و متوسط را تحت‌الشعاع قرار دهند.</w:t>
              <w:br/>
              <w:t>- **قدرت خرید بالا:** اشاره به این موضوع دارد که کالاهای تولید شده توسط نهادهای بزرگ به گروگان گرفتن تأمین‌کنندگان و رقابت‌ناپذیری در بازار منجر می‌شود.</w:t>
              <w:br/>
              <w:t>- **تعدی به سلامت جامعه و محیط زیست:** تأکید بر فرآیندهای تولید و توزیع کالا که می‌تواند به بروز مشکلات اجتماعی و زیست‌محیطی منجر شود و کالاها را با قیمت‌های ناعادلانه به مصرف‌کنندگان ارائه دهد.</w:t>
            </w:r>
          </w:p>
        </w:tc>
      </w:tr>
      <w:tr>
        <w:tc>
          <w:tcPr>
            <w:tcW w:type="dxa" w:w="4320"/>
          </w:tcPr>
          <w:p>
            <w:r>
              <w:t>معیار اصلی: * استفاده از زمان خرید در جهت تقویت نظام اخوت و برادری در جامعه</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خطبه های نماز جمعه تهران</w:t>
              <w:b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 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br/>
              <w:t>معیار معکوس : * اجاره بالای فروشگاه* توجه صِرف به بهره وری در نظام تولید، توزیع و مصرف* اغواء و اتلاف وقت افراد (با عنوان صرفه¬جویی در زمان خرید)* فربه¬سازی نظام تک محصولی شهرها به منظور حذف روابط نابازار میان خریدار و فروشنده* گذاری کالاها بر مبنای نفع فردی* گزارش خرید بر اساس نفع فردی</w:t>
            </w:r>
          </w:p>
        </w:tc>
        <w:tc>
          <w:tcPr>
            <w:tcW w:type="dxa" w:w="4320"/>
          </w:tcPr>
          <w:p>
            <w:r>
              <w:t>**معیار برای تشخیص:** اجاره بالای فروشگاه</w:t>
              <w:br/>
              <w:br/>
              <w:t xml:space="preserve">**توضیحات معیار:**  </w:t>
              <w:br/>
              <w:t>معیار مورد نظر بر اساس چندین مفهوم کلیدی که در متون مختلف مطرح شده، شکل گرفته است:</w:t>
              <w:br/>
              <w:br/>
              <w:t>1. **تو، فراموشی و بی‌تفاوتی**: اجاره بالای فروشگاه می‌تواند به بی‌توجهی نسبت به ارتباطات انسانی و احساس مسئولیت میان افراد منجر شود، که مغایر با اصل توجه به یکدیگر و ایجاد محیطی پر از محبت و همکاری است.</w:t>
              <w:br/>
              <w:br/>
              <w:t>2. **بهره‌وری صرف در نظام تولید و توزیع**: تمرکز صرف بر بهره‌وری در نظام تولید و توزیع می‌تواند به حذف روابط انسانی و غیر اقتصادی میان خریداران و فروشندگان منجر شود و نادیده گرفتن عواطف و محبت انسانی را به همراه داشته باشد.</w:t>
              <w:br/>
              <w:br/>
              <w:t>3. **اغوای افراد و اتلاف وقت**: توجه به زمان خرید به عنوان یک منبع صرفه‌جویی در زمان، می‌تواند به اغواء و اتلاف وقت افراد منجر شود و فضای زندگی اجتماعی را تحت تأثیر قرار دهد به گونه‌ای که افراد به روابط اجتماعی کم‌توجه‌تر شوند.</w:t>
              <w:br/>
              <w:br/>
              <w:t>4. **تک‌محوری در تولید**: فربه‌سازی نظام تک محصولی در شهرها به معنای کاهش تنوع در عرضه کالاها و حذف روابط نابازار می‌تواند منجر به کاهش کیفیت روابط اجتماعی و عدم توجه به نیازها و خواسته‌های متقابل افراد شود.</w:t>
              <w:br/>
              <w:br/>
              <w:t>5. **نفع فردی به جای همکاری گروهی**: گذاری کالاها بر مبنای نفع فردی و گزارش خرید بر اساس نفع فردی می‌تواند به فراموشی اصل همکاری و همدلی میان افراد جامعه منجر شده و به کاهش همکاری و تعاملات انسانی آسیب برساند.</w:t>
            </w:r>
          </w:p>
        </w:tc>
      </w:tr>
      <w:tr>
        <w:tc>
          <w:tcPr>
            <w:tcW w:type="dxa" w:w="4320"/>
          </w:tcPr>
          <w:p>
            <w:r>
              <w:t>معیار اصلی: * ایفای نقش کلیدی در لتعارفوا میان خریدار و فروشنده</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خطبه های نماز جمعه تهران</w:t>
              <w:b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 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br/>
              <w:t>معیار معکوس : * اجاره بالای فروشگاه* توجه صِرف به بهره وری در نظام تولید، توزیع و مصرف* اغواء و اتلاف وقت افراد (با عنوان صرفه¬جویی در زمان خرید)* فربه¬سازی نظام تک محصولی شهرها به منظور حذف روابط نابازار میان خریدار و فروشنده* گذاری کالاها بر مبنای نفع فردی* گزارش خرید بر اساس نفع فردی</w:t>
            </w:r>
          </w:p>
        </w:tc>
        <w:tc>
          <w:tcPr>
            <w:tcW w:type="dxa" w:w="4320"/>
          </w:tcPr>
          <w:p>
            <w:r>
              <w:t>**معیار برای تشخیص:** اجاره بالای فروشگاه</w:t>
              <w:br/>
              <w:br/>
              <w:t xml:space="preserve">**توضیحات معیار:** </w:t>
              <w:br/>
              <w:t>این معیار به مفهوم تضعیف و تغییر روابط انسانی و عاطفی میان اعضای جامعه اشاره دارد. از جمله مفاهیمی که در این راستا به کار رفته‌اند شامل:</w:t>
              <w:br/>
              <w:br/>
              <w:t>1. **توجه صِرف به بهره‌وری**: بر محور تمرکز بر کارایی در تولید، توزیع و مصرف، که به روابط انسانی و همبستگی اجتماعی اهمیت کمتری می‌دهد.</w:t>
              <w:br/>
              <w:t xml:space="preserve">   </w:t>
              <w:br/>
              <w:t>2. **اغواء و اتلاف وقت افراد**: اشاره به نگرشی که زمان افراد را به نفع منافع خود و بیشتر با عنوان صرفه‌جویی در زمان خرید مختل می‌کند، بدون در نظر گرفتن روابط انسانی.</w:t>
              <w:br/>
              <w:br/>
              <w:t>3. **فربه‌سازی نظام تک محصولی**: ایجاد تصوری که منجر به حذف روابط نابازار میان خریدار و فروشنده می‌شود و به جای تعاملات انسانی، به روابط صرفا اقتصادی توجه دارد.</w:t>
              <w:br/>
              <w:br/>
              <w:t>4. **گذاری کالاها بر مبنای نفع فردی**: تأکید بر انتخاب‌ها و تصمیمات اقتصادی که بر اساس منفعت فردی و نه مسئولیت اجتماعی شکل می‌گیرند.</w:t>
              <w:br/>
              <w:br/>
              <w:t xml:space="preserve">5. **گزارش خرید بر اساس نفع فردی**: ارائه نتایج یا اطلاعات خرید که وابسته به منافع فردی بوده و توجه به نفع جمعی را نادیده می‌گیرد. </w:t>
              <w:br/>
              <w:br/>
              <w:t>این معیار می‌تواند در ارزیابی تعاملات اجتماعی و اقتصادی مفید باشد، زیرا تأکید بر کاهش روابط انسانی و عاطفی را نشان می‌دهد.</w:t>
            </w:r>
          </w:p>
        </w:tc>
      </w:tr>
      <w:tr>
        <w:tc>
          <w:tcPr>
            <w:tcW w:type="dxa" w:w="4320"/>
          </w:tcPr>
          <w:p>
            <w:r>
              <w:t>معیار اصلی: * لیبل گذاری کالاها بر مبنای اولویت نفع اجتماعی- تاریخی</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خطبه های نماز جمعه تهران</w:t>
              <w:b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 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br/>
              <w:t>معیار معکوس : * اجاره بالای فروشگاه* توجه صِرف به بهره وری در نظام تولید، توزیع و مصرف* اغواء و اتلاف وقت افراد (با عنوان صرفه¬جویی در زمان خرید)* فربه¬سازی نظام تک محصولی شهرها به منظور حذف روابط نابازار میان خریدار و فروشنده* گذاری کالاها بر مبنای نفع فردی* گزارش خرید بر اساس نفع فردی</w:t>
            </w:r>
          </w:p>
        </w:tc>
        <w:tc>
          <w:tcPr>
            <w:tcW w:type="dxa" w:w="4320"/>
          </w:tcPr>
          <w:p>
            <w:r>
              <w:t>معیار برای تشخیص: * اجاره بالا و فروشگاه * توجه صرف به بهره‌وری در نظام تولید، توزیع و مصرف * اغواء و اتلاف وقت افراد (با عنوان صرفه‌جویی در زمان خرید) * فربه‌سازی نظام تک محصولی شهرها به منظور حذف روابط نابازار میان خریدار و فروشنده * گذاری کالاها بر مبنای نفع فردی * گزارش خرید بر اساس نفع فردی</w:t>
              <w:br/>
              <w:br/>
              <w:t>توضیحات معیار:</w:t>
              <w:br/>
              <w:t>در ارزیابی و تحلیل رفتارها و ویژگی‌هایی که در تناقض با اولویت نفع اجتماعی- تاریخی قرار دارند، ابعاد زیر می‌توانند به عنوان شاخص‌هایی برای سنجش عدم همخوانی با نفع اجتماعی- تاریخی مورد توجه قرار گیرند:</w:t>
              <w:br/>
              <w:br/>
              <w:t>1. **اجاره بالا و فروشگاه**: ایجاد بار مالی بر مشتریان با افزایش هزینه‌های اجاره، که ممکن است سبب کاهش توان خرید و دسترسی افراد به کالاها و خدمات شود.</w:t>
              <w:br/>
              <w:br/>
              <w:t>2. **توجه صرف به بهره‌وری**: تمرکز بر افزایش بهره‌وری بدون در نظر گرفتن اثرات اجتماعی و انسانی آن، که می‌تواند منجر به بی‌توجهی به نیازهای جمعی و اجتماعی افراد شود.</w:t>
              <w:br/>
              <w:br/>
              <w:t>3. **اغواء و اتلاف وقت افراد**: اتخاذ اقداماتی که باعث ایجاد سردرگمی یا اتلاف وقت مشتریان تضعیف المشاركة اجتماعی و کیفیت تجربه خرید گردد.</w:t>
              <w:br/>
              <w:br/>
              <w:t>4. **فربه‌سازی نظام تک محصولی**: شکل‌گیری نظام‌های تولید و توزیع که بر تولید و توزیع یک نوع محصول متمرکز شده و از ایجاد تنوع و روابط مثبت میان خریداران و فروشندگان جلوگیری کند.</w:t>
              <w:br/>
              <w:br/>
              <w:t>5. **گذاری کالاها بر مبنای نفع فردی**: رویکردی که در آن کالاها تنها بر اساس منافع شخصی کیفیت می‌شوند، بدون توجه به عواقب اجتماعی یا تاریخی آن.</w:t>
              <w:br/>
              <w:br/>
              <w:t>6. **گزارش خرید بر اساس نفع فردی**: عدم تمرکز بر تجزیه و تحلیل اثرات اجتماعی و انسانی خریدها و گزارش‌دهی صرفاً بر مبنای منافع فردی، که به تبع آن مسئولیت‌های اجتماعی نادیده گرفته می‌شوند.</w:t>
            </w:r>
          </w:p>
        </w:tc>
      </w:tr>
      <w:tr>
        <w:tc>
          <w:tcPr>
            <w:tcW w:type="dxa" w:w="4320"/>
          </w:tcPr>
          <w:p>
            <w:r>
              <w:t>معیار اصلی: * گزارش خرید بر اساس میزان افزایش توانمندی مسلمین</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خطبه های نماز جمعه تهران</w:t>
              <w:b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 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br/>
              <w:t>معیار معکوس : * اجاره بالای فروشگاه* توجه صِرف به بهره وری در نظام تولید، توزیع و مصرف* اغواء و اتلاف وقت افراد (با عنوان صرفه¬جویی در زمان خرید)* فربه¬سازی نظام تک محصولی شهرها به منظور حذف روابط نابازار میان خریدار و فروشنده* گذاری کالاها بر مبنای نفع فردی* گزارش خرید بر اساس نفع فردی</w:t>
            </w:r>
          </w:p>
        </w:tc>
        <w:tc>
          <w:tcPr>
            <w:tcW w:type="dxa" w:w="4320"/>
          </w:tcPr>
          <w:p>
            <w:r>
              <w:t>**معیار برای تشخیص:** اجاره بالای فروشگاه</w:t>
              <w:br/>
              <w:br/>
              <w:t xml:space="preserve">**توضیحات معیار:**  </w:t>
              <w:br/>
              <w:t>این معیار بر اساس شرایطی طراحی شده است که باعث بروز کاستی‌هایی در روابط اجتماعی، اقتصادی و انسانی می‌شود. در این راستا، مؤلفه‌های زیر به عنوان اصول ارزشی و معیارهایی برای ارزیابی به کار می‌روند:</w:t>
              <w:br/>
              <w:br/>
              <w:t>1. **توجه صِرف به بهره‌وری در نظام تولید، توزیع و مصرف:** این رفتار می‌تواند به نوعی محدودیت در روابط انسانی و اجتماعی منجر شود و عواطف انسانی را تحت تأثیر قرار دهد.</w:t>
              <w:br/>
              <w:br/>
              <w:t>2. **اغواء و اتلاف وقت افراد:** چنین رویه‌ای می‌تواند منجر به تنش‌های اجتماعی و کاهش همبستگی میان افراد جامعه شود، به ویژه در شرایطی که افراد هزاران بار برای خرید و تعامل در فضای اجتماعی وقت صرف می‌کنند و احساس بی‌تفاوتی نسبت به یکدیگر پیدا می‌کنند.</w:t>
              <w:br/>
              <w:br/>
              <w:t>3. **فربه‌سازی نظام تک محصولی شهرها:** این شرایط تنها بر اساس نفع فردی و نزدیک ساختن افراد به کالاها پایه‌گذاری شده است. این رویکرد می‌تواند معضلات اجتماعی را تشدید کند و روابط نابازار میان خریدار و فروشنده را کاهش دهد.</w:t>
              <w:br/>
              <w:br/>
              <w:t>4. **گذاری کالاها بر مبنای نفع فردی:** این جنبه می‌تواند روحیه همکاری و نوع‌دوستی را در جامعه تضعیف کند و احساس مسئولیت‌پذیری را در میان افراد محدود سازد.</w:t>
              <w:br/>
              <w:br/>
              <w:t>5. **گزارش خرید بر اساس نفع فردی:** این رفتار می‌تواند به ایجاد فضای بی‌توجهی و انزوا در میان اعضای جامعه منجر شود و ارتباطات انسانی را خدشه‌دار کند.</w:t>
            </w:r>
          </w:p>
        </w:tc>
      </w:tr>
      <w:tr>
        <w:tc>
          <w:tcPr>
            <w:tcW w:type="dxa" w:w="4320"/>
          </w:tcPr>
          <w:p>
            <w:r>
              <w:t>معیار اصلی: عرضه محصولات با اولویت حفظ ذخایر ژنتیکی، مهارتی و زیستی</w:t>
              <w:br/>
              <w:t xml:space="preserve">توضیحات برگرفته از منابع: </w:t>
              <w:br/>
              <w:br/>
              <w:t>معیار معکوس : عرضه محصولات دستکاری شده مانند تراریخته و اصلاح نژادی</w:t>
            </w:r>
          </w:p>
        </w:tc>
        <w:tc>
          <w:tcPr>
            <w:tcW w:type="dxa" w:w="4320"/>
          </w:tcPr>
          <w:p>
            <w:r>
              <w:t>معیار برای تشخیص: عرضه محصولات دستکاری شده مانند تراریخته و اصلاح نژادی</w:t>
              <w:br/>
              <w:br/>
              <w:t>توضیحات معیار:</w:t>
              <w:br/>
              <w:t>1. **محصولات**: اشاره به کالا یا خدماتی که با استفاده از فناوری‌های پیشرفته به گونه‌ای تغییر یافته‌اند که ممکن است به طور مستقیم روی ساختار ژنتیکی آن‌ها تأثیر بگذارد. این نوع محصولات ممکن است نیازهای فوری بازار را برآورده کنند اما ممکن است از جنبه‌های بلندمدت پایداری محیط زیست تغافل کنند.</w:t>
              <w:br/>
              <w:br/>
              <w:t>2. **دستکاری ژنتیکی**: به فرآیندهای علمی اطلاق می‌شود که در آن‌ها تغییرات عمدی در ساختار ژن‌های گیاهان و جانوران انجام می‌گیرد. این عمل می‌تواند به بهبود کیفیت و کارایی محصولات کمک کند، اما ممکن است با چالش‌هایی در زمینه ایمنی، کنترل، و اثرات زیست‌محیطی همراه باشد.</w:t>
              <w:br/>
              <w:br/>
              <w:t>3. **اصلاح نژادی**: شامل روش‌هایی است که با تغییر خاصیت‌های ارثی نسل‌های مختلف گیاهان و جانوران، به تولید نژادهای جدید منجر می‌شود. این فرآیند ممکن است به افزایش بهره‌وری و عملکرد کمک کند، اما تضمینی برای حفظ تنوع زیستی فراهم نمی‌آورد.</w:t>
              <w:br/>
              <w:br/>
              <w:t>4. **قابلیت‌های زیست‌محیطی**: به تأثیرات محیط زیستی ناشی از تولید و عرضه این محصولات اشاره دارد. این ارزیابی شامل ملاحظات مربوط به پایداری، حفاظت از اکوسیستم‌ها و اثرات منفی بر تنوع زیستی است. فعالیت‌هایی که بر تقویت یا حفظ این قابلیت‌ها تأثیر منفی داشته باشند، در تضاد با اصول پایداری معرفی می‌شوند.</w:t>
            </w:r>
          </w:p>
        </w:tc>
      </w:tr>
      <w:tr>
        <w:tc>
          <w:tcPr>
            <w:tcW w:type="dxa" w:w="4320"/>
          </w:tcPr>
          <w:p>
            <w:r>
              <w:t>معیار اصلی: خانواده بنیادی و توجه به تقویت و گسترش خانواده و جامعه خانواده بنیاد</w:t>
              <w:br/>
              <w:t xml:space="preserve">توضیحات برگرفته از منابع: </w:t>
              <w:br/>
              <w:t>منبع: بیانات در دیدار جمعی از پرستاران</w:t>
              <w:br/>
              <w:t>متن: از نظر اسلام، خانواده خیلی مهم است. رابطه زن و مرد در محیط خانواده به‌گونه‌ای است، و در محیط جامعه، به‌گونه‌ای دیگر است. اگر آن ضوابطی که اسلام در محیط جامعه به عنوان حایل بین زن و مرد قرار داده است، بشکند، خانواده خراب میشود. در خانواده، غالباً به زن و گاهی هم به مرد، ممکن است ظلم شود. فرهنگ اسلامی، فرهنگ عدم اختلاط زن و مرد است. چنین زندگیای با خوشبختی ادامه مییابد و میتواند به درستی و با رعایت موازین عقلی بچرخد و حرکت کند و به پیش برود. در این‌جا اسلام سختگیری کرده است. اگر آن حدّ و مرزی که در جامعه قرار داده شده است، چه از طرف زن و چه از طرف مرد بشکند، اسلام در مقابل آن سختگیری میکند؛ درست نقطه مقابل آنچه که شهوترانان عالم میخواسته‌اند و عمل میکرده‌اند. قدرتمندان و زرمندان و زورمندان، مردشان، زنشان و زیردستهایشان و کسانی که با آنها و برای آنها زندگی میکرده‌اند، همیشه عکس این عمل میکرده‌اند. آنها مایل بوده‌اند که این حجاب بین زن و مرد، از بین برود، که این، البته برای زندگىِ جامعه مضرّ و برای اخلاق جامعه بد است. برای حفظ عفّت جامعه زیانبار و بخصوص برای خانواده از همه چیز بدتر است. این، بنیان خانواده را متزلزل میکند. اسلام به خانواده اهمیت می‌دهد. تمام دعوای امروزِ بلندگوها و بوقهای تبلیغاتیِ غربی با مسلمین هم بر سرِ همین است.</w:t>
              <w:br/>
              <w:t>منبع: بیانات در دیدار مداحان اهل بیت علیهم السلام</w:t>
              <w:br/>
              <w:t>متن: من تکیه میکنم در این برهه‌ی از زمان روی مسئله‌ی خانواده تکیه کنید. دشمن -نه دشمن ایران یا دشمن انقلاب؛ دشمن بشریّت- تصمیم گرفته که نظام خانواده را در بین بشر از بین ببرد. خانواده سنّت الهی است. دشمن بشریّت یعنی جریان سرمایه‌داری بین‌المللی و صهیونیسم تقریباً از حدود صد سال پیش تصمیم گرفتند که خانواده را در بین بشر از بین ببرند؛ و یک جاهایی موفّق شدند. در آن جاهایی که از خدا دور بودند موفّق شدند، در یک جاهایی هم از جمله در ایران اسلامی ما موفّق نشدند امّا دارند تلاش میکنند. این ازدواجهای سخت، این ازدواجهای دیر، این فرزندآوری کم، این به تعبیر غلط زشتشان «ازدواجهای سفید» -که سیاه‌ترین نوع زندگی مزدوج است- همه‌ی اینها به خاطر این است که خانواده از بین برود. رواج شهوات، از بین رفتن حیا و عفّت، امروز جزو برنامه‌های دشمن است. شما مبارزه‌ی با اینها را جزو برنامه‌های خودتان قرار بدهید. طهارت و پاکیزگیِ دامان جوانهای این کشور را مورد همّت خودتان قرار بدهید، بر آن همّت بگمارید، و این یکی از بهترین کارها و یکی از مؤثّرترین شیوه‌ها برای حفظ انقلاب و برای رشد انقلاب و برای حفظ نظام اسلامی است</w:t>
              <w:br/>
              <w:t>منبع: بیانات در مراسم اجرای خطبه عقد ازدواج</w:t>
              <w:br/>
              <w:t>متن: در کار ازدواج و این مراسم، و رسم و سنتی که در اسلام و در همه‌ی ادیان و در بشریت وجود دارد، به نظر اسلام آن چیزی که اصل و محور است، تشکیل کانون خانوادگی است. از نظر اسلام، خانواده یک رکن بزرگ است. اگر باشد و سالمش باشد و تربیت درست باشد، در پیشرفت کار جامعه به صورتی که اسلام می‌خواهد، تأثیر زیادی دارد. اسلام می‌خواهد این کانون تشکیل بشود و به وجود بیاید... اصل قضیه این است که باید کانون خانواده به وجود بیاید؛ اسلام این را خواسته است. شما یک دختر از جایی و یک پسر از جای دیگری می‌آیید و با یکدیگر آشنا و متصل می‌شوید؛ یک خانواده به وجود می‌آید. این خانواده، منشأ خیراتی است. در اداره‌ی کشور و اداره‌ی انسانیت، کارهای عظیمی به عهده‌ی این خانواده است. این، چیز بسیار مهمی است. شما باید این را مواظب باشید و حفظ کنید.</w:t>
              <w:br/>
              <w:br/>
              <w:t>معیار معکوس : شرکت یا شهروند، خانواده فقط سلول مصرفی کوچک</w:t>
            </w:r>
          </w:p>
        </w:tc>
        <w:tc>
          <w:tcPr>
            <w:tcW w:type="dxa" w:w="4320"/>
          </w:tcPr>
          <w:p>
            <w:r>
              <w:t>**معیار برای تشخیص:** شرکت یا شهروند، خانواده فقط سلول مصرفی کوچک</w:t>
              <w:br/>
              <w:br/>
              <w:t xml:space="preserve">**توضیحات معیار:** </w:t>
              <w:br/>
              <w:t>خانواده به عنوان یک نهاد اجتماعی و فرهنگی باید به گونه‌ای در نظر گرفته شود که فراتر از یک سلول مصرفی و کوچک دیده نشود. موارد زیر به ارزیابی این معیار کمک می‌کند:</w:t>
              <w:br/>
              <w:br/>
              <w:t>1. **نظام خانواده:** در این رویکرد، خانواده به عنوان یک نهاد غیرمؤثر و بدون اهمیت تلقی می‌شود. این مفهوم مستلزم این است که خانواده به عنوان سنت الهی و کانون تربیت و اجتماعی شدن کنار گذاشته شود و بر اهمیت آن تأکید نشود.</w:t>
              <w:br/>
              <w:br/>
              <w:t>2. **رابطه زن و مرد:** دیدگاه‌هایی که روابط میان زن و مرد را بدون توجه به حریم‌های مشخص در محیط خانواده و جامعه می‌نگرند، منجر به از بین رفتن عفت و حرمت‌های اجتماعی خواهند شد. این امر می‌تواند به تضعیف بنیان خانواده و روابط عاطفی منجر شود.</w:t>
              <w:br/>
              <w:br/>
              <w:t>3. **ایجاد کانون خانوادگی:** نادیده گرفتن نیاز به ایجاد و حفظ خانواده به عنوان یک کانون اجتماعی و فرهنگی می‌تواند در تضاد با اصول بنیادین ارتباطات انسانی باشد. در این دیدگاه، ازدواج و تشکیل خانواده به عنوان یک توافق و نه یک تعهد جدی در نظر گرفته می‌شود.</w:t>
              <w:br/>
              <w:br/>
              <w:t>4. **ضرورت تربیت درست:** اگر خانواده به عنوان محیطی برای تربیت و پرورش نسل جدید در نظر گرفته نشود، تأثیرات منفی بر روی کیفیت جامعه و پیشرفت آن ظاهر می‌شود. این به معنای نادیده گرفتن نقش فعال خانواده در توسعه جامعه خواهد بود.</w:t>
              <w:br/>
              <w:br/>
              <w:t xml:space="preserve">5. **مبارزه با آسیب‌های اجتماعی:** نادیده گرفتن ضرورت مقابله با آفات فرهنگی و اجتماعی، می‌تواند به ترویج ناهنجاری‌ها و انحرافات در جامعه بینجامد. این عمل مسئولیت خانواده در حفظ ارزش‌های اسلامی و اجتماعی را کاهش می‌دهد. </w:t>
              <w:br/>
              <w:br/>
              <w:t>این مفاهیم به روشن شدن تفسیر و تحلیل دیدگاه‌های موجود در ارتباط با خانواده کمک خواهد کرد و می‌تواند به ارزیابی کیفی متون و فعالیت‌های مرتبط با آن یاری رساند.</w:t>
            </w:r>
          </w:p>
        </w:tc>
      </w:tr>
      <w:tr>
        <w:tc>
          <w:tcPr>
            <w:tcW w:type="dxa" w:w="4320"/>
          </w:tcPr>
          <w:p>
            <w:r>
              <w:t>معیار اصلی: قبول تفاوت جنسیتی و لزوم ایجاد دو نهاد اجتماعی متناسب با خصوصیات هر جنسیت به منظور احترام به این تفاوت و عدم تبعیض میان جنسیت ها</w:t>
              <w:br/>
              <w:t xml:space="preserve">توضیحات برگرفته از منابع: </w:t>
              <w:br/>
              <w:t>منبع: بیانات در دیدار مداحان اهل بیت علیهم السلام</w:t>
              <w:br/>
              <w:t>متن: خدای متعال مرد را و زن را از جهاتی مثل هم قرار داده است؛ از لحاظ عروج به مقامات معنوی با هم تفاوتی ندارند، نمونه‌اش فاطمه‌ی زهرا (سلام‌الله‌علیها)؛ از لحاظ قدرت رهبری با هم تفاوتی ندارند، نمونه‌اش فاطمه‌ی زهرا (سلام‌الله‌علیها)؛ از لحاظ توانایی هدایت بشر تفاوتی ندارند، نمونه‌اش فاطمه‌ی زهرا (سلام‌الله‌علیها)؛ امّا از لحاظ وظایف اداره‌ی زندگی تفاوت دارند، باز نمونه‌اش فاطمه‌ی زهرا (سلام‌الله‌علیها). اینهایی که از حقوق زن میخواهند دفاع کنند، به قول معروف شیپور را از سرِ گشادش میزنند و نمیفهمند چه بگویند و از چه چیز زن دفاع کنند، میگویند چرا زن مدیریّت [نکند]؛ مگر مدیریّتها یک افتخار است برای یک انسان که دنبال این باشد که چرا مدیریّتها [مخصوص مرد است]؟ اسمش را هم میگذارند عدالت جنسیّتی؛ این عدالت است؟ آن کسانی که در دنیا برابری جنسیّتی را مطرح میکردند و دنبال آن بودند، امروز این‌قدر بدبختی و فساد از این ناحیه گریبان‌گیرشان شده که خودشان پشیمانند؛ البتّه خیلی‌هایشان صریحاً اقرار نمیکنند، خیلی‌هایشان هم با این فرهنگ بزرگ شدند، نمیفهمند چه اتّفاقی دارد می‌افتد؛ امّا اندیشمندانشان چرا، اندیشمندانشان میگویند، میفهمند، اظهار نگرانی می‌کنند. خدا کند این کسانی که در داخل اسم عدالت جنسیّتی می‌آورند، مرادشان این چیزی که به‌عنوان برابری جنسیّتی مطرح شده، نباشد.</w:t>
              <w:br/>
              <w:br/>
              <w:t>معیار معکوس : ارائه مفهوم برابری جنسیتی و یکسانی زن و مرد در عملکرد</w:t>
            </w:r>
          </w:p>
        </w:tc>
        <w:tc>
          <w:tcPr>
            <w:tcW w:type="dxa" w:w="4320"/>
          </w:tcPr>
          <w:p>
            <w:r>
              <w:t>**معیار برای تشخیص:** ارائه مفهوم برابری جنسیتی و یکسانی زن و مرد در عملکرد</w:t>
              <w:br/>
              <w:br/>
              <w:t>**توضیحات معیار:**</w:t>
              <w:br/>
              <w:t>این معیار به بررسی شرایطی می‌پردازد که در آن تفاوت‌های جنسیتی نادیده گرفته می‌شود و به جای قبول و احترام به ویژگی‌های خاص هر جنسیت، بر یکسانی و برابری تأکید می‌شود. مفهوم برابری جنسیتی با توجه به این که ممکن است به تعادل نرسد، می‌تواند منجر به عدم توجه به قابلیت‌ها و مسئولیت‌های منحصر به فرد هر جنس شود. همچنین، در این رویکرد ممکن است نقاط قوت و ضعف خاص اجتماعی و ساختاری که هر جنسیت با آن مواجه است نادیده گرفته شود. برای مثال، نادیده گرفتن اختلافات در وظایف و نقش‌های اجتماعی زنان و مردان می‌تواند به عدم درک و پذیرش نیازهای واقعی آن‌ها منجر شود.</w:t>
              <w:br/>
              <w:br/>
              <w:t>در این زمینه، به‌کارگیری و تعریف آنچه «یکسانی در عملکرد» نامیده می‌شود می‌تواند زمینه‌ساز مشکلاتی شود که به تبعیض و نابرابری‌ها در عمل منجر خواهد گشت. این نگرش در تضاد با مفاهیمی مانند عدالت جنسی است که به دنبال ایجاد فرصت‌های متناسب با نیازهای خاص هر جنسیت بدون نادیده گرفتن تفاوت‌ها می‌باشد. در نهایت، این معیار به شناسایی و ارزیابی فعالیت‌هایی که به یکسان‌سازی بدون در نظر گرفتن تفاوت‌های ساختاری و اجتماعی می‌پردازند، می‌پردازد.</w:t>
            </w:r>
          </w:p>
        </w:tc>
      </w:tr>
      <w:tr>
        <w:tc>
          <w:tcPr>
            <w:tcW w:type="dxa" w:w="4320"/>
          </w:tcPr>
          <w:p>
            <w:r>
              <w:t>معیار اصلی: مهمترین پایگاه بانوان در جامعه خانه مولد می باشد که محل پرورش انسان و ارتباط با طبیعت و ارحام است و مدیریت این محل با ایشان است.</w:t>
              <w:br/>
              <w:t xml:space="preserve">توضیحات برگرفته از منابع: </w:t>
              <w:br/>
              <w:t>منبع: قانون اساسی جمهوری اسلامی ایران</w:t>
              <w:br/>
              <w:t>متن: خانواده واحد بنیادین جامعه و کانون اصلی رشد و تعالی انسان است و توافق عقیدتی و آرمانی در تشکیل خانواده که زمینه ساز اصلی حرکت تکاملی و رشد یابنده انسان است اصل اساسی بوده و فراهم کردن امکانات جهت نیل به این مقصود از وظایف حکومت اسلامی است. زن در چنین برداشتی از واحد خانواده، از حالت (شیء بودن) و یا (ابزار کار بودن) در خدمت اشاعه   صرف زدگی و استثمار، خارج شده و ضمن بازیافتن وظیفه خطیر و پر ارج مادری در پرورش انسان‌های مکتبی پیش آهنگ خود همرزم مردان در میدا‌ن‌های فعال حیات می‌باشد و در نتیجه پذیرای مسؤولیتی خطیرتر و در دیدگاه اسلامی برخوردار از ارزش و کرامتی والاتر خواهد بود.</w:t>
              <w:br/>
              <w:t>منبع: بیانات در دیدار جمعی از بانوان فرهیخته‏ی حوزوی و دانشگاهی</w:t>
              <w:br/>
              <w:t>متن: در مسائل فعلی زنان كشور ما به اعتقاد من دو مسئله از همه مهم‏تر یا بگویید فوری‏تر و لازم‏الاهتمام‏تر از بقیه‏ی مسائل است. یك مسئله، مسئله‏ی اهمّیت و اعتبار خانه‏ و خانواده است. برای خانه‏ باید شأن قائل شد؛ انسان بدون خانه‏- كه مسكن‏ و مأوایی ندارد- قابل تصوّر نیست. هر انسان احتیاج دارد به خانه‏ و محیط خانه‏. روح محیط خانه‏ عبارت است از خانواده؛ باید به این اهمّیت داد، باید در این تأمّل و تدبّر كرد</w:t>
              <w:br/>
              <w:t>منبع: بیانات در دیدار با اعضای شورای فرهنگی، اجتماعی زنان، جمعی از زنان پزشك متخصص، و مسئولان اولین كنگره‏ی حجاب اسلامی، به مناسبت میلاد حضرت فاطمه‏ی زهرا(س)</w:t>
              <w:br/>
              <w:t>متن: مسأله‏ی مادری، مسأله‏ی همسری، مسأله‏ی خانه‏ و خانواده، مسائل بسیار اساسی و حیاتی است. در همه‏ی طرحهایی كه ما داریم، بایستی «خانواده» مبنا باشد.</w:t>
              <w:br/>
              <w:t>منبع: خطبه‌ی عقد مورخه‌ی 6/6/1381</w:t>
              <w:br/>
              <w:t>متن: وظایف داخل خانه‌ی زنان، نه اهمیّتش کمتر از وظایف بیرونی است و نه اینکه زحمتش کمتر است. شاید زحمتش بیشتر هم باشد. او هم برای اینکه این محیط را اداره کند، به تلاش و کوشش احتیاج دارد. چون مدیر داخل خانه زنان هستند. آن کسی که اداره می‌کند، کدبانو، یعنی آن کسی که محیط خانواده تحت اشراف اوست. تحت نظارت و تدبیر و مدیریت اوست. خیلی کار پر زحمتی است. خیلی کار ظریفی است. فقط هم ظرافتِ زنانه از عهده‌ی انجام این کار بر می‌آید. هیچ مردی امکان ندارد بتواند این ظرافتها را رعایت کند.</w:t>
              <w:br/>
              <w:t>منبع: خطبه‌ی عقد مورخه‌ی 18/12/1376</w:t>
              <w:br/>
              <w:t>متن: زن توی خانه بیکار نیست. یک عدّه‌ای خیال می‌کنند زن در خانه بیکار است. نخیر، زن توی خانه، بیشترین و سخت‌ترین و ظریف‌ترین کارها را انجام می‌دهد</w:t>
              <w:br/>
              <w:t>منبع: خطبه‌ی عقد مورخه‌ی 8/3/1381</w:t>
              <w:br/>
              <w:t>متن: برخی فکر می‌کنند اگر زنی مثلاً کارش عبارت شد از همان کارِ خانه، این اهانت به زن است؛ نه! هیچ اهانت نیست. بلکه مهمترین کار برای زن این است که زندگی را سرِ پا نگهدارد</w:t>
              <w:br/>
              <w:t>منبع: بیانات در دیدار بانوان نخبه در آستانه سالروز میلاد حضرت زهرا سلام الله علیها</w:t>
              <w:br/>
              <w:t>متن: در مسأله‌ی زن آنچه که در درجه‌ی اول اهمیت قرار دارد، مسأله‌ی «خانواده» است؛ نقش زن به عنوان عضوی از خانواده. به نظر من از همه‌ی نقشهائی که زن میتواند ایفاء کند، این اهمیتش بیشتر است. البته بعضی‌ها اینطور حرفها را در همان نظر اول با شدت رد میکنند و میگویند آقا شما میخواهید زن را توی خانه اسیر کنید، محبوس کنید، از حضور در صحنه‌های زندگی و فعالیت باز بدارید؛ نه، به هیچ وجه قصد ما این نیست؛ اسلام هم این را نخواسته. اسلام وقتی که میگوید: «والمؤمنون و المؤمنات بعضهم اولیاء بعض یأمرون بالمعروف و ینهون عن المنکر» (۱) یعنی مؤمنین و مؤمنات در حفظ مجموعه‌ی نظام اجتماعی و امر به معروف و نهی از منکر همه سهیم و شریکند؛ زن را استثناء نکرده. ما هم نمیتوانیم زن را استثناء کنیم. مسئولیت اداره‌ی جامعه‌ی اسلامی و پیشرفت جامعه‌ی اسلامی بر دوش همه است؛ بر دوش زن، بر دوش مرد؛ هر کدامی به نحوی بر حسب توانائی‌های خودشان. بحث سر این نیست که زن آیا میتواند مسئولیتی در بیرون از منزل داشته باشد یا نه - البته که میتواند، شکی در این نیست؛ نگاه اسلامی مطلقاً این را نفی نمیکند - بحث در این است که آیا زن حق دارد به خاطر همه‌ی چیزهای مطلوب و جالب و شیرینی که در بیرون از محیط خانواده برای او ممکن است تصور شود، نقش خود را در خانواده از بین ببرد؟ نقش مادری را، نقش همسری را؟ حق دارد یا نه؟ ما روی این نقش تکیه میکنیم. من میگویم مهمترین نقشی که یک زن در هر سطحی از علم و سواد و معلومات و تحقیق و معنویت میتواند ایفاء کند، آن نقشی است که به عنوان یک مادر و به عنوان یک همسر میتواند ایفاء کند؛ این از همه‌ی کارهای دیگر او مهمتر است؛ این، آن کاری است که غیر از زن، کس دیگری نمیتواند آن را انجام دهد. گیرم این زن مسئولیت مهم دیگری هم داشته باشد - داشته باشد - اما این مسئولیت را باید مسئولیت اول و مسئولیت اصلی خودش بداند. بقای نوع بشر و رشد و بالندگی استعدادهای درونی انسان به این وابسته است؛ حفظ سلامت روحی جامعه به این وابسته است؛ سَکن و آرامش و طمأنینه در مقابل بیقراری‌ها و بی‌تابی‌ها و تلاطم‌ها به این وابسته است.</w:t>
              <w:br/>
              <w:t>منبع: بیانات در دیدار جمعی از خواهران متخصص رشته پزشکی و مامایی</w:t>
              <w:br/>
              <w:t>متن: این‌که گفته می‌شود وجود زن برای کار در خانه لازم است، معنایش این نیست که در میدانهای علمی و عملی و فعّالیتها، توانایی ندارد. یا از لحاظ معنویّت که بالاتر از همه‌ی اینهاست و در مورد فاطمه‌ی زهرا سلام‌الله‌علیها، همه‌ی اینها را مشاهده می‌کنیم. هرچند البته، طبیعی‌ترین و فطری‌ترین و مطلوبترین کار برای زنان، کار در خانه است. یعنی مسأله‌ی اداره کردن همسر و فرزندان، طبیعی‌ترین کار است، و من خیال نمی‌کنم زنی طبیعی باشد و به این کار عشق و علاقه نداشته باشد. به طور قهری، همه‌ی زنان به این کار عشق و علاقه دارند.</w:t>
              <w:br/>
              <w:t>منبع: بیانات در دیدار مداحان اهل بیت علیهم السلام</w:t>
              <w:br/>
              <w:t>متن: فریفتگان غافل، خانه‌داریِ زن را تحقیر می‌کنند؛ در حالی‌که خانه‌داری یعنی تربیتِ انسان، و تولید والاترین محصول و متاع عالم وجود یعنی بشر. ۱۳۹۵/۱۲/۲۹ زن توی خانه بیکار نیست. یک عدّه‌ای خیال می‌کنند زن در خانه بیکار است. نخیر، زن توی خانه، بیشترین و سخت‌ترین و ظریف‌ترین کارها را انجام می‌دهد.</w:t>
              <w:br/>
              <w:t>منبع: بیانات در دیدار جمعی از مداحان</w:t>
              <w:br/>
              <w:t>متن: یکی از مهمترین وظائف زن، خانه‌داری است. همه میدانند؛ بنده عقیده ندارم به این که زنها نباید در مشاغل اجتماعی و سیاسی کار کنند؛ نه، اشکالی ندارد؛ اما اگر چنانچه این به معنای این باشد که ما به خانه‌داری به چشم حقارت نگاه کنیم، این میشود گناه. خانه‌داری یک شغل است؛ شغل بزرگ، شغل مهم، شغل حساس، شغل آینده‌ساز. فرزندآوری یک مجاهدت بزرگ است.</w:t>
              <w:br/>
              <w:br/>
              <w:t xml:space="preserve">معیار معکوس : </w:t>
            </w:r>
          </w:p>
        </w:tc>
        <w:tc>
          <w:tcPr>
            <w:tcW w:type="dxa" w:w="4320"/>
          </w:tcPr>
          <w:p>
            <w:r>
              <w:t>### معیار برای تشخیص</w:t>
              <w:br/>
              <w:t>مهمترین پایگاه بانوان در جامعه می‌تواند محل عدم پرورش انسان و قطع ارتباط با طبیعت و ارحام باشد و مدیریت این محل نمی‌تواند به عهده ایشان باشد.</w:t>
              <w:br/>
              <w:br/>
              <w:t>### توضیحات معیار</w:t>
              <w:br/>
              <w:t>این معیار بر اساس ویژگی‌های زیر قابل ارزیابی است:</w:t>
              <w:br/>
              <w:br/>
              <w:t>1. **عدم توجه به خانواده به عنوان واحد بنیادین**: در این الگو، خانواده به عنوان یک ساختار اداری عادی در نظر گرفته می‌شود و نقش زنان در کانون خانواده نادیده گرفته می‌شود. این ارزیابی بدین معناست که زنان نمی‌بایست در فرایندهای رشد و تعالی انسان نقشی ایفا کنند و تأکید بر توافق عقیدتی و آرمانی برای تشکیل خانواده کم‌رنگ می‌شود.</w:t>
              <w:br/>
              <w:br/>
              <w:t>2. **غفلت از مدیریت خانه**: در این معکوس، فرض می‌شود که زنان از توانایی‌های مدیریتی خود برای اداره محیط خانه داده نمی‌شوند. این ارزیابی بر این اساس است که مسئولیت‌های خانه به افراد دیگر محول شده و زنان از این جنبه از زندگی خود محروم می‌گردند.</w:t>
              <w:br/>
              <w:br/>
              <w:t>3. **کاهش اهمیت نقش مادری و همسری**: در این سیستم، نقش مادری و همسری به عنوان وظایف کلیدی ارزیابی نمی‌شود و به همین دلیل، پرورش نسل‌های آینده و حفظ سلامت روحی خانواده در اولویت قرار ندارد.</w:t>
              <w:br/>
              <w:br/>
              <w:t>4. **غفلت از عملکرد فعال در داخل خانه**: در این دیدگاه، زنان به عنوان افرادی غیرفعال در نظر گرفته می‌شوند و کارهایی که به سختی و تلاش دیگران نیاز دارد نادیده گرفته می‌شود. این امر موجب می‌شود که فعالیت‌های خانگی به عنوان کارهایی عاری از ارزش تلقی شوند.</w:t>
              <w:br/>
              <w:br/>
              <w:t>5. **عدم اهتمام به حفظ سلامت خانواده و جامعه**: در این معیار، وجود زنان به عنوان محور خانواده و تأثیر آن‌ها بر آرامش، سلامت روحی و تربیت نسل‌های آینده نادیده گرفته می‌شود. این امر می‌تواند به کاهش وابستگی نوع بشر به محیط خانواده و توانایی‌های زنانه در آن منجر گردد.</w:t>
            </w:r>
          </w:p>
        </w:tc>
      </w:tr>
      <w:tr>
        <w:tc>
          <w:tcPr>
            <w:tcW w:type="dxa" w:w="4320"/>
          </w:tcPr>
          <w:p>
            <w:r>
              <w:t>معیار اصلی: • بازگرداندن نظام‌های اجتماعی که بانوان بهتر از عهده مدیریت آن بر می‌آیند و با خصوصیاتشان سنخیت بیشتری دارد به خانه، باعث حاضر کردن اراده زنان در مدیریت جامعه و حساس شدن مستمر و دائم‌الافزای ایشان نسبت به مقدرات اجتماعی می‌شود. (وارد کردن نظام های اجتماعی به خانه به معنی تعریف جایگاه رسمی در جامعه برای حضور این نظام های اجتماعی در خانه است، نه به صورت امری اخلاقی و فردی و بنابراین نیازمند تغییر ساختارهای اجتماعی برای این امر هستیم.)</w:t>
              <w:br/>
              <w:t xml:space="preserve">توضیحات برگرفته از منابع: </w:t>
              <w:br/>
              <w:t>منبع: بیانات در اجتماع زنان خوزستان</w:t>
              <w:br/>
              <w:t>متن: از نظر اسلام، در همه‌ی این فعّالیتهای مربوط به جامعه‌ی بشری و فعّالیتهای زندگی، زن و مرد دارای اجازه‌ی مشترک و همسان هستند. البته بعضی از کارها هست که باب زنان نیست؛ چون با ترکیب جسمانی آنها تطبیق نمی‌کند. بعضی از کارها هم هست که باب مردان نیست؛ چون با وضع اخلاقی و جسمی آنها تطبیق نمی‌کند. این موضوع ربطی به این ندارد که زن می‌تواند در میدان فعّالیتهای اجتماعی باشد یا نه. تقسیم کار، بر حسب امکانات و شوق و زمینه‌های اقتضای این کار است. اگر زن بخواهد شوق داشته باشد، می‌تواند فعّالیتهای گوناگون اجتماعی و آنچه که مربوط به جامعه است، انجام دهد.</w:t>
              <w:br/>
              <w:t>منبع: بیانات در دیدار جمعی از دانشجویان</w:t>
              <w:br/>
              <w:t>متن: اختلاط دو جنس از نظر اسلام یک چیز مطلوبی نیست. بله، در جلسات رسمی اشکالی ندارد، زن باشد، مرد باشد، بنشینند، بحث کنند؛ مجلس شورای اسلامی، مجلس مذاکره، مجلس مشورت امّا در محیطهایی که این اختلاطها حدومرزی ندارد، اینها ضرر میزند، دلها را خراب میکند.</w:t>
              <w:br/>
              <w:t>منبع: بیانات در دیدار جمعی از پرستاران</w:t>
              <w:br/>
              <w:t>متن: از نظر اسلام، خانواده خیلی مهم است. رابطه زن و مرد در محیط خانواده به‌گونه‌ای است، و در محیط جامعه، به‌گونه‌ای دیگر است. اگر آن ضوابطی که اسلام در محیط جامعه به عنوان حایل بین زن و مرد قرار داده است، بشکند، خانواده خراب میشود. در خانواده، غالباً به زن و گاهی هم به مرد، ممکن است ظلم شود. فرهنگ اسلامی، فرهنگ عدم اختلاط زن و مرد است. چنین زندگیای با خوشبختی ادامه مییابد و میتواند به درستی و با رعایت موازین عقلی بچرخد و حرکت کند و به پیش برود. در این‌جا اسلام سختگیری کرده است. اگر آن حدّ و مرزی که در جامعه قرار داده شده است، چه از طرف زن و چه از طرف مرد بشکند، اسلام در مقابل آن سختگیری میکند؛ درست نقطه مقابل آنچه که شهوترانان عالم میخواسته‌اند و عمل میکرده‌اند. قدرتمندان و زرمندان و زورمندان، مردشان، زنشان و زیردستهایشان و کسانی که با آنها و برای آنها زندگی میکرده‌اند، همیشه عکس این عمل میکرده‌اند. آنها مایل بوده‌اند که این حجاب بین زن و مرد، از بین برود، که این، البته برای زندگىِ جامعه مضرّ و برای اخلاق جامعه بد است. برای حفظ عفّت جامعه زیانبار و بخصوص برای خانواده از همه چیز بدتر است. این، بنیان خانواده را متزلزل میکند. اسلام به خانواده اهمیت می‌دهد. تمام دعوای امروزِ بلندگوها و بوقهای تبلیغاتیِ غربی با مسلمین هم بر سرِ همین است.</w:t>
              <w:br/>
              <w:t>منبع: بیانات در اجتماع زنان خوزستان</w:t>
              <w:br/>
              <w:t>متن: در عرصه‌ی فعّالیتهای اجتماعی] اسلام حدودی را معیّن کرده است که این حدود، مربوط به زن و اجازه داشتن او برای فعّالیت نیست؛ مربوط به اختلاط زن و مرد است که اسلام روی این مسأله حسّاسیت دارد. اسلام معتقد است که مرد و زن باید یک مرزبندی میان خودشان در همه جا -در خیابان، در اداره، در تجارتخانه- داشته باشند. میان زن و مرد مسلمان، حجاب و مرزی معیّن شده است. اختلاط و امتزاج زن و مرد، مثل اختلاط و امتزاج مردان با هم و زنان با هم نیست. این را باید رعایت کنند. هم مرد باید رعایت کند و هم زن باید رعایت کند. اگر این حسّاسیتِ اسلام نسبت به روابط و نوع اختلاط مرد و زن رعایت شود، همه‌ی کارهایی که مردان میتوانند در عرصه‌ی اجتماعی انجام دهند، زنان هم -اگر قدرت جسمانی و شوق و فرصتش را داشته باشند- میتوانند انجام دهند... برای این‌که محیط سالم و دارای امنیت باشد؛ زن بتواند کار خود را در جامعه انجام دهد، مرد هم بتواند مسؤولیتهای خود را انجام دهد، اسلام حجاب را معیّن کرده است که این حجاب، یکی از آن احکام برجسته‌ی اسلام است.</w:t>
              <w:br/>
              <w:br/>
              <w:t>معیار معکوس : ایجاد نهاد اجتماعی یکسان برای زن و مرد با هدف کارامدی نیروی انسانی در توسعه اقتصادی</w:t>
            </w:r>
          </w:p>
        </w:tc>
        <w:tc>
          <w:tcPr>
            <w:tcW w:type="dxa" w:w="4320"/>
          </w:tcPr>
          <w:p>
            <w:r>
              <w:t xml:space="preserve">**معیار برای تشخیص:**  </w:t>
              <w:br/>
              <w:t>ایجاد نهاد اجتماعی یکسان برای زن و مرد با هدف کارآمدی نیروی انسانی در توسعه اقتصادی.</w:t>
              <w:br/>
              <w:br/>
              <w:t xml:space="preserve">**توضیحات معیار:**  </w:t>
              <w:br/>
              <w:t>1. **ایجاد نهاد اجتماعی یکسان:** تاسیس نهادهایی که در آنها زن و مرد به یک‌سان در فعالیت‌های اجتماعی و اقتصادی مشغول به کار هستند، به معنای نادیده گرفتن تفاوت‌ها و ویژگی‌های خاص هر یک از جنسین است. این رویکرد ممکن است به کاهش تأثیرات مثبت خصوصیات خاص زنان در مدیریت و تصمیم‌گیری منجر شود.</w:t>
              <w:br/>
              <w:br/>
              <w:t>2. **عدم توجه به خصوصیات خاص جنسیتی:** عدم در نظر گرفتن ویژگی‌ها و تجارب خاص زنان در محیط‌های اجتماعی می‌تواند منجر به از دست رفتن فرصت‌های بسیار برای بهره‌برداری از توانمندی‌ها و نقطه‌نظرهای خاص زنان شود. چنین رویکردی به کاهش حساسیت اجتماعی و آگاهی نسبت به مقدرات اجتماعی آنان اشاره می‌کند.</w:t>
              <w:br/>
              <w:br/>
              <w:t>3. **غفلت از تغییر ساختارهای اجتماعی:** تلاش برای ایجاد نهادهای اجتماعی یکسان بدون تغییر در ساختارها و نگرش‌های اجتماعی موجود می‌تواند به تحقق ناقص اهداف و عدم نهادینه‌سازی حضور مناسب و مؤثر زنان در جامعه منجر شود. این موضوع می‌تواند تأثیر منفی بر تعاملات اجتماعی و تقسیم کار مبتنی بر شایستگی‌ها داشته باشد.</w:t>
              <w:br/>
              <w:br/>
              <w:t>4. **تضعیف حسّاسیت به مقدرات اجتماعی:** عدم حساسیت به مقدرات اجتماعی نشان‌دهنده آگاهی کم نسبت به مسائل اجتماعی و فرهنگی است. در این شرایط، زنان ممکن است در پیگیری و تأثیرگذاری بر مسائل کلان جامعه ابهام و بی‌توجهی را تجربه کنند.</w:t>
              <w:br/>
              <w:br/>
              <w:t>5. **عدم حفاظت از هویت اجتماعی:** عدم ایجاد بسترهای لازم برای حفظ هویت و تفاوت‌های جنسیتی در اقدامات اجتماعی می‌تواند به اختلاط‌های نامطلوب و در نتیجه کاهش کیفیت روابط خانوادگی و اجتماعی منجر شود. این تغییرات ممکن است بنیان خانواده را تضعیف کند و زمینه‌ساز ایجاد تعارضات اجتماعی شود.</w:t>
            </w:r>
          </w:p>
        </w:tc>
      </w:tr>
      <w:tr>
        <w:tc>
          <w:tcPr>
            <w:tcW w:type="dxa" w:w="4320"/>
          </w:tcPr>
          <w:p>
            <w:r>
              <w:t>معیار اصلی: * کسب و کارهای خرد و خانگی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r>
          </w:p>
        </w:tc>
        <w:tc>
          <w:tcPr>
            <w:tcW w:type="dxa" w:w="4320"/>
          </w:tcPr>
          <w:p>
            <w:r>
              <w:t>### معیار برای تشخیص</w:t>
              <w:br/>
              <w:t>* افزایش کمیت تولید محصولات از طریق سرمایه‌گذاری و کشاورزی متمرکز</w:t>
              <w:br/>
              <w:br/>
              <w:t>### توضیحات معیار</w:t>
              <w:br/>
              <w:t>این معیار به تأکید بر جنبش و فعالیت‌های اقتصادی در راستای افزایش تولید محصولات کشاورزی از طریق روش‌های متمرکز و صنعتی اشاره دارد. برخی مفاهیم و ویژگی‌های مرتبط با این معیار به شرح زیر است:</w:t>
              <w:br/>
              <w:br/>
              <w:t>- **سرمایه‌گذاری متمرکز**: این مفهوم نشان‌دهنده روند افزودن منابع مالی و تکنولوژیک به بخش کشاورزی از طریق سرمایه‌گذاران بزرگ و مؤسسات می‌باشد. تأکید بر سرمایه‌گذاری متمرکز به تغییر شکل تولید و بهره‌برداری از منابع به سمت تقویت رویکردهای صنعتی اشاره دارد.</w:t>
              <w:br/>
              <w:br/>
              <w:t>- **کشاورزی صنعتی**: به فرآیندهایی اطلاق می‌شود که در آن‌ها از تکنیک‌ها و فناوری‌های مدرن به منظور تولید انبوه محصولات کشاورزی استفاده می‌شود. این ویژگی می‌تواند باعث افزایش بهره‌وری و در نتیجه تولید بیشتر محصولات گردد، ولی ممکن است به تنوع محصول یا پایداری زیست‌محیطی آسیب بزند.</w:t>
              <w:br/>
              <w:br/>
              <w:t>- **توزیع متمرکز**: به ایجاد سیستم‌های توزیع و فروش تمرکز یافته که بر اساس آن، محصولات کشاورزی به جای توزیع میان تولیدکنندگان کوچک یا محلی، به دست شرکت‌های بزرگ و متمرکز می‌رسد. این رویکرد ممکن است به نفع تولیدکنندگان بزرگ باشد و کوچکترها را تحت فشار قرار دهد.</w:t>
              <w:br/>
              <w:br/>
              <w:t>- **محوریت گونه‌های غیر مثمر**: در برخی موارد، توجه به کشت درختان و گیاهان غیر مثمر می‌تواند منجر به عدم توجه به نیازهای غذایی اجتماعی و عامل تولید مواد غذایی ضروری گردد.</w:t>
              <w:br/>
              <w:br/>
              <w:t>- **گسترش کشاورزی مبتنی بر بهره‌کشی**: این ویژگی به تأکید بر استفاده حداکثری از منابع کشاورزی به منظور تولید محصولات بیشتر، حتی در صورت تضاد با پایداری زیست‌محیطی یا حقوق کشاورزان و دامداران مربوط می‌شود.</w:t>
              <w:br/>
              <w:br/>
              <w:t>با توجه به این مفاهیم، می‌توان سنجش و ارزیابی متون یا عملکردها در زمینه افزایش کمیت تولید محصولات کشاورزی از طریق سرمایه‌گذاری و کشاورزی متمرکز را بر اساس این ویژگی‌ها انجام داد.</w:t>
            </w:r>
          </w:p>
        </w:tc>
      </w:tr>
      <w:tr>
        <w:tc>
          <w:tcPr>
            <w:tcW w:type="dxa" w:w="4320"/>
          </w:tcPr>
          <w:p>
            <w:r>
              <w:t>معیار اصلی: * تازه خوری و طراحی نظام تولید متنوع کوچک مقیاس خانوادگی برای محصولات با عمر کم در تمام سال و پرهیز از ذخیره سازی محصولات با عمر کم</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t>منبع: بیانات در دیدار جمعی از اصناف و روستاییان</w:t>
              <w:br/>
              <w:t>متن: ما اگر بخواهیم کشورمان به استغناء و خودکفایى و بی‌نیازىِ از غیر به‌طور نسبى نائل بشود، باید بر روى روستا سرمایه‌گذارى کنیم و کار کنیم و زحمت بکشیم. پایه‌ی اوّلِ خودکفایى، خودکفایى در امور تغذیه‌ی مردم است. اینکه میگوییم خودکفایى به‌طور نسبى، به‌خاطر این است که خودکفایى به‌طور کامل ‌-که انسان به خارج از مرزهاى خود در هیچ‌چیز نیاز نداشته باشد- چیزى دور از دسترس است و کشورها و ملّتها هم دنبال آن نیستند؛ چون تبادل میان ملّتها و کشورها، امر عادّى و معمولی‌اى است. عمده این است که یک کشور بتواند بر روى پاى خود بِایستد و اساس زندگى خود را تأمین کند؛ و این احتیاج دارد به آبادى روستاها و کار کشاورزان و توجّه مسئولین و صرف پول و سرمایه ‌-چه پول و سرمایه‌ی دولتى و چه پول و سرمایه‌ی مردمى- در دهات و روستاها و امر کشاورزى ... سیاست کلّى در جمهورى اسلامى این است که روستاها تقویت بشوند، آباد بشوند، کشاورزان کار تولید را ‌-که براى آینده‌ی این کشور و سرنوشت اسلام و مسلمین حائز اهمّیّت است- جدّى بگیرند ... ما که میخواهیم با ابرقدرت‌هاى دنیا، با زورگوها و چپاولگرها سینه‌به‌سینه مقابله بکنیم، باید اساسی‌ترین و اصلی‌ترین نیاز مردم و کشور را ‌-یعنى امر تغذیه را- به نقطه‌ی اطمینان‌بخشى برسانیم و این جز با توجّه به روستاها امکان‌پذیر نیست.</w:t>
              <w:br/>
              <w:t>منبع: بیانات در دیدار با اعضای شورای فرهنگی، اجتماعی زنان، جمعی از زنان پزشك متخصص، و مسئولان اولین كنگره‏ی حجاب اسلامی، به مناسبت میلاد حضرت فاطمه‏ی زهرا(س)</w:t>
              <w:br/>
              <w:t>متن: مسأله‏ی مادری، مسأله‏ی همسری، مسأله‏ی خانه‏ و خانواده، مسائل بسیار اساسی و حیاتی است. در همه‏ی طرحهایی كه ما داریم، بایستی «خانواده» مبنا باشد.</w:t>
              <w:br/>
              <w:t>منبع: خطبه‌ی عقد مورخه‌ی 6/6/1381</w:t>
              <w:br/>
              <w:t>متن: وظایف داخل خانه‌ی زنان، نه اهمیّتش کمتر از وظایف بیرونی است و نه اینکه زحمتش کمتر است. شاید زحمتش بیشتر هم باشد. او هم برای اینکه این محیط را اداره کند، به تلاش و کوشش احتیاج دارد. چون مدیر داخل خانه زنان هستند. آن کسی که اداره می‌کند، کدبانو، یعنی آن کسی که محیط خانواده تحت اشراف اوست. تحت نظارت و تدبیر و مدیریت اوست. خیلی کار پر زحمتی است. خیلی کار ظریفی است. فقط هم ظرافتِ زنانه از عهده‌ی انجام این کار بر می‌آید. هیچ مردی امکان ندارد بتواند این ظرافتها را رعایت کند.</w:t>
              <w:br/>
              <w:t>منبع: خطبه‌ی عقد مورخه‌ی 18/12/1376</w:t>
              <w:br/>
              <w:t>متن: زن توی خانه بیکار نیست. یک عدّه‌ای خیال می‌کنند زن در خانه بیکار است. نخیر، زن توی خانه، بیشترین و سخت‌ترین و ظریف‌ترین کارها را انجام می‌دهد</w:t>
              <w:br/>
              <w:t>منبع: خطبه‌ی عقد مورخه‌ی 8/3/1381</w:t>
              <w:br/>
              <w:t>متن: برخی فکر می‌کنند اگر زنی مثلاً کارش عبارت شد از همان کارِ خانه، این اهانت به زن است؛ نه! هیچ اهانت نیست. بلکه مهمترین کار برای زن این است که زندگی را سرِ پا نگهدارد</w:t>
              <w:br/>
              <w:t>منبع: بیانات در مراسم اجرای خطبه عقد ازدواج</w:t>
              <w:br/>
              <w:t>متن: در کار ازدواج و این مراسم، و رسم و سنتی که در اسلام و در همه‌ی ادیان و در بشریت وجود دارد، به نظر اسلام آن چیزی که اصل و محور است، تشکیل کانون خانوادگی است. از نظر اسلام، خانواده یک رکن بزرگ است. اگر باشد و سالمش باشد و تربیت درست باشد، در پیشرفت کار جامعه به صورتی که اسلام می‌خواهد، تأثیر زیادی دارد. اسلام می‌خواهد این کانون تشکیل بشود و به وجود بیاید... اصل قضیه این است که باید کانون خانواده به وجود بیاید؛ اسلام این را خواسته است. شما یک دختر از جایی و یک پسر از جای دیگری می‌آیید و با یکدیگر آشنا و متصل می‌شوید؛ یک خانواده به وجود می‌آید. این خانواده، منشأ خیراتی است. در اداره‌ی کشور و اداره‌ی انسانیت، کارهای عظیمی به عهده‌ی این خانواده است. این، چیز بسیار مهمی است. شما باید این را مواظب باشید و حفظ کنید.</w:t>
              <w:br/>
              <w:br/>
              <w:t>معیار معکوس : * تأمین غذای کشور بر پایه معیار قرار گرفتن صرفه اقتصادی میان تولید و یا واردات* طراحی الگوی غذایی کشور بر پایه تعاریف اقتصاد سرمایه سالاری* طراحی نظام فراوری غذایی بر پایه حداکثرسازی بازاری شدن تغذیه آحاد جامعه* عمر طولانی مصنوعی با افزودن مواد نگهدارنده  برای محصولات با عمر کم</w:t>
            </w:r>
          </w:p>
        </w:tc>
        <w:tc>
          <w:tcPr>
            <w:tcW w:type="dxa" w:w="4320"/>
          </w:tcPr>
          <w:p>
            <w:r>
              <w:t>### معیار برای تشخیص</w:t>
              <w:br/>
              <w:t>تأمین غذای کشور بر پایه معیار قرار گرفتن صرفه اقتصادی میان تولید و یا واردات، طراحی الگوی غذایی کشور بر پایه تعاریف اقتصاد سرمایه‌سالاری، طراحی نظام فرآوری غذایی بر پایه حداکثرسازی بازاری شدن تغذیه آحاد جامعه، عمر طولانی مصنوعی با افزودن مواد نگهدارنده برای محصولات با عمر کم</w:t>
              <w:br/>
              <w:br/>
              <w:t>### توضیحات معیار</w:t>
              <w:br/>
              <w:t>این معیار بر تولید و تأمین غذایی که بر پایه صرفه اقتصادی و الگوهای سرمایه‌سالاری استوار باشد، تأکید دارد. طراحی نظام‌های غذایی با هدف حداکثرسازی بازاری شدن و افزایش طول عمر محصولات از طریق استفاده از مواد نگهدارنده می‌تواند به هدر رفت منابع و کاهش کیفیت مواد غذایی منجر شود. این اصول می‌تواند به‌طور غیرمستقیم بر امنیت غذایی تأثیر بگذارد و وابستگی به تأمین‌کنندگان خارجی را افزایش دهد.</w:t>
              <w:br/>
              <w:br/>
              <w:t>- **صرفه اقتصادی**: به معنای اولویت دادن به هزینه و فایده در تولید و تأمین غذا، که ممکن است به کیفیت و تازگی غذا آسیب بزند.</w:t>
              <w:br/>
              <w:t>- **اقتصاد سرمایه‌سالاری**: تأکید بر منافع اقتصادی و تجاری فارغ از توجه به ارزش‌های اجتماعی و فرهنگی، که ممکن است به نادیده‌گرفتن نیازهای واقعی جامعه منجر شود.</w:t>
              <w:br/>
              <w:t>- **بازاری شدن تغذیه**: محوریت بخش‌های تجاری در تأمین غذا، که می‌تواند با مسائلی چون افزایش قیمت‌ها و کاهش دسترسی به مواد غذایی باکیفیت همراه باشد.</w:t>
              <w:br/>
              <w:t>- **مواد نگهدارنده**: استفاده از مواد شیمیایی برای افزایش عمر محصولات غذایی، که ممکن است به خطرات سلامتی و کاهش ارزش غذایی منجر شود و روحیه کشاورزی سالم و طبیعی را تضعیف کند.</w:t>
            </w:r>
          </w:p>
        </w:tc>
      </w:tr>
      <w:tr>
        <w:tc>
          <w:tcPr>
            <w:tcW w:type="dxa" w:w="4320"/>
          </w:tcPr>
          <w:p>
            <w:r>
              <w:t>معیار اصلی: * توسعه کوثری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r>
          </w:p>
        </w:tc>
        <w:tc>
          <w:tcPr>
            <w:tcW w:type="dxa" w:w="4320"/>
          </w:tcPr>
          <w:p>
            <w:r>
              <w:t>**معیار برای تشخیص:** *افزایش کمیت تولید محصولات از طریق سرمایه گذاری و کشاورزی متمرکز*</w:t>
              <w:br/>
              <w:br/>
              <w:t>**توضیحات معیار:**</w:t>
              <w:br/>
              <w:t>این معیار به ارزیابی وضعیت کشاورزی و تولید محصولات غذایی به منظور بررسی چگونگی تأمین نیازهای غذایی و امنیت غذایی کشور می‌پردازد. مفاهیم کلیدی زیر در این معیار مورد توجه هستند:</w:t>
              <w:br/>
              <w:br/>
              <w:t>1. **افزایش متمرکز**: به روش‌های متمرکز و صنعتی‌سازی کشاورزی اشاره دارد که به افزایش کمیت تولید و صرفه اقتصادی تأکید دارد، و ممکن است وابستگی به سرمایه‌گذاران و تکنولوژی‌های جدید را به دنبال داشته باشد.</w:t>
              <w:br/>
              <w:br/>
              <w:t>2. **کاشت با تصرف**: این مفهوم به تعدی به منابع و استفاده از اراضی تحت تصرف دولتی یا پیمانکاران خصوصی اشاره دارد که ممکن است به بهره‌کشی از منابع طبیعی و تهدید پایداری محیط زیست منجر شود.</w:t>
              <w:br/>
              <w:br/>
              <w:t>3. **توزیع متمرکز**: به سیستم‌هایی اشاره دارد که در آن محصولات غذایی تحت کنترل و نظارت متمرکز توزیع می‌شوند، که می‌تواند به کاهش تنوع و ایجاد شرایط نامساعد برای تولیدکنندگان کوچک‌تر منجر شود.</w:t>
              <w:br/>
              <w:br/>
              <w:t>4. **محوریت گونه‌های غیر مثمر**: تأکید بر تولید گونه‌هایی است که به اندازه کافی در تأمین نیازهای غذایی مؤثر نیستند، و موجب کاهش تنوع بیولوژیکی و اختلال در اکوسیستم می‌شود.</w:t>
              <w:br/>
              <w:br/>
              <w:t>5. **کارخانه‌های متمرکز و بزرگ**: به ایجاد واحدهای تولید بزرگ و متمرکز اشاره دارد که ممکن است تأثیرات منفی بر روی تولیدکنندگان محلی و تنوع تولید داشته باشد.</w:t>
              <w:br/>
              <w:br/>
              <w:t>این معیار به تحلیل متون و فعالیت‌های مرتبط با کشاورزی و امنیت غذایی کمک می‌کند و می‌تواند به شناسایی الگوهای احتمالی منتهی به صنعت‌زدگی در کشاورزی تولیدی عمل کند.</w:t>
            </w:r>
          </w:p>
        </w:tc>
      </w:tr>
      <w:tr>
        <w:tc>
          <w:tcPr>
            <w:tcW w:type="dxa" w:w="4320"/>
          </w:tcPr>
          <w:p>
            <w:r>
              <w:t>معیار اصلی: * کفایت محوری اقلیمی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r>
          </w:p>
        </w:tc>
        <w:tc>
          <w:tcPr>
            <w:tcW w:type="dxa" w:w="4320"/>
          </w:tcPr>
          <w:p>
            <w:r>
              <w:t>**معیار برای تشخیص:** افزایش کمیت تولید محصولات از طریق سرمایه‌گذاری و کشاورزی متمرکز</w:t>
              <w:br/>
              <w:br/>
              <w:t xml:space="preserve">**توضیحات معیار:**  </w:t>
              <w:br/>
              <w:t>برای ارزیابی افزایش کمیت تولید محصولات از طریق سرمایه‌گذاری و کشاورزی متمرکز، می‌توان به مجموعه‌ای از ویژگی‌ها و رفتارها توجه کرد که به شرح زیر است:</w:t>
              <w:br/>
              <w:br/>
              <w:t>1. **سرمایه‌گذاری:** تأکید بر فراهم کردن منابع مالی برای کشاورزی، به‌ویژه سرمایه‌گذاری‌های کلان که می‌تواند به توسعه فناوری و بهبود عملکرد در تولید محصولات کشاورزی منجر شود.</w:t>
              <w:br/>
              <w:br/>
              <w:t>2. **کشاورزی متمرکز:** اشاره به روش‌های کشاورزی که بر اساس تجمیع و متمرکز شدن تولید فعالیت می‌کند، که بهبود کارایی و صرفه‌اقتصادی را هدف قرار می‌دهد.</w:t>
              <w:br/>
              <w:br/>
              <w:t>3. **صرفه اقتصادی:** رویکردی که اولویت نخست در تولید را بر اساس منافع اقتصادی و افزایش درآمد ناخالص به جای تامین امنیت غذایی و خودکفایی قرار می‌دهد.</w:t>
              <w:br/>
              <w:br/>
              <w:t>4. **توسعه پایدار:** به کارگیری روش‌هایی که به جایگاه منابع و تضمین بقاء آن‌ها در آینده، توجه کمتری دارد و بر استفاده بیشتر از منابع موجود تأکید می‌کند.</w:t>
              <w:br/>
              <w:br/>
              <w:t>5. **محوریت گونه‌های غیر مثمر:** به کارگیری گونه‌ها و انواع گیاهی که ممکن است به جای تأمین مواد غذایی بادوام، هدف اصلی بر افزایش تولید کمی باشد.</w:t>
              <w:br/>
              <w:br/>
              <w:t>این مفاهیم می‌توانند به عنوان ابزار ارزیابی و تجزیه و تحلیل در زمینه‌های کشاورزی و اقتصادی مورد استفاده قرار گیرند.</w:t>
            </w:r>
          </w:p>
        </w:tc>
      </w:tr>
      <w:tr>
        <w:tc>
          <w:tcPr>
            <w:tcW w:type="dxa" w:w="4320"/>
          </w:tcPr>
          <w:p>
            <w:r>
              <w:t>معیار اصلی: • اخلاق جوانمردی، پهلوانی، مشارکت و نفع جمعی</w:t>
              <w:br/>
              <w:t xml:space="preserve">توضیحات برگرفته از منابع: </w:t>
              <w:br/>
              <w:t>منبع: بیانات دیدار قهرمانان و ورزشکاران مسابقات آسیایی و پارا آسیایی</w:t>
              <w:br/>
              <w:t>متن: ورزش همگانی را ترویج کنید؛ ورزش همگانی، سلامت همگانی است. من البتّه از سابق که بعضی‌ها نسبت به ورزش قهرمانی اِن‌قُلت‌وقُلت(۵)  داشتند، همیشه دفاع کردم از ورزش قهرمانی - به دلایل متعدّدی که حالا بعضی از آنها را عرض کرده‌ایم و روشن است - لکن ورزش همگانی، یعنی سلامت جسمانی عمومی ملّت که این متأسّفانه امروز آن‌چنان که باید، نیست. خب، زندگی شهری را ملاحظه میکنید؛ عدم تحرّک، غذاهای نامناسب، غذاهای تقلیدی که در بعضی از این فروشگاه‌ها در اختیار میگذارند و مردم هم به اینها اقبال میکنند، و عمدتاً عدم تحرّک، اینها جسم ملّت را ضعیف میکند؛ جسمها باید قوی باشد؛ باید سالم باشد؛ این با ورزش همگانی به دست می‌آید؛</w:t>
              <w:br/>
              <w:t>منبع: بیانات در دیدار جوانان استان اصفهان</w:t>
              <w:br/>
              <w:t>متن: به ورزش اهمیت دهید. من بخصوص روی ورزش تأکید میکنم. من ورزش را به عنوان یک کار بین‌المللی، نمایشی و هیجانی، در درجه دوم میدانم؛ در درجه اوّل، ورزش برای تقویت و سلامت جسم است، که این را برای همه جوانان کشورمان - از زن و مرد - لازم میدانم.</w:t>
              <w:br/>
              <w:t>منبع: بیانات در دیدار مدال‌آوران کاروان ورزشی ایران در بازی‌های آسیایی اندونزی</w:t>
              <w:br/>
              <w:t>متن: ورزش قهرمانی یک قلّه است؛ این ورزش قهرمانی بایستی موجب بشود که مردم به سمت این قلّه حرکت کنند؛ نه اینکه همه ورزش قهرمانی کنند بلکه همه ورزش کنند، یعنی ورزش باید در چشم مردم شیرین بشود؛ از جوانها گرفته تا پیرها مثل ما؛ همه باید ورزش کنند، که ما هم حالا به تناسب پیری خودمان ورزش میکنیم، البتّه ورزش پیرانه.</w:t>
              <w:br/>
              <w:t>منبع: بیانات در دیدار قهرمانان المپیک و پارا المپیک</w:t>
              <w:br/>
              <w:t>متن: ورزش قهرمانی در واقع موتور حرکت ورزش همگانی است و میتوان با ورزش قهرمانی کاری کرد که ورزش همگانی رائج شود. ورزش همگانی هم یکی از ضروریات زندگی است؛ مثل غذا خوردن است، مثل تنفس کردن است؛ باید به آن توجه کرد .... نیروی انسانی باید عالم باشد، باهمت باشد، دیندار باشد و سالم باشد. سلامت جسمانی، شرط اصلی است. روی آوردن مردم به ورزش، بسیاری از مشکلات و معضلات اجتماعی و اخلاقی را حل میکند؛ مثل مسئله‌ی اعتیاد، مسئله‌ی تنازعات خانوادگی، داخلی، مشکلات کسبی، اعصاب، چه و چه. اگر ورزش به صورت همگانی در کشور حقیقتاً باب شود - که البته امروز از گذشته بهتر است، لیکن هنوز به این معنا احتیاج داریم - خیلی از مشکلات حل خواهد شد.</w:t>
              <w:br/>
              <w:t>منبع: بیانات در اجتماع زائران و مجاوران حرم مطهر رضوی</w:t>
              <w:br/>
              <w:t>متن: مسئله‌ی سلامت، هم در برنامه‌ی پنجم باید مورد توجه ویژه قرار بگیرد، هم در برنامه‌ریزیهای گوناگون اجرائی در دستگاه‌های مختلف. یک بخش از مسئله‌ی تأمین سلامت، مسئله‌ی ورزش همگانی است؛ که بنده بارها توصیه کردم، باز هم توصیه میکنم. ورزش همگانی برای همه لازم است. نشاط، سلامت، آمادگی، حوصله‌ی کار، در سایه‌ی ورزش عمومی و همگانی برای جامعه تأمین میشود.</w:t>
              <w:br/>
              <w:t>منبع: بیانات در دیدار قهرمانان المپیک و پارا المپیک</w:t>
              <w:br/>
              <w:t>متن: اولویتها را در رشته‌های ورزشی مورد نظر قرار دهید. بعضی از رشته‌های ورزشی هست که ما در داخل کشور، هم سابقه‌اش را داریم، هم ظرفیتش را داریم، هم تجربه‌اش را داریم - یعنی توانائیهای گوناگون داریم - این رشته‌ها قهرمانی آور است... خب، در فلان رشته ما در دنیا هیچ رتبه‌ای نداریم، شانسی هم نداریم؛ یعنی اقبال این که رتبه هم بیاوریم، نداریم... اما در بعضی از رشته‌ها ما در دنیا رتبه داریم. امروز شما در دنیا روی سکوی قهرمانی قرار میگیرید - مثلاً در کشتی، یا در وزنه‌برداری، یا در بعضی از رشته‌های دیگر - این خیلی مهم است... خب، چوگان ورزش ما ایرانیها است، مال ما است؛ ورزش خوبی هم هست، ورزش سرگرم‌کننده و شادی هم هست. استعداد این ورزش در ایران وجود دارد؛ اگر وجود نداشت، پیش نمی آمد. در طول تاریخ، ورزش چوگان در ایران چیز معروفی بوده است. یا مثلاً بعضی از ورزشهای باستانی، که بعدها یک کارهائی شد و تلاشهائی انجام گرفت. اینها کارهای شیرینی است، کارهای زیبائی است که انجام میگیرد. به هر حال اولویتها را نگاه کنید و بیشتر به رشته‌هائی بپردازید که ریشه‌دارند؛ بخصوص دارای ظرفیت و استعدادند؛ بخصوص مربیهای داخلی دارند</w:t>
              <w:br/>
              <w:t>منبع: بیانات در دیدار قهرمانان المپیک و پارا المپیک</w:t>
              <w:br/>
              <w:t>متن: یک مسئله‌ای که بر روی آن تأکید میکنم، مسئله‌ی اخلاق در ورزش است... خوشبختانه جامعه‌ی ورزشی ما از لحاظ اخلاق، جامعه‌ی سالمی است؛ لیکن در این مسئله خیلی باید پافشاری کرد. لغزشگاه وجود دارد. جوان ورزشکار ما وقتی که بر روی امواج تبلیغ و توجه جهانی و توجه افکار عمومی قرار میگیرد، در خطر اخلاقی قرار میگیرد. ما باید خودمان را از این خطر اخلاقی نگه داریم. شما که ورزشکارید، در درجه‌ی اول، و بعد مسئولین ورزشی و کسانی از مدیریتهای گوناگون که به این مسائل اهتمام دارند و این مسائل با آنها ارتباط پیدا میکند، باید به مسئله‌ی اخلاق در ورزش توجه کنند. مسئله‌ی اخلاق در ورزش خیلی مهم است. مغرور نشدن، مردمی ماندن، جوانمرد ماندن، با مردم بودن، برای مردم دل سوزاندن، خیلی مهم است. پیدا شدن این خصوصیات در انسان یک مسئله است، ماندن این خصوصیات در انسان مسئله‌ی مشکلتری است؛ اینها را انسان باید حفظ کند.</w:t>
              <w:br/>
              <w:t>منبع: گزیده ای از بیانات در مراسم تجلیل از پهلوانان</w:t>
              <w:br/>
              <w:t>متن: ورزش باستانی برای ما فقط یک ورزش نیست؛ یک تاریخ است، یک فرهنگ است؛ یعنی چند هزار سال سابقه‌ی تاریخی و سابقه‌ی فرهنگی در همین کاری که آقایان انجام میدهند ـ حالا چه کشتی که سمبل و به قول خود ورزشکارها به‌اصطلاح میاندار ورزشهای باستانی بوده، که مظهر پهلوانی بوده، و چه بقیّه‌ی انواع ورزشها و کارهایی که در مجموعه‌ی ورزش باستانی میگنجد- همه‌ی اینها یک بار فرهنگی، یک محموله‌ی فرهنگی و تاریخی را با خودش دارد که بسیار ارزشمند است. اوّلاً در ورزش باستانی و در پهلوانی رایج و معروف گذشته‌ی ایران، جوانمردی و مردانگی هست. ...   [آن وقت] این کجا، آن بازیکن فوتبال که برای اینکه آن یکی در آن موقعیّت خاص قرار نگیرد، که شاید اگر قرار گرفت بتواند یک پایی به توپ بزند، پشت پا میزند و او را کلّه معلّقش میکند، دنده‌اش هم گاهی میشکند، کجا؟ اصلاً ببینید اینها درست نقطه‌ی مقابل [هم است]. این یک نکته که جوانمردی با پهلوانی گذشته‌ی ما همراه است.</w:t>
              <w:br/>
              <w:br/>
              <w:t>معیار معکوس : • تجاری سازی و حرفه ای سازی ورزش• اخلاق نفع و برنده شدن فردی</w:t>
            </w:r>
          </w:p>
        </w:tc>
        <w:tc>
          <w:tcPr>
            <w:tcW w:type="dxa" w:w="4320"/>
          </w:tcPr>
          <w:p>
            <w:r>
              <w:t>**معیار برای تشخیص:** • تجاری‌سازی و حرفه‌ای‌سازی ورزش • اخلاق نفع و برنده شدن فردی</w:t>
              <w:br/>
              <w:br/>
              <w:t xml:space="preserve">**توضیحات معیار:**  </w:t>
              <w:br/>
              <w:t>1. **تجاری‌سازی و حرفه‌ای‌سازی ورزش**: این مفهوم به فرآیند تبدیل ورزش به یک صنعت تجاری اشاره دارد که بر کمرنگ شدن ارزش‌های اجتماعی و فردی تأکید دارد. در شرایطی که ورزش به عنوان یک حوزه حرفه‌ای تلقی می‌شود، ممکن است تأکید بر کسب درآمد و منافع مالی به جای ترویج مشارکت و نفع جمعی بارزتر شود. این رویکرد می‌تواند به یک رقابت شدید برای موفقیت‌های فردی منجر شود که ممکن است بر روحیه همیاری و همکاری در جامعه ورزشی تأثیر بگذارد.</w:t>
              <w:br/>
              <w:br/>
              <w:t>2. **اخلاق نفع و برنده شدن فردی**: این مفهوم بر نیاز به تأکید بر دستاوردهای فردی در مقابل منافع عمومی تأکید دارد و ممکن است بر نادیده‌گرفتن اصول اخلاقی مانند جوانمردی و احترام به رقباء تأثیر بگذارد. هنگامی که تمرکز بر پیروزی و موفقیت فردی افزایش می‌یابد، ممکن است عملیاتی غیرانسانی و کمتر اخلاقی در ورزش شکل گیرد که به بخشی از رفتارهای ورزشی تبدیل شود. در این وضعیت، اخلاق و ارزش‌های جمعی ممکن است جای خود را به موفقیت‌های فردی و برنده شدن تحت هر شرایطی دهند.</w:t>
            </w:r>
          </w:p>
        </w:tc>
      </w:tr>
      <w:tr>
        <w:tc>
          <w:tcPr>
            <w:tcW w:type="dxa" w:w="4320"/>
          </w:tcPr>
          <w:p>
            <w:r>
              <w:t>معیار اصلی: • گسترش ورزش همگانی و ورزش‌های هدف‌مند رشد آفرین یا مهارت افزا، تحرک در خود زندگی</w:t>
              <w:br/>
              <w:t xml:space="preserve">توضیحات برگرفته از منابع: </w:t>
              <w:br/>
              <w:t>منبع: بیانات دیدار قهرمانان و ورزشکاران مسابقات آسیایی و پارا آسیایی</w:t>
              <w:br/>
              <w:t>متن: ورزش همگانی را ترویج کنید؛ ورزش همگانی، سلامت همگانی است. من البتّه از سابق که بعضی‌ها نسبت به ورزش قهرمانی اِن‌قُلت‌وقُلت(۵)  داشتند، همیشه دفاع کردم از ورزش قهرمانی - به دلایل متعدّدی که حالا بعضی از آنها را عرض کرده‌ایم و روشن است - لکن ورزش همگانی، یعنی سلامت جسمانی عمومی ملّت که این متأسّفانه امروز آن‌چنان که باید، نیست. خب، زندگی شهری را ملاحظه میکنید؛ عدم تحرّک، غذاهای نامناسب، غذاهای تقلیدی که در بعضی از این فروشگاه‌ها در اختیار میگذارند و مردم هم به اینها اقبال میکنند، و عمدتاً عدم تحرّک، اینها جسم ملّت را ضعیف میکند؛ جسمها باید قوی باشد؛ باید سالم باشد؛ این با ورزش همگانی به دست می‌آید؛</w:t>
              <w:br/>
              <w:t>منبع: بیانات در دیدار جوانان استان اصفهان</w:t>
              <w:br/>
              <w:t>متن: به ورزش اهمیت دهید. من بخصوص روی ورزش تأکید میکنم. من ورزش را به عنوان یک کار بین‌المللی، نمایشی و هیجانی، در درجه دوم میدانم؛ در درجه اوّل، ورزش برای تقویت و سلامت جسم است، که این را برای همه جوانان کشورمان - از زن و مرد - لازم میدانم.</w:t>
              <w:br/>
              <w:t>منبع: بیانات در دیدار مدال‌آوران کاروان ورزشی ایران در بازی‌های آسیایی اندونزی</w:t>
              <w:br/>
              <w:t>متن: ورزش قهرمانی یک قلّه است؛ این ورزش قهرمانی بایستی موجب بشود که مردم به سمت این قلّه حرکت کنند؛ نه اینکه همه ورزش قهرمانی کنند بلکه همه ورزش کنند، یعنی ورزش باید در چشم مردم شیرین بشود؛ از جوانها گرفته تا پیرها مثل ما؛ همه باید ورزش کنند، که ما هم حالا به تناسب پیری خودمان ورزش میکنیم، البتّه ورزش پیرانه.</w:t>
              <w:br/>
              <w:t>منبع: بیانات در دیدار قهرمانان المپیک و پارا المپیک</w:t>
              <w:br/>
              <w:t>متن: ورزش قهرمانی در واقع موتور حرکت ورزش همگانی است و میتوان با ورزش قهرمانی کاری کرد که ورزش همگانی رائج شود. ورزش همگانی هم یکی از ضروریات زندگی است؛ مثل غذا خوردن است، مثل تنفس کردن است؛ باید به آن توجه کرد .... نیروی انسانی باید عالم باشد، باهمت باشد، دیندار باشد و سالم باشد. سلامت جسمانی، شرط اصلی است. روی آوردن مردم به ورزش، بسیاری از مشکلات و معضلات اجتماعی و اخلاقی را حل میکند؛ مثل مسئله‌ی اعتیاد، مسئله‌ی تنازعات خانوادگی، داخلی، مشکلات کسبی، اعصاب، چه و چه. اگر ورزش به صورت همگانی در کشور حقیقتاً باب شود - که البته امروز از گذشته بهتر است، لیکن هنوز به این معنا احتیاج داریم - خیلی از مشکلات حل خواهد شد.</w:t>
              <w:br/>
              <w:t>منبع: بیانات در اجتماع زائران و مجاوران حرم مطهر رضوی</w:t>
              <w:br/>
              <w:t>متن: مسئله‌ی سلامت، هم در برنامه‌ی پنجم باید مورد توجه ویژه قرار بگیرد، هم در برنامه‌ریزیهای گوناگون اجرائی در دستگاه‌های مختلف. یک بخش از مسئله‌ی تأمین سلامت، مسئله‌ی ورزش همگانی است؛ که بنده بارها توصیه کردم، باز هم توصیه میکنم. ورزش همگانی برای همه لازم است. نشاط، سلامت، آمادگی، حوصله‌ی کار، در سایه‌ی ورزش عمومی و همگانی برای جامعه تأمین میشود.</w:t>
              <w:br/>
              <w:t>منبع: بیانات در دیدار قهرمانان المپیک و پارا المپیک</w:t>
              <w:br/>
              <w:t>متن: اولویتها را در رشته‌های ورزشی مورد نظر قرار دهید. بعضی از رشته‌های ورزشی هست که ما در داخل کشور، هم سابقه‌اش را داریم، هم ظرفیتش را داریم، هم تجربه‌اش را داریم - یعنی توانائیهای گوناگون داریم - این رشته‌ها قهرمانی آور است... خب، در فلان رشته ما در دنیا هیچ رتبه‌ای نداریم، شانسی هم نداریم؛ یعنی اقبال این که رتبه هم بیاوریم، نداریم... اما در بعضی از رشته‌ها ما در دنیا رتبه داریم. امروز شما در دنیا روی سکوی قهرمانی قرار میگیرید - مثلاً در کشتی، یا در وزنه‌برداری، یا در بعضی از رشته‌های دیگر - این خیلی مهم است... خب، چوگان ورزش ما ایرانیها است، مال ما است؛ ورزش خوبی هم هست، ورزش سرگرم‌کننده و شادی هم هست. استعداد این ورزش در ایران وجود دارد؛ اگر وجود نداشت، پیش نمی آمد. در طول تاریخ، ورزش چوگان در ایران چیز معروفی بوده است. یا مثلاً بعضی از ورزشهای باستانی، که بعدها یک کارهائی شد و تلاشهائی انجام گرفت. اینها کارهای شیرینی است، کارهای زیبائی است که انجام میگیرد. به هر حال اولویتها را نگاه کنید و بیشتر به رشته‌هائی بپردازید که ریشه‌دارند؛ بخصوص دارای ظرفیت و استعدادند؛ بخصوص مربیهای داخلی دارند</w:t>
              <w:br/>
              <w:t>منبع: بیانات در دیدار قهرمانان المپیک و پارا المپیک</w:t>
              <w:br/>
              <w:t>متن: یک مسئله‌ای که بر روی آن تأکید میکنم، مسئله‌ی اخلاق در ورزش است... خوشبختانه جامعه‌ی ورزشی ما از لحاظ اخلاق، جامعه‌ی سالمی است؛ لیکن در این مسئله خیلی باید پافشاری کرد. لغزشگاه وجود دارد. جوان ورزشکار ما وقتی که بر روی امواج تبلیغ و توجه جهانی و توجه افکار عمومی قرار میگیرد، در خطر اخلاقی قرار میگیرد. ما باید خودمان را از این خطر اخلاقی نگه داریم. شما که ورزشکارید، در درجه‌ی اول، و بعد مسئولین ورزشی و کسانی از مدیریتهای گوناگون که به این مسائل اهتمام دارند و این مسائل با آنها ارتباط پیدا میکند، باید به مسئله‌ی اخلاق در ورزش توجه کنند. مسئله‌ی اخلاق در ورزش خیلی مهم است. مغرور نشدن، مردمی ماندن، جوانمرد ماندن، با مردم بودن، برای مردم دل سوزاندن، خیلی مهم است. پیدا شدن این خصوصیات در انسان یک مسئله است، ماندن این خصوصیات در انسان مسئله‌ی مشکلتری است؛ اینها را انسان باید حفظ کند.</w:t>
              <w:br/>
              <w:t>منبع: گزیده ای از بیانات در مراسم تجلیل از پهلوانان</w:t>
              <w:br/>
              <w:t>متن: ورزش باستانی برای ما فقط یک ورزش نیست؛ یک تاریخ است، یک فرهنگ است؛ یعنی چند هزار سال سابقه‌ی تاریخی و سابقه‌ی فرهنگی در همین کاری که آقایان انجام میدهند ـ حالا چه کشتی که سمبل و به قول خود ورزشکارها به‌اصطلاح میاندار ورزشهای باستانی بوده، که مظهر پهلوانی بوده، و چه بقیّه‌ی انواع ورزشها و کارهایی که در مجموعه‌ی ورزش باستانی میگنجد- همه‌ی اینها یک بار فرهنگی، یک محموله‌ی فرهنگی و تاریخی را با خودش دارد که بسیار ارزشمند است. اوّلاً در ورزش باستانی و در پهلوانی رایج و معروف گذشته‌ی ایران، جوانمردی و مردانگی هست. ...   [آن وقت] این کجا، آن بازیکن فوتبال که برای اینکه آن یکی در آن موقعیّت خاص قرار نگیرد، که شاید اگر قرار گرفت بتواند یک پایی به توپ بزند، پشت پا میزند و او را کلّه معلّقش میکند، دنده‌اش هم گاهی میشکند، کجا؟ اصلاً ببینید اینها درست نقطه‌ی مقابل [هم است]. این یک نکته که جوانمردی با پهلوانی گذشته‌ی ما همراه است.</w:t>
              <w:br/>
              <w:br/>
              <w:t>معیار معکوس : • تجاری سازی و حرفه ای سازی ورزش• اخلاق نفع و برنده شدن فردی</w:t>
            </w:r>
          </w:p>
        </w:tc>
        <w:tc>
          <w:tcPr>
            <w:tcW w:type="dxa" w:w="4320"/>
          </w:tcPr>
          <w:p>
            <w:r>
              <w:t xml:space="preserve">**معیار برای تشخیص:**  </w:t>
              <w:br/>
              <w:t>• تجاری‌سازی و حرفه‌ای‌سازی ورزش • اخلاق نفع و برنده شدن فردی</w:t>
              <w:br/>
              <w:br/>
              <w:t xml:space="preserve">**توضیحات معیار:**  </w:t>
              <w:br/>
              <w:t>1. **تجاری‌سازی و حرفه‌ای‌سازی ورزش**: این مفهوم به فرآیند تبدیل ورزش به یک فعالیت اقتصادی و تجاری اشاره دارد که در آن بیشتر بر سود مالی و درآمدزایی تمرکز می‌شود تا بر سلامت و تقویت جامعه. این نوع رویکرد می‌تواند به محدودیت در دسترسی عموم به ورزش و کاهش مشارکت عمومی منجر شود.</w:t>
              <w:br/>
              <w:br/>
              <w:t xml:space="preserve">2. **اخلاق نفع و برنده شدن فردی**: این اصطلاح به رفتارهایی اشاره دارد که در آن اولویت‌های فردی و تلاش برای دست‌یابی به موفقیت شخصی به جای اهداف جمعی و اخلاقی مطرح می‌شود. در این روند، بیشتر به دنبال کسب برتری و مزایا نسبت به دیگران هستند، و این ممکن است باعث کاهش روحیه رقابتی سالم و همدلی در حوزه ورزش شود. </w:t>
              <w:br/>
              <w:br/>
              <w:t>3. **عدم تحرک**: در این رویکرد، توجه به فعالیت‌های ورزشی عمومی و اثرات مثبت آن بر جامعه کاهش می‌یابد که این امر می‌تواند به عدم تحرک اجتماعی و مشکلات سلامت جسمانی و روانی منجر شود.</w:t>
              <w:br/>
              <w:br/>
              <w:t xml:space="preserve">4. **سیاست‌گذاری نامناسب**: در شرایطی که نگرش تجاری بر ورزش سایه افکنده، ممکن است سیاست‌های مربوط به ورزش به گونه‌ای شکل گیرد که تنها منافع مالی تأمین شود و به نیازهای عمومی و شخصی افراد توجه نشود. </w:t>
              <w:br/>
              <w:br/>
              <w:t>5. **کاهش مشارکت اجتماعی**: این نوع رویکرد به طور بالقوه می‌تواند باعث شود که افراد به طور فردی و نه به صورت جمعی به ورزش نگاه کنند و این امر ممکن است به کاهش روحیه همکاری و همبستگی در جامعه منجر شود.</w:t>
            </w:r>
          </w:p>
        </w:tc>
      </w:tr>
      <w:tr>
        <w:tc>
          <w:tcPr>
            <w:tcW w:type="dxa" w:w="4320"/>
          </w:tcPr>
          <w:p>
            <w:r>
              <w:t>معیار اصلی: * تلفیق با خانه و یا واحد همسایگی</w:t>
              <w:br/>
              <w:t xml:space="preserve">توضیحات برگرفته از منابع: </w:t>
              <w:br/>
              <w:t>منبع: بیانات در دیدار طلاب حوزه های علمیه</w:t>
              <w:br/>
              <w:t>متن: حوزه‌های علمیّه، مرکز تعلیم اسلامند. اسلام فقط معرفت نیست، تعهّد به عمل و تحقّق احکام اسلام هم جزو اسلام است؛ یعنی یک وقت هست که ما اسلام را -که میخواهیم در حوزه یاد بگیریم- فقط عبارت میدانیم از اصول و فروع و اخلاق و همینهایی که هست -[که] واقعیّت هم همین است؛ [یعنی] اصول دین، فروع دین، ارزشهای اخلاقی، سبک زندگی، آئین حکمرانی، اینها همه جزو اسلام و جزو معارف اسلامی است- خب اینها را باید برویم در حوزه‌ی علمیّه یاد بگیریم.‌ لکن این [برداشت] درست نیست؛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اسلام فقط توحید به معنای علم توحید با همان عمق و معرفتِ عرفانی و فلسفی و [مانند] اینها نیست، بلکه اسلام عبارت است از استقرار توحید در جامعه؛ یعنی جامعه موحّد بشود؛ این هم جزو اسلام است.</w:t>
              <w:br/>
              <w:t>منبع: بیانیه گام دوم انقلاب خطاب به ملت ایران</w:t>
              <w:br/>
              <w:t>متن: تلاش غرب در ترویج سبک زندگی غربی در ایران، زیانهای بی‌جبران اخلاقی و اقتصادی و دینی و سیاسی به کشور و ملّت ما زده است؛ مقابله با آن، جهادی همه‌جانبه و هوشمندانه میطلبد که باز چشم امید در آن به شما جوانها است.</w:t>
              <w:br/>
              <w:br/>
              <w:t>معیار معکوس : * محور تجمع و شور و نشاط اجتماعی، حضور در بازار و تولید ثروت می باشد. * زندگی شبانه و شهر 24 ساعته* تجمیع در قالب شهرک‌ها و شهرهای تفریحی</w:t>
            </w:r>
          </w:p>
        </w:tc>
        <w:tc>
          <w:tcPr>
            <w:tcW w:type="dxa" w:w="4320"/>
          </w:tcPr>
          <w:p>
            <w:r>
              <w:t>**معیار برای تشخیص:** *محور تجمع و شور و نشاط اجتماعی، حضور در بازار و تولید ثروت*</w:t>
              <w:br/>
              <w:br/>
              <w:t xml:space="preserve">**توضیحات معیار:**  </w:t>
              <w:br/>
              <w:t>این معیار به معنای تحولی اجتماعی و اقتصادی است که در آن، فعالیت‌ها و رفتارهای فردی و جمعی بیشتر بر محور تولید ثروت و رونق بازار متمرکز شده است. این مفهوم شامل چندین جنبه مهم می‌باشد:</w:t>
              <w:br/>
              <w:br/>
              <w:t>1. **محوریت اقتصادی:** بر خلاف تعهد به عمل و پیاده‌سازی آموزه‌های اسلامی، در این معیار تأکید بر تولید ثروت و فعالیت‌های تجاری و اقتصادی به عنوان اولویت اصلی است. این امر نشان می‌دهد که فعالیت‌های اجتماعی بیشتر در خدمت منافع مالی و اقتصادی قرار دارد.</w:t>
              <w:br/>
              <w:br/>
              <w:t>2. **شور و نشاط اجتماعی:** در این نوع تجمعات، هدف ایجاد فضایی شاداب و سرگرم‌کننده است که ممکن است اگرچه به نظر مثبت باشد، اما رابطه‌ای با تعهد عمیق به معارف و اخلاق اسلامی ندارد.</w:t>
              <w:br/>
              <w:br/>
              <w:t>3. **حضور در بازار:** بر خلاف هدایت معارف اسلامی، این معیار بیشتر بر اهمیت موقعیت و دسترسی به بازارها و مراکز تجاری تأکید دارد و می‌تواند منجر به نادیده‌گرفتن آموزه‌های اخلاقی و اجتماعی گردد.</w:t>
              <w:br/>
              <w:br/>
              <w:t xml:space="preserve">4. **زندگی شبانه و شهر 24 ساعته:** این جنبه به دنبال ترویج سبک زندگی ای است که ممکن است موجب کاهش ارتباطات انسانی و تعهدات اجتماعی شود و بر فعالیت‌های تجاری و تفریحی متمرکز باشد. </w:t>
              <w:br/>
              <w:br/>
              <w:t xml:space="preserve">5. **تجمیع در قالب شهرک‌ها و شهرهای تفریحی:** این ویژگی می‌تواند به شکل‌گیری فضاهایی منجر شود که در آن توجه کمتری به مسائل فرهنگی و اجتماعی موجود در جامعه وجود دارد و به دنبال تفریح و سرگرمی است. </w:t>
              <w:br/>
              <w:br/>
              <w:t>به طور کلی، این معیار می‌تواند به عنوان ابزاری برای تحلیل و ارزیابی چگونگی توجه به مسائل اقتصادی و اجتماعی در متون و فعالیت‌ها به کار رود، در حالی که ممکن است از توجه به ارزش‌های اسلامی فاصله بگیرد.</w:t>
            </w:r>
          </w:p>
        </w:tc>
      </w:tr>
      <w:tr>
        <w:tc>
          <w:tcPr>
            <w:tcW w:type="dxa" w:w="4320"/>
          </w:tcPr>
          <w:p>
            <w:r>
              <w:t>معیار اصلی: * اخلاق جوانمردی، پهلوانی، مشارکت و نفع جمعی</w:t>
              <w:br/>
              <w:t xml:space="preserve">توضیحات برگرفته از منابع: </w:t>
              <w:br/>
              <w:t>منبع: پرسش و پاسخ دانشجویان با رهبر انقلاب درباره وظایف دانشجو</w:t>
              <w:br/>
              <w:t>متن: در اوقات فراغت، دانشجویان مسائل علمی و فرهنگی را دنبال کنند. این اردوهایی که هست، بعضی از آنها خیلی خوب است؛ بخصوص شما که الحمدللَّه بچه‌های مسلمانی هستید و کم و بیش با مسائل اسلامی، گسترش دینداری، تقوا و پارسایی در دانشگاهها آشنا هستید؛ این خیلی مهمّ است.</w:t>
              <w:br/>
              <w:t>منبع: مصاحبه با خبرنگار صدا و سیما، پس از بازدید از سومین نمایشگاه بین‌المللی</w:t>
              <w:br/>
              <w:t>متن: من میگویم بایستی جوانان، پیران، مردان، زنان، شهریها، روستاییها و هر کسی که با کتاب میتواند ارتباط برقرار کند، باید کتاب را در جیبش داشته باشد و تا یکجا بیکار نشست - مثل اتوبوس، تاکسی، مطب پزشک، اداره، درِ دکان وقتی که مشتری نیست، در خانه به هنگام اوقات فراغت - کتاب را دربیاورد و بخواند.</w:t>
              <w:br/>
              <w:t>منبع: بیانات در دیدار جمعی از جوانان اهواز</w:t>
              <w:br/>
              <w:t>متن: در فصل تابستان، بسیاری از جوانان خوب ما اوقات فراغتشان را یا در بسیج سازندگی و یا در بسیج نیروی مقاومت میگذرانند و یا به بالا بردن علم و سواد دیگران کمک میکنند. عدّه‌ای به تن خودشان زحمت میدهند و برای دیگران کار میکنند. عدّه‌ای با برنامه‌های خوب و منظّم، به کتابخوانی و ارتقای سطح فکر خودشان میپردازند. فراغت جوانان مؤمن، این‌گونه میگذرد. من گزارشهای متعدّدی داشته‌ام از جوانانی که در تابستان، تعطیلات دانشگاهی یا دبیرستانی خود را در نقاط دوردست گذرانده‌اند و برای روستاییان مسجد، درمانگاه، راه، حسینیه، جادّه و پل ساخته‌اند. عکسهای این فعّالیتها را برای من آورده‌اند و من آنها را دیده‌ام. پیغمبر طبق روایتی فرمود: «انّما سیاحة امّتی الجهاد فی‌سبیل‌اللَّه(۱)». جوانان ما سیاحتشان را هم از این راه تأمین میکنند؛ سیاحتشان در ضمنِ کار برای مردم است. این ارزش دارد.</w:t>
              <w:br/>
              <w:br/>
              <w:t>معیار معکوس : * فراغت به عنوان پر کردن اوقات خالی* اخلاق نفع و برنده شدن فردی</w:t>
            </w:r>
          </w:p>
        </w:tc>
        <w:tc>
          <w:tcPr>
            <w:tcW w:type="dxa" w:w="4320"/>
          </w:tcPr>
          <w:p>
            <w:r>
              <w:t>**معیار برای تشخیص:** *فراغت به عنوان پر کردن اوقات خالی، اخلاق نفع و برنده شدن فردی*</w:t>
              <w:br/>
              <w:br/>
              <w:t xml:space="preserve">**توضیحات معیار:**  </w:t>
              <w:br/>
              <w:t xml:space="preserve">فراغت به عنوان پر کردن اوقات خالی به رفتارهایی اشاره دارد که در آن افراد به جای استفاده از زمان خود برای یادگیری یا کمک به دیگران، به فعالیت‌هایی مشغول می‌شوند که به بهبود یا سودمندی جمعی نمی‌انجامد. این رفتار معمولاً شامل سرگرمی‌هایی است که فاقد عمق یا تاثیر مثبت بر جامعه هستند.  </w:t>
              <w:br/>
              <w:t xml:space="preserve">اخلاق نفع و برنده شدن فردی به تمایل افراد برای ملاحظه منافع شخصی در مقابل منافع جمعی اشاره دارد، که می‌تواند در نتیجه آن توجه کم‌تری به ارزش‌های انسانی و همکاری در فعالیت‌های اجتماعی و فرهنگی داشته باشد. این رویکرد می‌تواند منجر به کاهش مشارکت در پروژه‌های جمعی، عدم توجه به نیازهای دیگران و کاهش تمایل به خدمت‌رسانی به جامعه گردد. این ویژگی به‌ویژه در موقعیت‌هایی نمایش داده می‌شود که افراد به دنبال دستیابی به منافع شخصی از طریق فعالیت‌های فردی هستند.  </w:t>
              <w:br/>
              <w:t>مفاهیم کلیدی در این معیار شامل فراغت، سرگرمی، منافع فردی بر منافع جمعی و عدم توجه به همکاری هستند که می‌توانند به راحتی با فرآیند ارزیابی عملکردها و متون مرتبط شوند.</w:t>
            </w:r>
          </w:p>
        </w:tc>
      </w:tr>
      <w:tr>
        <w:tc>
          <w:tcPr>
            <w:tcW w:type="dxa" w:w="4320"/>
          </w:tcPr>
          <w:p>
            <w:r>
              <w:t>معیار اصلی: * محور تجمع و شور و نشاط اجتماعی، تلاش برای گسترش سبک زندگی ایرانی اسلامی در عرصه ملی و جهانی است.</w:t>
              <w:br/>
              <w:t xml:space="preserve">توضیحات برگرفته از منابع: </w:t>
              <w:br/>
              <w:t>منبع: بیانات در دیدار طلاب حوزه های علمیه</w:t>
              <w:br/>
              <w:t>متن: حوزه‌های علمیّه، مرکز تعلیم اسلامند. اسلام فقط معرفت نیست، تعهّد به عمل و تحقّق احکام اسلام هم جزو اسلام است؛ یعنی یک وقت هست که ما اسلام را -که میخواهیم در حوزه یاد بگیریم- فقط عبارت میدانیم از اصول و فروع و اخلاق و همینهایی که هست -[که] واقعیّت هم همین است؛ [یعنی] اصول دین، فروع دین، ارزشهای اخلاقی، سبک زندگی، آئین حکمرانی، اینها همه جزو اسلام و جزو معارف اسلامی است- خب اینها را باید برویم در حوزه‌ی علمیّه یاد بگیریم.‌ لکن این [برداشت] درست نیست؛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اسلام فقط توحید به معنای علم توحید با همان عمق و معرفتِ عرفانی و فلسفی و [مانند] اینها نیست، بلکه اسلام عبارت است از استقرار توحید در جامعه؛ یعنی جامعه موحّد بشود؛ این هم جزو اسلام است.</w:t>
              <w:br/>
              <w:t>منبع: بیانیه گام دوم انقلاب خطاب به ملت ایران</w:t>
              <w:br/>
              <w:t>متن: تلاش غرب در ترویج سبک زندگی غربی در ایران، زیانهای بی‌جبران اخلاقی و اقتصادی و دینی و سیاسی به کشور و ملّت ما زده است؛ مقابله با آن، جهادی همه‌جانبه و هوشمندانه میطلبد که باز چشم امید در آن به شما جوانها است.</w:t>
              <w:br/>
              <w:br/>
              <w:t>معیار معکوس : * محور تجمع و شور و نشاط اجتماعی، حضور در بازار و تولید ثروت می باشد. * زندگی شبانه و شهر 24 ساعته* تجمیع در قالب شهرک‌ها و شهرهای تفریحی</w:t>
            </w:r>
          </w:p>
        </w:tc>
        <w:tc>
          <w:tcPr>
            <w:tcW w:type="dxa" w:w="4320"/>
          </w:tcPr>
          <w:p>
            <w:r>
              <w:t>**معیار برای تشخیص:** محور تجمع و شور و نشاط اجتماعی، حضور در بازار و تولید ثروت می‌باشد.</w:t>
              <w:br/>
              <w:br/>
              <w:t xml:space="preserve">**توضیحات معیار:** </w:t>
              <w:br/>
              <w:t>این معیار به ویژگی‌ها و رفتارهایی می‌پردازد که ارتباط خاصی با تمرکز بر فعالیت‌های اقتصادی و تولید ثروت دارند و ممکن است در مقایسه با اصول و آموزه‌های فرهنگی و اجتماعی دیگر ارزیابی شوند. برای سنجش متون یا عملکردها با این معیار، می‌توان به مفاهیم زیر توجه کرد:</w:t>
              <w:br/>
              <w:br/>
              <w:t>1. **حضور در بازار:** این مفهوم به مشارکت فعال و کارآمد در فعالیت‌های اقتصادی و تجاری اشاره دارد که می‌تواند به ایجاد درآمد و ثروت منجر شود. حضور در بازار به نوعی نشان‌دهنده انطباق با شرایط اقتصادی جاری و تلاش برای بهره‌برداری از فرصت‌ها در آن زمینه است.</w:t>
              <w:br/>
              <w:br/>
              <w:t>2. **تولید ثروت:** این مفهوم به فرآیند ایجاد منابع مالی و اقتصادی از طریق فعالیت‌های مختلف از جمله صنعت، تجارت و خدمات اشاره دارد. تولید ثروت می‌تواند به ارتقاء کیفیت زندگی افراد و توسعۀ اجتماعی و اقتصادی کمک کند، با این حال، ممکن است از جنبه‌های فرهنگی و اجتماعی غافل شود.</w:t>
              <w:br/>
              <w:br/>
              <w:t>3. **زندگی شبانه و شهر 24 ساعته:** این ویژگی به به‌وجود آوردن فضایی پویا و فعال در طول شبانه‌روز اشاره دارد که موجب جلب توجه به تفریحات و سرگرمی‌ها می‌شود. چنین فضایی می‌تواند به ازدیاد کسب‌وکارها و فرصت‌های اقتصادی منجر گردد، اما ممکن است از ارزش‌های اجتماعی غفلت ورزد.</w:t>
              <w:br/>
              <w:br/>
              <w:t xml:space="preserve">4. **تجمیع در قالب شهرک‌ها و شهرهای تفریحی:** این مفهوم به برنامه‌ریزی و توسعه فضاهای خاصی اشاره دارد که تمرکز بر تفریح و سرگرمی دارند. این گونه پروژه‌ها می‌توانند به جذب سرمایه‌گذاری و رونق اقتصادی منجر گردند، اما ممکن است به تضعیف ارتباطات اجتماعی و فرهنگی در جوامع منجر شود. </w:t>
              <w:br/>
              <w:br/>
              <w:t>این توضیحات به تحلیل عمیق‌تر متون و نیاز به سازگاری و هم‌راستایی رفتارها با توجه به فعالیت‌های اقتصادی و تجاری و چالش‌هایی که در این زمینه ممکن است وجود داشته باشد، کمک می‌کند.</w:t>
            </w:r>
          </w:p>
        </w:tc>
      </w:tr>
      <w:tr>
        <w:tc>
          <w:tcPr>
            <w:tcW w:type="dxa" w:w="4320"/>
          </w:tcPr>
          <w:p>
            <w:r>
              <w:t>معیار اصلی: * سکنا و آرامش شبانه</w:t>
              <w:br/>
              <w:t xml:space="preserve">توضیحات برگرفته از منابع: </w:t>
              <w:br/>
              <w:t>منبع: بیانات در دیدار طلاب حوزه های علمیه</w:t>
              <w:br/>
              <w:t>متن: حوزه‌های علمیّه، مرکز تعلیم اسلامند. اسلام فقط معرفت نیست، تعهّد به عمل و تحقّق احکام اسلام هم جزو اسلام است؛ یعنی یک وقت هست که ما اسلام را -که میخواهیم در حوزه یاد بگیریم- فقط عبارت میدانیم از اصول و فروع و اخلاق و همینهایی که هست -[که] واقعیّت هم همین است؛ [یعنی] اصول دین، فروع دین، ارزشهای اخلاقی، سبک زندگی، آئین حکمرانی، اینها همه جزو اسلام و جزو معارف اسلامی است- خب اینها را باید برویم در حوزه‌ی علمیّه یاد بگیریم.‌ لکن این [برداشت] درست نیست؛ این بخشی از کار حوزه‌های علمیّه است؛ چرا؟ چون این بخشی از اسلام است؛ بخش دیگرِ اسلام عبارت است از محقّق کردنِ این حقایق در متن جامعه، در متن زندگی مردم، یعنی هدایت؛ این بخشی از اسلام است دیگر. اسلام فقط توحید به معنای علم توحید با همان عمق و معرفتِ عرفانی و فلسفی و [مانند] اینها نیست، بلکه اسلام عبارت است از استقرار توحید در جامعه؛ یعنی جامعه موحّد بشود؛ این هم جزو اسلام است.</w:t>
              <w:br/>
              <w:t>منبع: بیانیه گام دوم انقلاب خطاب به ملت ایران</w:t>
              <w:br/>
              <w:t>متن: تلاش غرب در ترویج سبک زندگی غربی در ایران، زیانهای بی‌جبران اخلاقی و اقتصادی و دینی و سیاسی به کشور و ملّت ما زده است؛ مقابله با آن، جهادی همه‌جانبه و هوشمندانه میطلبد که باز چشم امید در آن به شما جوانها است.</w:t>
              <w:br/>
              <w:br/>
              <w:t>معیار معکوس : * محور تجمع و شور و نشاط اجتماعی، حضور در بازار و تولید ثروت می باشد. * زندگی شبانه و شهر 24 ساعته* تجمیع در قالب شهرک‌ها و شهرهای تفریحی</w:t>
            </w:r>
          </w:p>
        </w:tc>
        <w:tc>
          <w:tcPr>
            <w:tcW w:type="dxa" w:w="4320"/>
          </w:tcPr>
          <w:p>
            <w:r>
              <w:t>معیار برای تشخیص: * محور تجمع و شور و نشاط اجتماعی، حضور در بازار و تولید ثروت می باشد. * زندگی شبانه و شهر 24 ساعته * تجمیع در قالب شهرک‌ها و شهرهای تفریحی</w:t>
              <w:br/>
              <w:br/>
              <w:t xml:space="preserve">توضیحات معیار:  </w:t>
              <w:br/>
              <w:t>برای ارزیابی محور تجمع و شور و نشاط اجتماعی و به ویژه زندگی شبانه و شهر 24 ساعته، می‌توان به مفاهیم زیر اشاره کرد:</w:t>
              <w:br/>
              <w:br/>
              <w:t>1. **عدم تعهد به عمل**: این مفهوم به فقدان تلاش در تحقق اصول و آموزه‌های اسلامی در زندگی روزمره اشاره دارد. بدین معنا که افراد ممکن است به دانش نظری بسنده کرده و اراده‌ای برای پیاده‌سازی عملی آن آموزه‌ها در زندگی خود نداشته باشند.</w:t>
              <w:br/>
              <w:br/>
              <w:t>2. **سلب مسئولیت اجتماعی**: این مفهوم به عدم تلاش افراد در تامین اصول و ارزش‌ها در جامعه اشاره دارد. به عبارت دیگر، در چنین شرایطی، افراد ممکن است مسئولیت خود را در راستای تقویت سکنا و آرامش شبانه نادیده بگیرند و موجب تضعیف آن شوند.</w:t>
              <w:br/>
              <w:br/>
              <w:t>3. **بی‌توجهی به تهاجم فرهنگی**: در برابر چالش‌ها و پیامدهای ناشی از ترویج سبک زندگی غیر اسلامی، عدم فعالیت جهادی و هوشمندانه برای حفظ و تقویت فرهنگ اسلامی می‌تواند منجر به تضعیف مبانی اخلاقی فردی و اجتماعی در جامعه شود.</w:t>
              <w:br/>
              <w:br/>
              <w:t>4. **عدم استقرار توحید**: این مفهوم به فقدان تعهد جامعه به اصول اسلامی و در نتیجه تضعیف سکنا و آرامش در میان مردم اشاره دارد. در چنین شرایطی، جامعه ممکن است از تامین یک فضای آرام و متعادل فاصله بگیرد.</w:t>
            </w:r>
          </w:p>
        </w:tc>
      </w:tr>
      <w:tr>
        <w:tc>
          <w:tcPr>
            <w:tcW w:type="dxa" w:w="4320"/>
          </w:tcPr>
          <w:p>
            <w:r>
              <w:t>معیار اصلی: * فراغت به عنوان بستر رشد و تعالی</w:t>
              <w:br/>
              <w:t xml:space="preserve">توضیحات برگرفته از منابع: </w:t>
              <w:br/>
              <w:t>منبع: پرسش و پاسخ دانشجویان با رهبر انقلاب درباره وظایف دانشجو</w:t>
              <w:br/>
              <w:t>متن: در اوقات فراغت، دانشجویان مسائل علمی و فرهنگی را دنبال کنند. این اردوهایی که هست، بعضی از آنها خیلی خوب است؛ بخصوص شما که الحمدللَّه بچه‌های مسلمانی هستید و کم و بیش با مسائل اسلامی، گسترش دینداری، تقوا و پارسایی در دانشگاهها آشنا هستید؛ این خیلی مهمّ است.</w:t>
              <w:br/>
              <w:t>منبع: مصاحبه با خبرنگار صدا و سیما، پس از بازدید از سومین نمایشگاه بین‌المللی</w:t>
              <w:br/>
              <w:t>متن: من میگویم بایستی جوانان، پیران، مردان، زنان، شهریها، روستاییها و هر کسی که با کتاب میتواند ارتباط برقرار کند، باید کتاب را در جیبش داشته باشد و تا یکجا بیکار نشست - مثل اتوبوس، تاکسی، مطب پزشک، اداره، درِ دکان وقتی که مشتری نیست، در خانه به هنگام اوقات فراغت - کتاب را دربیاورد و بخواند.</w:t>
              <w:br/>
              <w:t>منبع: بیانات در دیدار جمعی از جوانان اهواز</w:t>
              <w:br/>
              <w:t>متن: در فصل تابستان، بسیاری از جوانان خوب ما اوقات فراغتشان را یا در بسیج سازندگی و یا در بسیج نیروی مقاومت میگذرانند و یا به بالا بردن علم و سواد دیگران کمک میکنند. عدّه‌ای به تن خودشان زحمت میدهند و برای دیگران کار میکنند. عدّه‌ای با برنامه‌های خوب و منظّم، به کتابخوانی و ارتقای سطح فکر خودشان میپردازند. فراغت جوانان مؤمن، این‌گونه میگذرد. من گزارشهای متعدّدی داشته‌ام از جوانانی که در تابستان، تعطیلات دانشگاهی یا دبیرستانی خود را در نقاط دوردست گذرانده‌اند و برای روستاییان مسجد، درمانگاه، راه، حسینیه، جادّه و پل ساخته‌اند. عکسهای این فعّالیتها را برای من آورده‌اند و من آنها را دیده‌ام. پیغمبر طبق روایتی فرمود: «انّما سیاحة امّتی الجهاد فی‌سبیل‌اللَّه(۱)». جوانان ما سیاحتشان را هم از این راه تأمین میکنند؛ سیاحتشان در ضمنِ کار برای مردم است. این ارزش دارد.</w:t>
              <w:br/>
              <w:br/>
              <w:t>معیار معکوس : * فراغت به عنوان پر کردن اوقات خالی* اخلاق نفع و برنده شدن فردی</w:t>
            </w:r>
          </w:p>
        </w:tc>
        <w:tc>
          <w:tcPr>
            <w:tcW w:type="dxa" w:w="4320"/>
          </w:tcPr>
          <w:p>
            <w:r>
              <w:t>**معیار برای تشخیص:** فراغت به عنوان پر کردن اوقات خالی</w:t>
              <w:br/>
              <w:br/>
              <w:t>**توضیحات معیار:**</w:t>
              <w:br/>
              <w:t>تشخیص فراغت به عنوان پر کردن اوقات خالی مستلزم بررسی مجموعه‌ای از ویژگی‌ها و رفتارها است که بیانگر عدم تحقق فعالیت‌های مؤثر و مثمر ثمر در اوقات فراغت است:</w:t>
              <w:br/>
              <w:br/>
              <w:t>1. **عدم پیگیری مسائل علمی و فرهنگی:** در این وضعیت، فرد به جای جست‌وجو و مطالعه مسائل علمی و فرهنگی، ممکن است از زمان فراغت خود به شکل غیرproductive استفاده کند و به فعالیت‌های خنثی یا بی‌هدف بپردازد.</w:t>
              <w:br/>
              <w:br/>
              <w:t>2. **عدم ارتباط با قرآن و دیانت:** در این رویکرد، فرد توجهی به ارزش‌های اخلاقی و دینداری ندارد و از فرصت‌های فراغت برای آشنایی یا تقویت دینداری استفاده نمی‌کند، که می‌تواند به تضعیف اصول اخلاقی و شخصیتی منجر شود.</w:t>
              <w:br/>
              <w:br/>
              <w:t>3. **عدم کتاب‌خوانی در هر زمان و مکان:** این رفتار نشان‌دهنده عدم توجه و تعهد به یادگیری و کسب دانش و شاید درگیری با گزینه‌های سرگرم‌کننده یا فعالیت‌های غیراصلی است که موجب عدم رشد فکری و اجتماعی می‌شود.</w:t>
              <w:br/>
              <w:br/>
              <w:t>4. **عدم مشارکت در فعالیت‌های اجتماعی و خیریه:** در این حالت، فرد ممکن است به دور از مشارکت در برنامه‌ها و فعالیت‌های مفید اجتماعی و خیریه باشد و توجهی به ارتقاء سواد و دانش دیگران یا حس مسئولیت نسبت به جامعه نداشته باشد.</w:t>
              <w:br/>
              <w:br/>
              <w:t>5. **عدم توجه به سفر و کار به منظور خدمت به مردم:** در این نگاه، فعالیت‌ها به آسایش شخصی محدود شده و از تجارب مفید و کارآمد برای ارتقاء جامعه غفلت می‌شود، و فرد ممکن است فرصت‌های فراغت را صرف فعالیت‌هایی کند که به منافع شخصی او مرتبط است بدون توجه به نیازهای دیگران.</w:t>
            </w:r>
          </w:p>
        </w:tc>
      </w:tr>
      <w:tr>
        <w:tc>
          <w:tcPr>
            <w:tcW w:type="dxa" w:w="4320"/>
          </w:tcPr>
          <w:p>
            <w:r>
              <w:t>معیار اصلی: • ایجاد تکافل عمومی خانواده بنیاد در جامعه</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br/>
              <w:t>معیار معکوس : ارائه تضمین برای آتیه زندگی با استفاده از نظام تامین اجتماعی</w:t>
            </w:r>
          </w:p>
        </w:tc>
        <w:tc>
          <w:tcPr>
            <w:tcW w:type="dxa" w:w="4320"/>
          </w:tcPr>
          <w:p>
            <w:r>
              <w:t>**معیار برای تشخیص:** • ارائه تضمین برای آتیه زندگی با استفاده از نظام تامین اجتماعی</w:t>
              <w:br/>
              <w:br/>
              <w:t xml:space="preserve">**توضیحات معیار:** </w:t>
              <w:br/>
              <w:t>معیار "ارائه تضمین برای آتیه زندگی با استفاده از نظام تامین اجتماعی" به مفهوم ایجاد سازوکارهایی اشاره دارد که شرایط زندگی اقتصادی و اجتماعی را برای افراد فراهم کرده و تضمین می‌کند. این معیار می‌تواند شامل مفاهیم زیر باشد:</w:t>
              <w:br/>
              <w:br/>
              <w:t>1. **غفلت از نیازهای اجتماعی**: در شرایطی که عواملی همچون عدم توجه به نیازهای مالی و اجتماعی اقشار مختلف جامعه وجود داشته باشد، افراد کمتر تمایل خواهند داشت به همیاری و همکاری بپردازند. این غفلت به منزله چشم‌پوشی از تعهدات اجتماعی و کاهش همبستگی در جامعه است.</w:t>
              <w:br/>
              <w:br/>
              <w:t>2. **عدم مشارکت عمومی**: در عدم وجود اشتیاق و تمایل به مشارکت در امور اجتماعی و کاهش فعالیت‌های داوطلبانه، از افراد انتظار می‌رود مشارکت کمتری در اداره جامعه داشته باشند و این مسئله می‌تواند به عدم رشد اجتماعی منجر شود.</w:t>
              <w:br/>
              <w:br/>
              <w:t>3. **بی‌توجهی به مسئولیت اجتماعی**: اگر افراد به این باور برسند که تنها باید به ذات خود و نیازهای فردی توجه کنند و مسئولیت‌های اجتماعی را نادیده بگیرند، این منجر به کاهش همبستگی اجتماعی و انزوای فردی خواهد شد.</w:t>
              <w:br/>
              <w:br/>
              <w:t>4. **عدم برنامه‌ریزی برای بهبود وضعیت اقتصادی**: در غیاب یک برنامه منظم که به بهبود شرایط اجتماعی و اقتصادی کمک کند، افراد و جامعه به اهداف و استراتژی‌های توسعه نخواهند رسید. این عدم برنامه‌ریزی به افزایش مشکلات اجتماعی منجر می‌شود.</w:t>
              <w:br/>
              <w:br/>
              <w:t>5. **پذیرش تفکر انحصارطلبانه**: اگر افراد بر این باور باشند که موفقیت و ثروت صرفاً نتیجه توانایی‌های فردی است و به عوامل اجتماعی و اقتصادی توجه نکنند، این تفکر می‌تواند به انزوای فردی و عدم توجه به منافع عمومی بیانجامد.</w:t>
            </w:r>
          </w:p>
        </w:tc>
      </w:tr>
      <w:tr>
        <w:tc>
          <w:tcPr>
            <w:tcW w:type="dxa" w:w="4320"/>
          </w:tcPr>
          <w:p>
            <w:r>
              <w:t>معیار اصلی: * حمایت گری ساختاری از توانمندسازی خانواده در ارتقای سلامت خود</w:t>
              <w:br/>
              <w:t xml:space="preserve">توضیحات برگرفته از منابع: </w:t>
              <w:br/>
              <w:t>منبع: بیانات در دیدار جمعی از پرستاران</w:t>
              <w:br/>
              <w:t>متن: پرستار، انسان مهربانی است که با رفتار و اخلاق و خدمات خود، سلامت بیمار را به او هدیه میکند. اگر طبیب، درمان خود را به انجام رساند، اما خدمات پرستاری نباشد، تأمین سلامت بیمار دشوار است. هر کس که از خدمات پرستارانِ مهربان برخوردار شده باشد، میفهمد و میداند که نقش پرستاران در هدیه کردن سلامت به بیماران، چقدر مؤثّر است. .... بدانید خدای متعال پاداش زحمات سخت را چنان که حق و شایسته آن است، ادا میکند. کار را برای خدا و به حساب او بگذارید. بله، مردم و مسؤولان باید به وظیفه خودشان عمل کنند؛ اما پرستار، طرف خود را خدا بداند. اگر این احساس در پرستار بیدار شود که کار او برای خداست، به بنده خدا و به انسانِ نیازمند کمک میکند تا رضای الهی را جلب کند. بنابراین کار او نورانیّت پیدا میکند و از سطح یک کار بشری فراتر میرود؛ آن‌گاه اجر کار او «لاتعدّ و لاتحصی» است. هر لحظه دشوار شما در کنار تخت بیمار و در مواجهه با سختیهای این کار دشوار - که این لحظه‌ها را هیچ کس نمیتواند درک کند؛ فقط خود شما درک میکنید و کسی که کار شما را انجام میدهد - از چشم تیزبین مأموران الهی بیرون نیست. آن دقیقه بیشتری که کار میکنید، آن چهره مهربان و پُرعطوفت و لبخندی که نشان میدهید و به حسب ظاهر هیچ کس از آن قدرشناسی نمیکند - نه مسؤولِ شما آن را میبیند، نه مأموران عالیرتبه دولتی از آن حرکت کوچک مهربانانه شما مطلع میشوند، و نه خود آن مریض مجال تشکّر پیدا میکند - در دفتر انصاف و عدل الهی ثبت میشود. «فمن یعمل مثقال ذرّة خیرا یره»: اگر شما به قدر سنگینی یک ذرّه - یعنی ذرّاتی که شما در تابش نور خورشید به درون اتاق مشاهده میکنید و اصلاً نمیشود سنگینی آنها با ابزارهای معمولی اندازه‌گیری کرد - کار نیک بکنید، آن را در قیامت به چشم خودتان خواهید دید؛ پاداش آن به شما برمیگردد و ضایع نمیشود. فرق تفکّر الهی با تفکّر مادی همین‌جاست. بنا بر معارف والای الهی، در عالم طبیعت و وجود، هیچ حرکتی، هیچ رفتاری و هیچ احساسی ضایع نمیشود. وقتی نسبت به بیمار احساس ترحّم میکنید و انگیزه مهربانی در دلتان نسبت به آن بیمار میجوشد، همان هم اجر دارد. آن را چه کسی میبیند و احساس میکند؟ خدای متعال که عالم‌السّرّ و الخفیّات است - «یعلم خائنة الأعین و ما تخفی الصّدور» - و هر آنچه که در دلها و خاطره‌های ما میگذرد، میداند و به آن آگاه میشود، پاداش خواهد داد.</w:t>
              <w:br/>
              <w:br/>
              <w:t>معیار معکوس : * سوداگری در درمان ، سلطه نخبگانی پزشکی* درمان محور* توجه به ساختارهای تشخیص و درمان بیماری توسط قشر متخصص* درمان و مراقبت تمرکز در مجتمع‌های درمانی و بیمارستان‌های متمرکز</w:t>
            </w:r>
          </w:p>
        </w:tc>
        <w:tc>
          <w:tcPr>
            <w:tcW w:type="dxa" w:w="4320"/>
          </w:tcPr>
          <w:p>
            <w:r>
              <w:t>**معیار برای تشخیص:** سوداگری در درمان، سلطه نخبگانی پزشکی، درمان محور، توجه به ساختارهای تشخیص و درمان بیماری توسط قشر متخصص، درمان و مراقبت تمرکز در مجتمع‌های درمانی و بیمارستان‌های متمرکز</w:t>
              <w:br/>
              <w:br/>
              <w:t xml:space="preserve">**توضیحات معیار:** </w:t>
              <w:br/>
              <w:t>این معیار به ارزیابی رفتارها و ویژگی‌هایی می‌پردازد که حاکی از اولویت‌دهی به منافع مالی در فرآیند درمان و مراقبت از بیماران بوده و ممکن است موجب کاهش توجه به نیازهای انسانی و عاطفی بیماران گردد. دو مفهوم کلیدی در این زمینه شامل:</w:t>
              <w:br/>
              <w:br/>
              <w:t>1. **عدم توجه به انسان‌دوستی:** در شرایطی که تمرکز به سود مالی در ارائه خدمات درمانی غالب باشد، رفتارهایی که به نیازهای عاطفی و روانی بیماران توجهی نداشته باشند، از اهمیت بیشتری برخوردار می‌شوند. این وضعیت ممکن است سبب کاهش کیفیت مراقبت و خدمات بهداشتی گردد.</w:t>
              <w:br/>
              <w:br/>
              <w:t>2. **سلطه نخبگانی:** در این شرایط، قشر متخصص ممکن است به دلیل تسلط بر فرآیندهای درمانی و تشخیصی، فرصت‌های مشارکت و همفکری را با بیماران و خانواده‌های آن‌ها محدود نمایند. این رویکرد می‌تواند به احساس انزوا و بی‌توجهی در بیماران منجر شود.</w:t>
              <w:br/>
              <w:br/>
              <w:t>3. **تمرکز بر ساختارهای درمانی متمرکز:** اگر فرآیندهای درمانی به صورت متمرکز در بیمارستان‌ها و مجتمع‌های درمانی صورت گیرد، ممکن است توجه به دسترسی‌پذیری و کیفیت خدمات در سطح محلی و اجتماعی تحت تأثیر قرار گیرد. این وضعیت می‌تواند مانع از توانمندسازی خانواده‌ها و افراد در زمینه ارتقای سلامت آنها گردد.</w:t>
              <w:br/>
              <w:br/>
              <w:t>4. **فقدان همدلی و ترحم:** در شرایطی که نگاه اصلی به درمان از جنبه مادی و سودآوری باشد، احساس همدلی و ترحم نسبت به بیماران ممکن است کاهش یابد. توانایی ارائه خدمات انسانی و عاطفی در راستای بهبود سلامت بیماران، به‌ویژه در حرفه‌های بهداشتی، تحت تأثیر قرار خواهد گرفت.</w:t>
            </w:r>
          </w:p>
        </w:tc>
      </w:tr>
      <w:tr>
        <w:tc>
          <w:tcPr>
            <w:tcW w:type="dxa" w:w="4320"/>
          </w:tcPr>
          <w:p>
            <w:r>
              <w:t>معیار اصلی: * درون زا و کریمانه</w:t>
              <w:br/>
              <w:t xml:space="preserve">توضیحات برگرفته از منابع: </w:t>
              <w:br/>
              <w:t>منبع: بیانات در دیدار جمعی از پرستاران</w:t>
              <w:br/>
              <w:t>متن: پرستار، انسان مهربانی است که با رفتار و اخلاق و خدمات خود، سلامت بیمار را به او هدیه میکند. اگر طبیب، درمان خود را به انجام رساند، اما خدمات پرستاری نباشد، تأمین سلامت بیمار دشوار است. هر کس که از خدمات پرستارانِ مهربان برخوردار شده باشد، میفهمد و میداند که نقش پرستاران در هدیه کردن سلامت به بیماران، چقدر مؤثّر است. .... بدانید خدای متعال پاداش زحمات سخت را چنان که حق و شایسته آن است، ادا میکند. کار را برای خدا و به حساب او بگذارید. بله، مردم و مسؤولان باید به وظیفه خودشان عمل کنند؛ اما پرستار، طرف خود را خدا بداند. اگر این احساس در پرستار بیدار شود که کار او برای خداست، به بنده خدا و به انسانِ نیازمند کمک میکند تا رضای الهی را جلب کند. بنابراین کار او نورانیّت پیدا میکند و از سطح یک کار بشری فراتر میرود؛ آن‌گاه اجر کار او «لاتعدّ و لاتحصی» است. هر لحظه دشوار شما در کنار تخت بیمار و در مواجهه با سختیهای این کار دشوار - که این لحظه‌ها را هیچ کس نمیتواند درک کند؛ فقط خود شما درک میکنید و کسی که کار شما را انجام میدهد - از چشم تیزبین مأموران الهی بیرون نیست. آن دقیقه بیشتری که کار میکنید، آن چهره مهربان و پُرعطوفت و لبخندی که نشان میدهید و به حسب ظاهر هیچ کس از آن قدرشناسی نمیکند - نه مسؤولِ شما آن را میبیند، نه مأموران عالیرتبه دولتی از آن حرکت کوچک مهربانانه شما مطلع میشوند، و نه خود آن مریض مجال تشکّر پیدا میکند - در دفتر انصاف و عدل الهی ثبت میشود. «فمن یعمل مثقال ذرّة خیرا یره»: اگر شما به قدر سنگینی یک ذرّه - یعنی ذرّاتی که شما در تابش نور خورشید به درون اتاق مشاهده میکنید و اصلاً نمیشود سنگینی آنها با ابزارهای معمولی اندازه‌گیری کرد - کار نیک بکنید، آن را در قیامت به چشم خودتان خواهید دید؛ پاداش آن به شما برمیگردد و ضایع نمیشود. فرق تفکّر الهی با تفکّر مادی همین‌جاست. بنا بر معارف والای الهی، در عالم طبیعت و وجود، هیچ حرکتی، هیچ رفتاری و هیچ احساسی ضایع نمیشود. وقتی نسبت به بیمار احساس ترحّم میکنید و انگیزه مهربانی در دلتان نسبت به آن بیمار میجوشد، همان هم اجر دارد. آن را چه کسی میبیند و احساس میکند؟ خدای متعال که عالم‌السّرّ و الخفیّات است - «یعلم خائنة الأعین و ما تخفی الصّدور» - و هر آنچه که در دلها و خاطره‌های ما میگذرد، میداند و به آن آگاه میشود، پاداش خواهد داد.</w:t>
              <w:br/>
              <w:br/>
              <w:t>معیار معکوس : * سوداگری در درمان ، سلطه نخبگانی پزشکی* درمان محور* توجه به ساختارهای تشخیص و درمان بیماری توسط قشر متخصص* درمان و مراقبت تمرکز در مجتمع‌های درمانی و بیمارستان‌های متمرکز</w:t>
            </w:r>
          </w:p>
        </w:tc>
        <w:tc>
          <w:tcPr>
            <w:tcW w:type="dxa" w:w="4320"/>
          </w:tcPr>
          <w:p>
            <w:r>
              <w:t>**معیار برای تشخیص:** سوداگری در درمان و سلطه نخبگانی پزشکی</w:t>
              <w:br/>
              <w:br/>
              <w:t xml:space="preserve">**توضیحات معیار:**  </w:t>
              <w:br/>
              <w:t>سوداگرایی در درمان به معنای توجه بیشتر به منافع مادی و اقتصادی در فرآیند درمان و مراقبت بیماران است. در این حالت، ممکن است انگیزه‌های انسانی و اخلاقی به حاشیه بروند و توجه اصلی به درآمدزایی و پاداش‌های مادی تبدیل شود. در نتیجه، فعالیت‌هایی که بر مبنای سودآوری و توجه به منافع شخصی انجام می‌شوند، با این معیار سازگاری ندارند.</w:t>
              <w:br/>
              <w:br/>
              <w:t>سلطه نخبگانی پزشکی به معنای غلبه یافتن دیدگاه‌های خاص و محدود در حوزه پزشکی و درمان است. این ویژگی ممکن است منجر به عدم توجه به نیازهای واقعی بیماران و جامعه شود، چراکه تمرکز بر روی درمان‌های پیچیده و تخصصی باعث غفلت از جنبه‌های انسانی و اخلاقی در ارائه خدمات سلامت می‌گردد. در این چارچوب، فعالیت‌هایی که بر اساس ساختارهای تشخیصی و درمانی یک قشر خاص متمرکز هستند و به تنوع و نیازهای فردی بیمار توجه نمی‌کنند، با معیار مذکور تطابق ندارند.</w:t>
              <w:br/>
              <w:br/>
              <w:t>بر این اساس، هر گونه عملی که تحت تأثیر سوداگرایی و سلطه نخبگانی پزشکی قرار گیرد، می‌تواند پیامدهای منفی برای سلامت جامعه و رضایت بیماران به همراه داشته باشد. در سنجش رفتارها و ویژگی‌های مرتبط با این معیار، توجه به این دو جنبه ضروری است.</w:t>
            </w:r>
          </w:p>
        </w:tc>
      </w:tr>
      <w:tr>
        <w:tc>
          <w:tcPr>
            <w:tcW w:type="dxa" w:w="4320"/>
          </w:tcPr>
          <w:p>
            <w:r>
              <w:t>معیار اصلی: * پيشگيري محور</w:t>
              <w:br/>
              <w:t xml:space="preserve">توضیحات برگرفته از منابع: </w:t>
              <w:br/>
              <w:t>منبع: بیانات در دیدار جمعی از پرستاران</w:t>
              <w:br/>
              <w:t>متن: پرستار، انسان مهربانی است که با رفتار و اخلاق و خدمات خود، سلامت بیمار را به او هدیه میکند. اگر طبیب، درمان خود را به انجام رساند، اما خدمات پرستاری نباشد، تأمین سلامت بیمار دشوار است. هر کس که از خدمات پرستارانِ مهربان برخوردار شده باشد، میفهمد و میداند که نقش پرستاران در هدیه کردن سلامت به بیماران، چقدر مؤثّر است. .... بدانید خدای متعال پاداش زحمات سخت را چنان که حق و شایسته آن است، ادا میکند. کار را برای خدا و به حساب او بگذارید. بله، مردم و مسؤولان باید به وظیفه خودشان عمل کنند؛ اما پرستار، طرف خود را خدا بداند. اگر این احساس در پرستار بیدار شود که کار او برای خداست، به بنده خدا و به انسانِ نیازمند کمک میکند تا رضای الهی را جلب کند. بنابراین کار او نورانیّت پیدا میکند و از سطح یک کار بشری فراتر میرود؛ آن‌گاه اجر کار او «لاتعدّ و لاتحصی» است. هر لحظه دشوار شما در کنار تخت بیمار و در مواجهه با سختیهای این کار دشوار - که این لحظه‌ها را هیچ کس نمیتواند درک کند؛ فقط خود شما درک میکنید و کسی که کار شما را انجام میدهد - از چشم تیزبین مأموران الهی بیرون نیست. آن دقیقه بیشتری که کار میکنید، آن چهره مهربان و پُرعطوفت و لبخندی که نشان میدهید و به حسب ظاهر هیچ کس از آن قدرشناسی نمیکند - نه مسؤولِ شما آن را میبیند، نه مأموران عالیرتبه دولتی از آن حرکت کوچک مهربانانه شما مطلع میشوند، و نه خود آن مریض مجال تشکّر پیدا میکند - در دفتر انصاف و عدل الهی ثبت میشود. «فمن یعمل مثقال ذرّة خیرا یره»: اگر شما به قدر سنگینی یک ذرّه - یعنی ذرّاتی که شما در تابش نور خورشید به درون اتاق مشاهده میکنید و اصلاً نمیشود سنگینی آنها با ابزارهای معمولی اندازه‌گیری کرد - کار نیک بکنید، آن را در قیامت به چشم خودتان خواهید دید؛ پاداش آن به شما برمیگردد و ضایع نمیشود. فرق تفکّر الهی با تفکّر مادی همین‌جاست. بنا بر معارف والای الهی، در عالم طبیعت و وجود، هیچ حرکتی، هیچ رفتاری و هیچ احساسی ضایع نمیشود. وقتی نسبت به بیمار احساس ترحّم میکنید و انگیزه مهربانی در دلتان نسبت به آن بیمار میجوشد، همان هم اجر دارد. آن را چه کسی میبیند و احساس میکند؟ خدای متعال که عالم‌السّرّ و الخفیّات است - «یعلم خائنة الأعین و ما تخفی الصّدور» - و هر آنچه که در دلها و خاطره‌های ما میگذرد، میداند و به آن آگاه میشود، پاداش خواهد داد.</w:t>
              <w:br/>
              <w:br/>
              <w:t>معیار معکوس : * سوداگری در درمان ، سلطه نخبگانی پزشکی* درمان محور* توجه به ساختارهای تشخیص و درمان بیماری توسط قشر متخصص* درمان و مراقبت تمرکز در مجتمع‌های درمانی و بیمارستان‌های متمرکز</w:t>
            </w:r>
          </w:p>
        </w:tc>
        <w:tc>
          <w:tcPr>
            <w:tcW w:type="dxa" w:w="4320"/>
          </w:tcPr>
          <w:p>
            <w:r>
              <w:t>**معیار برای تشخیص:** درمان محور</w:t>
              <w:br/>
              <w:br/>
              <w:t xml:space="preserve">**توضیحات معیار:**  </w:t>
              <w:br/>
              <w:t>درمان محور به عنوان یک معیار به توجه به ساختارهای تشخیص و درمان بیماری توسط قشر متخصص اشاره دارد. این رویکرد معمولاً بر فرایندهای پزشکی و ارائه خدمات درمانی متمرکز است و ممکن است از یک رویکرد پیشگیرانه و انسانی فاصله بگیرد. ویژگی‌های مرتبط با این معیار شامل موارد زیر است:</w:t>
              <w:br/>
              <w:br/>
              <w:t>1. **سوداگرای در درمان:** تعاملات و تصمیمات پزشکی ممکن است تحت تأثیر منافع مالی و تجاری قرار گیرد که می‌تواند به کیفیت خدمات درمانی آسیب بزند.</w:t>
              <w:br/>
              <w:t>2. **سلطه نخبگانی پزشکی:** تاکید بر تخصص و حرفه‌ای بودن برخی از نخبگان بر دیگران، که ممکن است منجر به نادیده گرفتن نظرات و تجربیات بیماران و کارکنان کمتر ممتاز شود.</w:t>
              <w:br/>
              <w:t>3. **تمرکز بر ساختارهای پیچیده:** وجود تمرکز بر درمان و مراقبت در مجتمع‌های درمانی و بیمارستان‌های متمرکز که می‌تواند حس فردیت و ارتباط نزدیک با بیماران را کاهش دهد.</w:t>
              <w:br/>
              <w:t>4. **کاهش تعامل انسانی:** ارائه خدمات پزشکی ممکن است به سمت مکانیزه شدن رفته و تعاملات انسانی کم‌رنگ شود، که خود می‌تواند بر کیفیت روحی و روانی بیماران تأثیر منفی داشته باشد.</w:t>
              <w:br/>
              <w:t>5. **غفلت از جنبه‌های پیشگیرانه:** تأکید بر درمان ممکن است جوانب پیشگیری و مراقبت‌های عمومی و انسانی را نادیده بگیرد، که باعث می‌شود چالش‌های بلندمدت به درستی شناسایی و مدیریت نشود.</w:t>
            </w:r>
          </w:p>
        </w:tc>
      </w:tr>
      <w:tr>
        <w:tc>
          <w:tcPr>
            <w:tcW w:type="dxa" w:w="4320"/>
          </w:tcPr>
          <w:p>
            <w:r>
              <w:t>معیار اصلی: • تکافل محله محور پس از خانواده بنیادی بر اساس گسترش محبت و اخوت در روابط همسایگی</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br/>
              <w:t>معیار معکوس : ارائه تضمین برای آتیه زندگی با استفاده از نظام تامین اجتماعی</w:t>
            </w:r>
          </w:p>
        </w:tc>
        <w:tc>
          <w:tcPr>
            <w:tcW w:type="dxa" w:w="4320"/>
          </w:tcPr>
          <w:p>
            <w:r>
              <w:t xml:space="preserve">**معیار برای تشخیص:**  </w:t>
              <w:br/>
              <w:t>• ارائه تضمین برای آتیه زندگی با استفاده از نظام تامین اجتماعی</w:t>
              <w:br/>
              <w:br/>
              <w:t xml:space="preserve">**توضیحات معیار:**  </w:t>
              <w:br/>
              <w:t>- **تضمین برای آتیه زندگی:** مفهوم اشاره به وعده‌ها و تأمینات مالی است که از جانب نهادهای اجتماعی یا دولتی برای آینده افراد جامعه ارائه می‌شود و در پی آن به گونه‌ای پایدار به وضعیت اقتصادی و اجتماعی آن‌ها نگاه می‌شود.</w:t>
              <w:br/>
              <w:br/>
              <w:t>- **نظام تامین اجتماعی:** به سازوکارها و برنامه‌های اجتماعی اشاره دارد که هدف آن حمایت از افراد در برابر خطرات اقتصادی و اجتماعی، مانند بیکاری، بیماری و پیری است. این نظام می‌تواند با تأمین کمک‌های مالی و خدمات اجتماعی بهبود وضعیت زندگی افراد را تسهیل کند.</w:t>
              <w:br/>
              <w:br/>
              <w:t>- **فقدان محبت و اخوت:** برخوردهایی که بر پایه عدم توجه به همدلی و همبستگی اجتماعی شکل می‌گیرد و ممکن است بر اصول انسانی و ارتباطات عاطفی را زیر سوال ببرد که در روابط با یکدیگر برقرار می‌شود.</w:t>
              <w:br/>
              <w:br/>
              <w:t>- **عدم توجه به کمک به نیازمندان:** ذکر تلاش‌هایی است که در آن افراد یا سازمان‌ها به جای همکاری و همیاری، به منافع فردی و خصوصی خود پرداخته و به کمک به افراد کم‌درآمد و نیازمند توجه نمی‌کنند.</w:t>
              <w:br/>
              <w:br/>
              <w:t>- **کاهش مسئولیت اجتماعی:** منظر فرهنگی‌ای که در آن افراد توجه کمتری به نیازها و مشکلات عمومی دارند و بیشتر بر تأمین نیازهای شخصی و فردی خود متمرکز می‌شوند، به طوری که از مشارکت در بهبود وضعیت اجتماعی دوری می‌کنند.</w:t>
            </w:r>
          </w:p>
        </w:tc>
      </w:tr>
      <w:tr>
        <w:tc>
          <w:tcPr>
            <w:tcW w:type="dxa" w:w="4320"/>
          </w:tcPr>
          <w:p>
            <w:r>
              <w:t>معیار اصلی: • به دور از تحقیر و به صورت عزتمندانه</w:t>
              <w:br/>
              <w:t xml:space="preserve">توضیحات برگرفته از منابع: </w:t>
              <w:br/>
              <w:t>منبع: خطبه‏هاى نماز جمعه تهران</w:t>
              <w:br/>
              <w:t>متن: براى رفع فقر در جامعه، براى پر كردن خلأهاى مالى در جامعه، براى شريك كردن همه‏ى آحاد مردم‏ در اداره‏ى جامعه، بهترين راه و موفقترين وسائل، همان وسيله و راهى است كه اسلام معين كرده؛ يعنى اينكه كسانى كه تمكن دارند، به هر اندازه‏اى كه تمكن دارند، به مخارج عمومى، به مصارف عمومى كمك كنند كه يكى از آنها كمك به فقراست، اما منحصر در كمك به فقرا هم نيست؛ اين نميشود كه در جامعه‏ى اسلامى كسانى كسب مال و ثروت بكنند و تصور بكنند كه آنچه دارند، «إِنَّما أُوتِيتُهُ عَلى‏ عِلْمٍ‏»،  حرف قارون را بزنند. قارون وقتى ميگفتند اين اموال را جمع ميكنى، ميگفت من با زيركى خودم، با دانائى خودم، با كوشش و تلاش خودم به دست آوردم، ناز شصتم؛ اين فكر، فكر غلطى است كه كسى بگويد آنچه من به دست آوردم، با تلاش و زيركى و هوشيارى خودم بوده، پس ناز شصتم؛ نه، مسئله اين نيست در منطق اسلام، مسئله اين است كه همه موظفند به نيازهاى اجتماعى كمك كنند. اگر در همين جامعه‏ى كنونى ما رفع فقر در جامعه با يك برنامه‏ريزى به وسيله‏ى كمكهاى مردمى مورد توجه قرار بگيرد، مطمئناً در طول چند سالى وضعيت جامعه و چهره‏ى كشور عوض خواهد شد</w:t>
              <w:br/>
              <w:br/>
              <w:t>معیار معکوس : ارائه تضمین برای آتیه زندگی با استفاده از نظام تامین اجتماعی</w:t>
            </w:r>
          </w:p>
        </w:tc>
        <w:tc>
          <w:tcPr>
            <w:tcW w:type="dxa" w:w="4320"/>
          </w:tcPr>
          <w:p>
            <w:r>
              <w:t>**معیار برای تشخیص:** ارائه تضمین برای آتیه زندگی با استفاده از نظام تامین اجتماعی</w:t>
              <w:br/>
              <w:br/>
              <w:t xml:space="preserve">**توضیحات معیار:**  </w:t>
              <w:br/>
              <w:t xml:space="preserve">این معیار به ویژگی‌ها و رفتارهایی اشاره دارد که بر اساس آن‌ها، اقدامات اجتماعی و فرهنگی باید بر پایه‌ای از ساختاری تضمینی باشد که به پایداری و حمایت از زندگی افراد کمک کند. در این راستا، برنامه‌ها و شیوه‌های ارائه شده برای تأمین نیازهای اقتصادی و اجتماعی افراد باید بر محور طراحی سیستم‌های تأمین اجتماعی استوار باشد. </w:t>
              <w:br/>
              <w:br/>
              <w:t>مفاهیم مرتبط در متن:</w:t>
              <w:br/>
              <w:t>1. **عدم توجه به نیازهای اجتماعی** - در طراحی برنامه‌های تأمین اجتماعی، می‌تواند این موضوع مشهود باشد که از تأمین نیازهای اساسی جامعه غفلت صورت گیرد، به ویژه در مواقع نیاز.</w:t>
              <w:br/>
              <w:t>2. **عدم شمولیت اجتماعی** - ممکن است در فرایند ایجاد نظام تأمین اجتماعی، برخی اقشار جامعه از مشارکت و بهره‌مندی از خدمات اجتماعی محروم شوند، که این موضوع می‌تواند به نابرابری‌های اجتماعی منجر گردد.</w:t>
              <w:br/>
              <w:t>3. **عدم احساس مسئولیت اجتماعی** - در صورتی که ثروتمندان و توانمندان از مسئولیت خود در قبال نیازهای جامعه خود غافل شوند، پیامدهای منفی بر وضعیت اجتماعی ایجاد خواهد شد.</w:t>
              <w:br/>
              <w:t>4. **عدم خودباوری در تلاش** - هر گونه تفکر که بر اساس آن فردی ادعای برتری در موفقیت یا نیازمندی نداشته باشد، می‌تواند به تضعیف حس همکاری اجتماعی منجر شود و جدا کردنی از تلاش جمعی برای پیشرفت باشد.</w:t>
              <w:br/>
              <w:t>5. **عدم همیاری عمومی** - همکاری و کمک به یکدیگر در جامعه باید مورد توجه قرار گیرد؛ در غیر این صورت، تأمین اجتماعی و فرهنگی به کاهش مشارکت و ایجاد انزوا منجر خواهد شد.</w:t>
            </w:r>
          </w:p>
        </w:tc>
      </w:tr>
      <w:tr>
        <w:tc>
          <w:tcPr>
            <w:tcW w:type="dxa" w:w="4320"/>
          </w:tcPr>
          <w:p>
            <w:r>
              <w:t>معیار اصلی: * افزایش کمیت تولید محصولات کشاورزی از طریق بالا بردن سرعت فراگیری الگوی کشاورزی معیشتی و بدون نیاز به سرمایه گذاری متمرکز</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r>
          </w:p>
        </w:tc>
        <w:tc>
          <w:tcPr>
            <w:tcW w:type="dxa" w:w="4320"/>
          </w:tcPr>
          <w:p>
            <w:r>
              <w:t>### معیار برای تشخیص:</w:t>
              <w:br/>
              <w:t>* افزایش کمیت تولید محصولات از طریق سرمایه گذاری و کشاورزی متمرکز</w:t>
              <w:br/>
              <w:br/>
              <w:t>### توضیحات معیار:</w:t>
              <w:br/>
              <w:t>این معیار بر اساس مفاهیم زیر توضیح داده می‌شود:</w:t>
              <w:br/>
              <w:br/>
              <w:t>1. **افزایش کمیت تولید**: به معنای تلاش برای افزایش مقدار محصولاتی است که از زمین‌های کشاورزی برداشت می‌شود، که ممکن است با وابستگی به نهادهای خارجی و نیاز به تأمین مالی از طریق سرمایه گذاری‌های کلان همراه باشد.</w:t>
              <w:br/>
              <w:br/>
              <w:t>2. **سرمایه گذاری و کشاورزی متمرکز**: این مفهوم به سرمایه‌گذاری‌های بزرگ و استراتژی‌هایی اشاره دارد که بر تأسیس الگوهای کشاورزی متمرکز و صنعتی تأکید دارد، که می‌تواند با تغییرات سریع در نیازهای بازار و تکنولوژی همراه باشد.</w:t>
              <w:br/>
              <w:br/>
              <w:t>3. **محوریت گونه‌های غیر مثمر**: به معنای وارد کردن و تمرکز بر پرورش گیاهان یا محصولات غیرغذایی به‌جای تمرکز بر انواع گیاهان و محصولات که تأمین نیازهای غذایی را مدنظر قرار می‌دهند، است.</w:t>
              <w:br/>
              <w:br/>
              <w:t>4. **گسترش کشاورزی متمرکز صنعتی**: به توسعه و بهبود بخش‌های کشاورزی با تأکید بر تکنولوژی‌های جدید و بهره‌برداری از منابع به حداکثر ظرفیت می‌پردازد، که ممکن است منجر به تأسیس کارخانه‌ها و تولیدات متمرکز باشد.</w:t>
              <w:br/>
              <w:br/>
              <w:t>5. **توزیع متمرکز**: به روشی اشاره دارد که در آن محصولاتی که در کشاورزی متمرکز تولید می‌شوند، به‌صورت متمرکز توزیع می‌شوند، که می‌تواند از بروز عدالت در توزیع و دسترسی به محصولات بکاهد.</w:t>
              <w:br/>
              <w:br/>
              <w:t xml:space="preserve">6. **کارخانه‌های متمرکز و بزرگ**: به ایجاد مراکز تولیدی و انبارداری بزرگ در راستای افزایش بهره‌وری اشاره دارد، که تمرکز بر تامین کنندگان و تولیدکنندگان عمده را تحت تأثیر قرار می‌دهد. </w:t>
              <w:br/>
              <w:br/>
              <w:t>7. **توسعه تکاثری و اجیر شدن**: به وضعیتی اشاره دارد که در آن تولید بر پایه کارگری غیررسمی و قراردادهای موقت شکل می‌گیرد، که ممکن است تأثیر منفی بر حقوق و وضعیت اجتماعی کارگران داشته باشد.</w:t>
            </w:r>
          </w:p>
        </w:tc>
      </w:tr>
      <w:tr>
        <w:tc>
          <w:tcPr>
            <w:tcW w:type="dxa" w:w="4320"/>
          </w:tcPr>
          <w:p>
            <w:r>
              <w:t>معیار اصلی: * کاهش وابستگی کشاورزی ایران به طوری که امنیت غذایی کشور تأمین گردد.</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r>
          </w:p>
        </w:tc>
        <w:tc>
          <w:tcPr>
            <w:tcW w:type="dxa" w:w="4320"/>
          </w:tcPr>
          <w:p>
            <w:r>
              <w:t>**معیار برای تشخیص:** افزایش کمیت تولید محصولات از طریق سرمایه گذاری و کشاورزی متمرکز</w:t>
              <w:br/>
              <w:br/>
              <w:t xml:space="preserve">**توضیحات معیار:** </w:t>
              <w:br/>
              <w:br/>
              <w:t>1. **سرمایه گذاری و کشاورزی متمرکز**: اشاره به تمرکز منابع مالی و انسانی در یک مکان خاص به منظور افزایش کمیت تولید محصولات کشاورزی دارد. این رویکرد معمولاً بر کارایی و سودآوری تأکید دارد و ممکن است نادیده‌گیری تنوع تولیدات را به دنبال داشته باشد.</w:t>
              <w:br/>
              <w:br/>
              <w:t>2. **صرفه اقتصادی**: به مفهوم بهینه‌سازی هزینه‌ها و افزایش سود از طریق استفاده بهینه از منابع می‌پردازد. این مفهوم ممکن است به کاهش هزینه‌ها در کوتاه‌مدت منجر شود، اما تأثیرات بلندمدت بر پایداری نیز باید مورد ارزیابی قرار گیرد.</w:t>
              <w:br/>
              <w:br/>
              <w:t>3. **ورود سرمایه دار به بخش کشاورزی**: مرتبط با جلب سرمایه‌های بزرگ و مدیریت آن‌ها توسط افراد یا نهادهای غیردولتی برای بهره‌برداری از منابع کشاورزی است. این رویکرد می‌تواند به تغییرات ساختاری در نظام کشاورزی بینجامد و تأثیرات اجتماعی و اقتصادی به همراه داشته باشد.</w:t>
              <w:br/>
              <w:br/>
              <w:t>4. **کاشت با تصرف دولتی یا پیمانکار خصوصی**: به روند مالکیت زمین و نحوه استفاده از آن اشاره دارد. این امر ممکن است شامل تصاحب منابع به منظور ایجاد سطح وسیع‌تری از زمین‌های قابل کشت باشد که می‌تواند به تغییرات در حقوق کشاورزان خرد منجر شود.</w:t>
              <w:br/>
              <w:br/>
              <w:t>5. **گسترش کشاورزی متمرکز صنعتی**: تأکید بر تولید انبوه با استفاده از روش‌های صنعتی و فناوری‌های نوین برای افزایش بهره‌وری است. این موضوع می‌تواند به فشار بر منابع طبیعی و تنوع زیستی منجر شود.</w:t>
              <w:br/>
              <w:br/>
              <w:t>6. **توزیع متمرکز**: به الگوی توزیع محصولات با تمرکز بر بازارهای بزرگ و خرده‌فروشی‌های متمرکز اشاره دارد، که می‌تواند به ایجاد روابط نابرابر بین تولیدکنندگان و توزیع‌کنندگان منجر شود.</w:t>
              <w:br/>
              <w:br/>
              <w:t>این معیارها می‌توانند به عنوان ابزاری برای ارزیابی متون و عملکردهایی در زمینه کشاورزی و توسعه پایدار مورد استفاده قرار بگیرند.</w:t>
            </w:r>
          </w:p>
        </w:tc>
      </w:tr>
      <w:tr>
        <w:tc>
          <w:tcPr>
            <w:tcW w:type="dxa" w:w="4320"/>
          </w:tcPr>
          <w:p>
            <w:r>
              <w:t>معیار اصلی: * قرنطینه خانگی و مقیاس خرد، کنش فعالانه خانوادگی در ارتقای سلامت،</w:t>
              <w:br/>
              <w:t xml:space="preserve">توضیحات برگرفته از منابع: </w:t>
              <w:br/>
              <w:t>منبع: بیانات در دیدار جمعی از پرستاران</w:t>
              <w:br/>
              <w:t>متن: پرستار، انسان مهربانی است که با رفتار و اخلاق و خدمات خود، سلامت بیمار را به او هدیه میکند. اگر طبیب، درمان خود را به انجام رساند، اما خدمات پرستاری نباشد، تأمین سلامت بیمار دشوار است. هر کس که از خدمات پرستارانِ مهربان برخوردار شده باشد، میفهمد و میداند که نقش پرستاران در هدیه کردن سلامت به بیماران، چقدر مؤثّر است. .... بدانید خدای متعال پاداش زحمات سخت را چنان که حق و شایسته آن است، ادا میکند. کار را برای خدا و به حساب او بگذارید. بله، مردم و مسؤولان باید به وظیفه خودشان عمل کنند؛ اما پرستار، طرف خود را خدا بداند. اگر این احساس در پرستار بیدار شود که کار او برای خداست، به بنده خدا و به انسانِ نیازمند کمک میکند تا رضای الهی را جلب کند. بنابراین کار او نورانیّت پیدا میکند و از سطح یک کار بشری فراتر میرود؛ آن‌گاه اجر کار او «لاتعدّ و لاتحصی» است. هر لحظه دشوار شما در کنار تخت بیمار و در مواجهه با سختیهای این کار دشوار - که این لحظه‌ها را هیچ کس نمیتواند درک کند؛ فقط خود شما درک میکنید و کسی که کار شما را انجام میدهد - از چشم تیزبین مأموران الهی بیرون نیست. آن دقیقه بیشتری که کار میکنید، آن چهره مهربان و پُرعطوفت و لبخندی که نشان میدهید و به حسب ظاهر هیچ کس از آن قدرشناسی نمیکند - نه مسؤولِ شما آن را میبیند، نه مأموران عالیرتبه دولتی از آن حرکت کوچک مهربانانه شما مطلع میشوند، و نه خود آن مریض مجال تشکّر پیدا میکند - در دفتر انصاف و عدل الهی ثبت میشود. «فمن یعمل مثقال ذرّة خیرا یره»: اگر شما به قدر سنگینی یک ذرّه - یعنی ذرّاتی که شما در تابش نور خورشید به درون اتاق مشاهده میکنید و اصلاً نمیشود سنگینی آنها با ابزارهای معمولی اندازه‌گیری کرد - کار نیک بکنید، آن را در قیامت به چشم خودتان خواهید دید؛ پاداش آن به شما برمیگردد و ضایع نمیشود. فرق تفکّر الهی با تفکّر مادی همین‌جاست. بنا بر معارف والای الهی، در عالم طبیعت و وجود، هیچ حرکتی، هیچ رفتاری و هیچ احساسی ضایع نمیشود. وقتی نسبت به بیمار احساس ترحّم میکنید و انگیزه مهربانی در دلتان نسبت به آن بیمار میجوشد، همان هم اجر دارد. آن را چه کسی میبیند و احساس میکند؟ خدای متعال که عالم‌السّرّ و الخفیّات است - «یعلم خائنة الأعین و ما تخفی الصّدور» - و هر آنچه که در دلها و خاطره‌های ما میگذرد، میداند و به آن آگاه میشود، پاداش خواهد داد.</w:t>
              <w:br/>
              <w:br/>
              <w:t>معیار معکوس : * سوداگری در درمان ، سلطه نخبگانی پزشکی* درمان محور* توجه به ساختارهای تشخیص و درمان بیماری توسط قشر متخصص* درمان و مراقبت تمرکز در مجتمع‌های درمانی و بیمارستان‌های متمرکز</w:t>
            </w:r>
          </w:p>
        </w:tc>
        <w:tc>
          <w:tcPr>
            <w:tcW w:type="dxa" w:w="4320"/>
          </w:tcPr>
          <w:p>
            <w:r>
              <w:t>### معیار برای تشخیص</w:t>
              <w:br/>
              <w:t>*سوداگرى در درمان، سلطه نخبگانی پزشکی، درمان محور، توجه به ساختارهای تشخیص و درمان بیماری توسط قشر متخصص، درمان و مراقبت تمرکز در مجتمع‌های درمانی و بیمارستان‌های متمرکز*</w:t>
              <w:br/>
              <w:br/>
              <w:t>### توضیحات معیار</w:t>
              <w:br/>
              <w:t>برای ارزیابی این معیار، جنبه‌های مختلفی مورد توجه قرار می‌گیرد:</w:t>
              <w:br/>
              <w:br/>
              <w:t>1. **سوداگرى در درمان:** این مفهوم به توجه به منافع مالی و تجاری در فرایند درمان بیماران اشاره دارد. در این شرایط، ممکن است تمرکز بر حفظ سلامت بیمار کمتر از حداکثر سودآوری مالی باشد، که می‌تواند به نادیده گرفتن نیازهای واقعی بیماران منجر شود.</w:t>
              <w:br/>
              <w:br/>
              <w:t>2. **سلطه نخبگانی پزشکی:** این ویژگی به قدرت و تأثیر بالای گروه‌های متخصص و پزشکان در تعیین نحوه درمان و تشخیص بیماری‌ها اشاره دارد. در این حالت، ممکن است دیدگاه‌های زمان‌بر و محدود بدون توجه به نظرات سایر ذینفعان یا عوامل انسانی نادیده گرفته شوند.</w:t>
              <w:br/>
              <w:br/>
              <w:t>3. **درمان محور:** این مفهوم به اولویت قرار دادن درمان بیماری‌ها و نادیده گرفتن جنبه‌های پیشگیرانه یا ارتقاء سلامت عمومی اشاره دارد. در این زمینه، ممکن است توجه کمتری به فعالیت‌های اجتماعی و فرهنگی که به بهبود کیفیت زندگی بیماران کمک می‌کند، صورت گیرد.</w:t>
              <w:br/>
              <w:br/>
              <w:t>4. **توجه به ساختارهای تشخیص و درمان بیماری توسط قشر متخصص:** این ویژگی نشان‌دهنده‌ای تمرکز بر سیستم‌های تشخیصی و درمانی است که عمدتاً توسط متخصصان طراحی و کنترل می‌شوند، بدون در نظر گرفتن تجربیات و نیازهای بیماران و افراد عادی.</w:t>
              <w:br/>
              <w:br/>
              <w:t>5. **درمان و مراقبت تمرکز در مجتمع‌های درمانی و بیمارستان‌های متمرکز:** این مفهوم به گرایش به متمرکز کردن خدمات درمانی در مراکز بزرگ اشاره دارد، که می‌تواند نتیجه آن کاهش دسترسی و کیفیت خدمات برای بیماران در مناطق مختلف باشد و به عدم توجه به نیازهای محلی منجر شود.</w:t>
            </w:r>
          </w:p>
        </w:tc>
      </w:tr>
      <w:tr>
        <w:tc>
          <w:tcPr>
            <w:tcW w:type="dxa" w:w="4320"/>
          </w:tcPr>
          <w:p>
            <w:r>
              <w:t>معیار اصلی: * گسترش کشاورزی معیشتی در آحاد جامعه با مرکزیت در خانه‌های مولد و سپس محیط‌های همسایگی برای گسترش محبت و انسجام اجتماعی با توجه به صرفه اقتصادی کشاورزی خرد و قابلیت رقابت در فضای کنونی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r>
          </w:p>
        </w:tc>
        <w:tc>
          <w:tcPr>
            <w:tcW w:type="dxa" w:w="4320"/>
          </w:tcPr>
          <w:p>
            <w:r>
              <w:t>**معیار برای تشخیص:** افزایش کمیت تولید محصولات از طریق سرمایه‌گذاری و کشاورزی متمرکز</w:t>
              <w:br/>
              <w:br/>
              <w:t>**توضیحات معیار:**</w:t>
              <w:br/>
              <w:t>1. **افزایش کمیت تولید محصولات:** به معنای تمرکز بر تولید بیشتر و سریع‌تر محصولات کشاورزی به‌وسیله استفاده از شیوه‌های متمرکز و صنعتی، که ممکن است موجب کاهش توجه به کیفیت و پایداری منابع شود.</w:t>
              <w:br/>
              <w:t>2. **سرمایه‌گذاری و کشاورزی متمرکز:** اشاره به تلاش‌هایی برای جذب سرمایه‌گذاران و استفاده از روش‌های متمرکز برای افزایش اثربخشی و بهره‌وری در کشاورزی. این رویکرد ممکن است توجه کمتری به قابلیت جامعه محلی و تأمین نیازهای غذایی خانواده‌ها داشته باشد.</w:t>
              <w:br/>
              <w:t>3. **محوریت گونه‌های غیر مثمر:** ممکن است به نادیده گرفتن تنوع اکوسیستم‌ها و تأکید بر گونه‌هایی اشاره کند که بیشترین سود اقتصادی را برای سرمایه‌گذاران فراهم می‌آورند، بدون نگرانی از پیامدهای زیست‌محیطی.</w:t>
              <w:br/>
              <w:t>4. **توزیع متمرکز:** به توزیع محصولات کشاورزی در حجم‌های کلان و کنترل‌شده اشاره دارد که ممکن است به نفع تولیدکنندگان بزرگ باشد و به تأمین نیازهای محلی و کیفیت دسترسی به محصولات برای همه جامعه آسیب برساند.</w:t>
              <w:br/>
              <w:t xml:space="preserve">5. **حامی تولیدکننده‌های بزرگ:** به حمایت از شرکت‌ها و تولیدکنندگان بزرگ اشاره دارد که می‌تواند به بی‌توجهی به قشرهای کوچک کشاورزی و تأثیرات اجتماعی و اقتصادی آن بر جامعه منجر شود. </w:t>
              <w:br/>
              <w:br/>
              <w:t>این معیارها می‌توانند برای تحلیل و ارزیابی پروژه‌ها و پژوهش‌ها در زمینه کشاورزی و توسعه پایدار مورد استفاده قرار گیرند.</w:t>
            </w:r>
          </w:p>
        </w:tc>
      </w:tr>
      <w:tr>
        <w:tc>
          <w:tcPr>
            <w:tcW w:type="dxa" w:w="4320"/>
          </w:tcPr>
          <w:p>
            <w:r>
              <w:t>معیار اصلی: * فراهم نمودن امکان مشارکت مردمی در فرآیندهای تولید و توزیع نهاده‌ها و محصولات زراعی و باغی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r>
          </w:p>
        </w:tc>
        <w:tc>
          <w:tcPr>
            <w:tcW w:type="dxa" w:w="4320"/>
          </w:tcPr>
          <w:p>
            <w:r>
              <w:t>**معیار برای تشخیص:** افزایش کمیت تولید محصولات از طریق سرمایه‌گذاری و کشاورزی متمرکز</w:t>
              <w:br/>
              <w:br/>
              <w:t xml:space="preserve">**توضیحات معیار:**  </w:t>
              <w:br/>
              <w:t>افزایش کمیت تولید محصولات از طریق سرمایه‌گذاری و کشاورزی متمرکز به معنای تحقق بخشی از نیازهای غذایی از طریق روش‌های صنعتی و غیرمحلی است. این مسئله شامل مفاهیم زیر می‌شود:</w:t>
              <w:br/>
              <w:br/>
              <w:t>1. **سرمایه‌گذاری:** این مفهوم به فراهم آوردن منابع مالی و فنی برای گسترش کاربرد تکنولوژی و روش‌های صنعتی در حوزه کشاورزی اشاره دارد که می‌تواند به افزایش تولید منجر شود.</w:t>
              <w:br/>
              <w:br/>
              <w:t>2. **کشت متمرکز:** این عنصر به تکیه بر شیوه‌های کشت و تولید بزرگ و یکپارچه اشاره دارد که ممکن است به عدم توجه به تنوع محصولات کشاورزی و تأثیرات اجتماعی آن منجر شود.</w:t>
              <w:br/>
              <w:br/>
              <w:t>3. **توسعه پایدار:** این مفهوم به توازن میان نیازهای اقتصادی و حفاظت از محیط زیست اشاره دارد که در حالت معکوس به فراموشی این حالت و تمرکز صرف بر بهره‌برداری اقتصادی می‌انجامد.</w:t>
              <w:br/>
              <w:br/>
              <w:t>4. **بازار متمرکز:** این عنصر به شکل‌گیری ساختار بازارهایی اشاره دارد که تمرکز بر تولیدکنندگان بزرگ و تأمین‌کنندگان عمده دارند و ممکن است حقوق و منافع تولیدکنندگان کوچک‌تر را نادیده بگیرد.</w:t>
              <w:br/>
              <w:br/>
              <w:t>5. **تکنولوژی صنعتی:** این مفهوم به استفاده از روش‌های نوین و ماشین‌آلات در تولید کشاورزی اشاره دارد که ممکن است گاهی به کاهش ارتباطات اجتماعی و محلی در عرصه کشاورزی منجر شود.</w:t>
              <w:br/>
              <w:br/>
              <w:t>این معیار به ارزیابی و تحلیل فعالیت‌ها و تجارب مرتبط با رویکردهای صنعتی و متمرکز در کشاورزی و تأثیرات آن بر جامعه و اقتصاد کمک می‌کند و می‌تواند به سنجش رویکردهای جایگزین یا معکوس در زمینه کشاورزی بپردازد.</w:t>
            </w:r>
          </w:p>
        </w:tc>
      </w:tr>
      <w:tr>
        <w:tc>
          <w:tcPr>
            <w:tcW w:type="dxa" w:w="4320"/>
          </w:tcPr>
          <w:p>
            <w:r>
              <w:t>معیار اصلی: * کاهش وابستگی کشاورز خرد به شرکت‌های کشاورزی بزرگ به طوری که زمینه انحصار و استثمار فراهم نشود.</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r>
          </w:p>
        </w:tc>
        <w:tc>
          <w:tcPr>
            <w:tcW w:type="dxa" w:w="4320"/>
          </w:tcPr>
          <w:p>
            <w:r>
              <w:t>**معیار برای تشخیص:** افزایش کمیت تولید محصولات از طریق سرمایه گذاری و کشاورزی متمرکز.</w:t>
              <w:br/>
              <w:br/>
              <w:t xml:space="preserve">**توضیحات معیار:**  </w:t>
              <w:br/>
              <w:t>این معیار به تأکید بر کاهش وابستگی کشاورزان به سرمایه‌گذاری‌های بزرگ و متمرکز در زمینه کشاورزی اشاره دارد و می‌تواند شامل مفاهیم زیر باشد:</w:t>
              <w:br/>
              <w:br/>
              <w:t>1. **افزایش عدالت اقتصادی:** تمرکز بر کشاورزی متمرکز می‌تواند موجب ناپایداری اقتصادی برای کشاورزان خرد شود و این ساختار اقتصادی غالباً به نفع سرمایه‌گذاران بزرگ است.</w:t>
              <w:br/>
              <w:br/>
              <w:t>2. **کاهش حمایت از کارآفرینی داخلی:** گسترش کشاورزی متمرکز ممکن است موجب تقلیل نقش کشاورزان محلی و توانمندی‌های آنان در تأمین نیازهای غذایی کشور شود.</w:t>
              <w:br/>
              <w:br/>
              <w:t>3. **کاهش امنیت غذایی:** وابستگی به واردات و روش‌های متمرکز در تولید می‌تواند به شکنندگی در تأمین مواد غذایی منجر گردد و نگرانی‌ها را به دلیل نوسانات بازار جهانی افزایش دهد.</w:t>
              <w:br/>
              <w:br/>
              <w:t>4. **کاهش هویت و کرامت اجتماعی:** عدم شناسایی و ارزش‌گذاری برای زحمات کشاورزان می‌تواند به کاهش احساس هویت اجتماعی و مقام آنان منجر شود.</w:t>
              <w:br/>
              <w:br/>
              <w:t>5. **تضعیف فعالیت‌های کشاورزی پایدار:** با تشویق به تولید در مقیاس وسیع به سبک صنعتی، ممکن است آینده کشاورزی بومی و تولیدات پایدار به خطر بیفتد.</w:t>
              <w:br/>
              <w:br/>
              <w:t>6. **تسهیل انحصار:** رشد کشاورزی متمرکز می‌تواند به ایجاد شرایط انحصاری و استثماری در بازار کشاورزی کمک کند که بر منافع کشاورزان خرد اثر منفی خواهد گذاشت.</w:t>
              <w:br/>
              <w:br/>
              <w:t>این مفاهیم به عنوان معیارهایی برای ارزیابی و تحلیل می‌توانند در بررسی نتایج و عملکردها در حوزه‌های مرتبط با کشاورزی و امنیت غذایی مورد استفاده قرار گیرند.</w:t>
            </w:r>
          </w:p>
        </w:tc>
      </w:tr>
      <w:tr>
        <w:tc>
          <w:tcPr>
            <w:tcW w:type="dxa" w:w="4320"/>
          </w:tcPr>
          <w:p>
            <w:r>
              <w:t>معیار اصلی: تولید دانش متناسب با کشاورزی معیشتی و نشر ایثار پایه آن در مزرعه پشتیبان و مراکز تحقیق و توسعه وقف پایه</w:t>
              <w:br/>
              <w:t xml:space="preserve">توضیحات برگرفته از منابع: </w:t>
              <w:br/>
              <w:t>منبع: بیانات در دیدار مردم و عشایر شهرستان نورآباد ممسنی</w:t>
              <w:br/>
              <w:t>متن: یکی از چیزهایی که ما در این کشور نتوانستیم بر خودمان فائق بیاییم و اصلاح کنیم، مسئله‌ی اسراف است و یکی از موارد اسراف، اسراف در آب است؛ اتفاقاً کشور ما جزو مناطقی است که از لحاظ آب آن چنان غنی نیست؛ اما درصورتیکه اسراف نکنیم و روش کار را آن چنان که عاقلانه و درست است در پیش بگیریم، با همین آبِ موجود میتوانیم نیاز کشور را برآورده کنیم. اینها وظائف همه‌ی مردم ایران است و دولت اسلامی موظف است که با ترتیب صحیح و با برنامه‌ی درست، از این آمادگی ملت ایران استفاده کند و ان‌شاءالله یکی پس از دیگری مشکلات را برطرف کنند.</w:t>
              <w:br/>
              <w:br/>
              <w:t>معیار معکوس : تجاری سازی دانش کشاورزی یا فردگرایی سنتی با کمک شرکت های دانش بنیان</w:t>
            </w:r>
          </w:p>
        </w:tc>
        <w:tc>
          <w:tcPr>
            <w:tcW w:type="dxa" w:w="4320"/>
          </w:tcPr>
          <w:p>
            <w:r>
              <w:t>**معیار برای تشخیص:** تجاری‌سازی دانش کشاورزی یا فردگرایی سنتی با کمک شرکت‌های دانش‌بنیان</w:t>
              <w:br/>
              <w:br/>
              <w:t xml:space="preserve">**توضیحات معیار:** </w:t>
              <w:br/>
              <w:t>این معیار شامل دو محور کلیدی است: تجاری‌سازی دانش کشاورزی و فردگرایی سنتی.</w:t>
              <w:br/>
              <w:br/>
              <w:t>1. **تجاری‌سازی دانش کشاورزی:** این ویژگی به فرایند تبدیل دانش و فناوری‌های مرتبط با کشاورزی به محصولات یا خدمات اقتصادی اشاره دارد. در این رویکرد، تمرکز بر منافع اقتصادی و سودآوری است تا دستیابی به اهداف اجتماعی و بهبود شرایط کشاورزی. تجاری‌سازی ممکن است به ایجاد فشار بر منابع طبیعی و افزایش اسراف در استفاده از آن‌ها منجر شود، زیرا با هدف افزایش تولید و سود، ممکن است به نیازهای پایدار و محیط‌زیست کمتر توجه شود.</w:t>
              <w:br/>
              <w:br/>
              <w:t xml:space="preserve">2. **فردگرایی سنتی:** این مفهوم به رویکردهایی اشاره دارد که در آن فرد به عنوان محور اصلی فعالیت‌ها و تصمیم‌گیری‌ها قرار می‌گیرد و در نتیجه همکاری‌های جمعی و کمک به توسعه پایدار ممکن است کاهش یابد. در چنین شرایطی، افراد به جای اشتراک‌گذاری منابع و دانش برای خدمت به جامعه، به دنبال منافع شخصی و فردی خود هستند و این موضوع می‌تواند مانع از همبستگی و ایثار در جامعه شود. </w:t>
              <w:br/>
              <w:br/>
              <w:t>با ارزیابی و سنجش متون یا عملکردها بر اساس این معیار، می‌توان به شناخت عمیق‌تری از چالش‌های موجود در کشاورزی و فرهنگ فردگرایانه در جامعه دست یافت.</w:t>
            </w:r>
          </w:p>
        </w:tc>
      </w:tr>
      <w:tr>
        <w:tc>
          <w:tcPr>
            <w:tcW w:type="dxa" w:w="4320"/>
          </w:tcPr>
          <w:p>
            <w:r>
              <w:t>معیار اصلی: • نقش سطوح میانی برای آگاهی افزایی، پیگیری مسائل و مشکلات این تغییر بنیادین و پایش دانش ضمنی و مباحثی از این دست می باشد.</w:t>
              <w:br/>
              <w:t xml:space="preserve">توضیحات برگرفته از منابع: </w:t>
              <w:br/>
              <w:t>منبع: بیانات در اجتماع زنان خوزستان</w:t>
              <w:br/>
              <w:t>متن: از نظر اسلام، در همه‌ی این فعّالیتهای مربوط به جامعه‌ی بشری و فعّالیتهای زندگی، زن و مرد دارای اجازه‌ی مشترک و همسان هستند. البته بعضی از کارها هست که باب زنان نیست؛ چون با ترکیب جسمانی آنها تطبیق نمی‌کند. بعضی از کارها هم هست که باب مردان نیست؛ چون با وضع اخلاقی و جسمی آنها تطبیق نمی‌کند. این موضوع ربطی به این ندارد که زن می‌تواند در میدان فعّالیتهای اجتماعی باشد یا نه. تقسیم کار، بر حسب امکانات و شوق و زمینه‌های اقتضای این کار است. اگر زن بخواهد شوق داشته باشد، می‌تواند فعّالیتهای گوناگون اجتماعی و آنچه که مربوط به جامعه است، انجام دهد.</w:t>
              <w:br/>
              <w:t>منبع: بیانات در دیدار جمعی از دانشجویان</w:t>
              <w:br/>
              <w:t>متن: اختلاط دو جنس از نظر اسلام یک چیز مطلوبی نیست. بله، در جلسات رسمی اشکالی ندارد، زن باشد، مرد باشد، بنشینند، بحث کنند؛ مجلس شورای اسلامی، مجلس مذاکره، مجلس مشورت امّا در محیطهایی که این اختلاطها حدومرزی ندارد، اینها ضرر میزند، دلها را خراب میکند.</w:t>
              <w:br/>
              <w:t>منبع: بیانات در دیدار جمعی از پرستاران</w:t>
              <w:br/>
              <w:t>متن: از نظر اسلام، خانواده خیلی مهم است. رابطه زن و مرد در محیط خانواده به‌گونه‌ای است، و در محیط جامعه، به‌گونه‌ای دیگر است. اگر آن ضوابطی که اسلام در محیط جامعه به عنوان حایل بین زن و مرد قرار داده است، بشکند، خانواده خراب میشود. در خانواده، غالباً به زن و گاهی هم به مرد، ممکن است ظلم شود. فرهنگ اسلامی، فرهنگ عدم اختلاط زن و مرد است. چنین زندگیای با خوشبختی ادامه مییابد و میتواند به درستی و با رعایت موازین عقلی بچرخد و حرکت کند و به پیش برود. در این‌جا اسلام سختگیری کرده است. اگر آن حدّ و مرزی که در جامعه قرار داده شده است، چه از طرف زن و چه از طرف مرد بشکند، اسلام در مقابل آن سختگیری میکند؛ درست نقطه مقابل آنچه که شهوترانان عالم میخواسته‌اند و عمل میکرده‌اند. قدرتمندان و زرمندان و زورمندان، مردشان، زنشان و زیردستهایشان و کسانی که با آنها و برای آنها زندگی میکرده‌اند، همیشه عکس این عمل میکرده‌اند. آنها مایل بوده‌اند که این حجاب بین زن و مرد، از بین برود، که این، البته برای زندگىِ جامعه مضرّ و برای اخلاق جامعه بد است. برای حفظ عفّت جامعه زیانبار و بخصوص برای خانواده از همه چیز بدتر است. این، بنیان خانواده را متزلزل میکند. اسلام به خانواده اهمیت می‌دهد. تمام دعوای امروزِ بلندگوها و بوقهای تبلیغاتیِ غربی با مسلمین هم بر سرِ همین است.</w:t>
              <w:br/>
              <w:t>منبع: بیانات در اجتماع زنان خوزستان</w:t>
              <w:br/>
              <w:t>متن: در عرصه‌ی فعّالیتهای اجتماعی] اسلام حدودی را معیّن کرده است که این حدود، مربوط به زن و اجازه داشتن او برای فعّالیت نیست؛ مربوط به اختلاط زن و مرد است که اسلام روی این مسأله حسّاسیت دارد. اسلام معتقد است که مرد و زن باید یک مرزبندی میان خودشان در همه جا -در خیابان، در اداره، در تجارتخانه- داشته باشند. میان زن و مرد مسلمان، حجاب و مرزی معیّن شده است. اختلاط و امتزاج زن و مرد، مثل اختلاط و امتزاج مردان با هم و زنان با هم نیست. این را باید رعایت کنند. هم مرد باید رعایت کند و هم زن باید رعایت کند. اگر این حسّاسیتِ اسلام نسبت به روابط و نوع اختلاط مرد و زن رعایت شود، همه‌ی کارهایی که مردان میتوانند در عرصه‌ی اجتماعی انجام دهند، زنان هم -اگر قدرت جسمانی و شوق و فرصتش را داشته باشند- میتوانند انجام دهند... برای این‌که محیط سالم و دارای امنیت باشد؛ زن بتواند کار خود را در جامعه انجام دهد، مرد هم بتواند مسؤولیتهای خود را انجام دهد، اسلام حجاب را معیّن کرده است که این حجاب، یکی از آن احکام برجسته‌ی اسلام است.</w:t>
              <w:br/>
              <w:br/>
              <w:t>معیار معکوس : ایجاد نهاد اجتماعی یکسان برای زن و مرد با هدف کارامدی نیروی انسانی در توسعه اقتصادی</w:t>
            </w:r>
          </w:p>
        </w:tc>
        <w:tc>
          <w:tcPr>
            <w:tcW w:type="dxa" w:w="4320"/>
          </w:tcPr>
          <w:p>
            <w:r>
              <w:t>### معیار برای تشخیص</w:t>
              <w:br/>
              <w:t>• ایجاد نهاد اجتماعی یکسان برای زن و مرد با هدف کارامدی نیروی انسانی در توسعه اقتصادی</w:t>
              <w:br/>
              <w:br/>
              <w:t>### توضیحات معیار</w:t>
              <w:br/>
              <w:t>در بررسی ویژگی‌ها و رفتارهایی که ممکن است با ایجاد نهاد اجتماعی یکسان برای زن و مرد هم‌خوانی نداشته باشد، می‌توان به عناصر زیر اشاره کرد:</w:t>
              <w:br/>
              <w:br/>
              <w:t>1. **وجود مرزبندی‌های اجتماعی**: این مفهوم به شکل‌گیری و حفظ چارچوب‌های مشخص و معین بین زن و مرد در محیط‌های مختلف اجتماعی اشاره دارد. منابع مختلف تأکید دارند که این مرزبندی‌ها، به منظور حفظ خانواده و سلامت اجتماعی، ضروری هستند و می‌توانند بر تصمیم‌گیری‌ها و فعالیت‌های اجتماعی تأثیر بگذارند.</w:t>
              <w:br/>
              <w:br/>
              <w:t>2. **ملاحظات فرهنگی و اخلاقی**: این ویژگی شامل در نظر گرفتن ارزش‌ها و معیارهای فرهنگی جامعه در ارتباطات بین زن و مرد است. بر اساس مبانی اسلامی بیان شده، رعایت این ملاحظات به تقویت بنیان خانواده و سلامت اجتماعی کمک می‌کند.</w:t>
              <w:br/>
              <w:br/>
              <w:t>3. **عدم اختلاط غیرضروری**: این ویژگی به پرهیز از اختلاط زن و مرد در محیط‌هایی که امکان آلودگی روابط وجود دارد، مربوط می‌شود. منابع اشاره دارند که این اختلاط می‌تواند منجر به مشکلات اخلاقی و اجتماعی گردد و برای جامعه و خانواده نگران‌کننده باشد.</w:t>
              <w:br/>
              <w:br/>
              <w:t>4. **پاسداری از عفت عمومی**: این مفهوم به اهمیت حفظ عفت و دوری از رفتارهای غیرمتناسب در روابط بین زن و مرد اشاره دارد. طبق منابع، تأکید بر عفت عمومی می‌تواند به پایداری و سلامت اجتماعی کمک کند و از بروز مشکلات خانوادگی جلوگیری نماید.</w:t>
              <w:br/>
              <w:br/>
              <w:t>این ویژگی‌ها به عنوان ابزارهایی برای تحلیل و ارزیابی کیفی متون یا عملکردها در زمینه‌های اجتماعی و فرهنگی مورد استفاده قرار می‌گیرند و می‌توانند در بررسی تناقض‌ها و چالش‌های موجود در روابط اجتماعی مؤثر باشند.</w:t>
            </w:r>
          </w:p>
        </w:tc>
      </w:tr>
      <w:tr>
        <w:tc>
          <w:tcPr>
            <w:tcW w:type="dxa" w:w="4320"/>
          </w:tcPr>
          <w:p>
            <w:r>
              <w:t>معیار اصلی: بر اساس کار و فعایت مؤثر اجتماعی مولد در راستای تحقق خودکفایی، پیشرفت و سبک زندگی اسلامی در سطوح زیر تعریف می شود:</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r>
          </w:p>
        </w:tc>
        <w:tc>
          <w:tcPr>
            <w:tcW w:type="dxa" w:w="4320"/>
          </w:tcPr>
          <w:p>
            <w:r>
              <w:t>**معیار برای تشخیص:** پذیرش جهت‌گیری تمدن مدرن و هضم شدن در فرهنگ رقیب و یا اعمال اصلاحات جزئی و صوری در آن</w:t>
              <w:br/>
              <w:br/>
              <w:t xml:space="preserve">**توضیحات معیار:** </w:t>
              <w:br/>
              <w:t>1. **پذیرش جهت‌گیری تمدن مدرن:** این مفهوم اشاره به سازگاری و پذیرش ابعاد فرهنگی، اجتماعی و اقتصادی جوامع مدرن دارد که ممکن است منجر به کاهش هویت بومی و محلی شود. این پذیرش می‌تواند به تضعیف نهادها و ارزش‌های اجتماعی محلی بینجامد و تعادل فرهنگی را تحت تأثیر قرار دهد.</w:t>
              <w:br/>
              <w:br/>
              <w:t>2. **هضم شدن در فرهنگ رقیب:** این ویژگی به معنای ترکیب و حذف تدریجی عناصر فرهنگی بومی به نفع عناصر فرهنگی دیگر است. فرآیند هضم ممکن است به تحلیل هویت فرهنگی و اجتماعی جامعه منجر شود و در نتیجه، از تأثیرگذاری مثبت این فرهنگ بر عرصه‌های اجتماعی و اقتصادی جلوگیری کند.</w:t>
              <w:br/>
              <w:br/>
              <w:t>3. **اعمال اصلاحات جزئی و صوری:** این مفهوم به تغییرات یا اصلاحاتی اشاره دارد که تنها به شکل ظاهری و superficial انجام می‌شوند و فاقد تأثیر عمیق و بنیادین بر ساختارهای اجتماعی، اقتصادی و فرهنگی هستند. چنین اصلاحاتی ممکن است به حفظ وضعیت موجود کمک کنند بدون اینکه به بهبود واقعی شرایط منجر شوند.</w:t>
              <w:br/>
              <w:br/>
              <w:t>4. **شکل‌گیری صنوف بر پایه منافع گروهی:** این ویژگی به تشکیل گروه‌های اجتماعی و اقتصادی اشاره می‌کند که بر مبنای منافع خاص خود عمل می‌کنند و ممکن است به تضییع حقوق و منافع سایر گروه‌ها منجر شود. این نوع رفتار می‌تواند به تقویت نابرابری‌ها و تنش‌های اجتماعی بالاتر دامن بزند.</w:t>
              <w:br/>
              <w:br/>
              <w:t>5. **اجیر شدن بخش مردمی توسط بخش خصوصی یا دولت:** این مفهوم به شرایطی اشاره دارد که در آن بخش‌های اجتماعی با تأثیرپذیری از نهادهای خصوصی یا دولتی، به نوعی وابستگی پیدا می‌کنند. این وابستگی ممکن است منجر به از دست رفتن استقلال و خودکفایی اجتماعی شود و از فعالیت‌های اقتصادی مولد جلوگیری کند.</w:t>
            </w:r>
          </w:p>
        </w:tc>
      </w:tr>
      <w:tr>
        <w:tc>
          <w:tcPr>
            <w:tcW w:type="dxa" w:w="4320"/>
          </w:tcPr>
          <w:p>
            <w:r>
              <w:t>معیار اصلی: یا متناسب با هدایت درگیری جامعه جهانی با نظام اقتصادی استعماری با خلق زنجیره های جدید محصولات</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r>
          </w:p>
        </w:tc>
        <w:tc>
          <w:tcPr>
            <w:tcW w:type="dxa" w:w="4320"/>
          </w:tcPr>
          <w:p>
            <w:r>
              <w:t xml:space="preserve">**معیار برای تشخیص:** سطح رهبری:‌ پذیرش جهت‌گیری تمدن مدرن و هضم شدن در فرهنگ رقیب و یا اعمال اصلاحات جزئی و صوری در آن  </w:t>
              <w:br/>
              <w:t xml:space="preserve">سطح میانی: شکل‌گیری صنوف بر پایه منافع گروهی و اجحاف به سایرین  </w:t>
              <w:br/>
              <w:t>سطح مردمی: اجیر شدن بخش مردمی توسط بخش خصوصی (سرمایه متمرکز) یا دولت</w:t>
              <w:br/>
              <w:br/>
              <w:t xml:space="preserve">**توضیحات معیار:**  </w:t>
              <w:br/>
              <w:t xml:space="preserve">- **پذیرش جهت‌گیری تمدن مدرن:** این مفهوم به تمایل به پذیرش و انطباق با فرهنگ و سیستم‌های مدرن، به‌خصوص در زمینه‌های اقتصادی و اجتماعی، اشاره دارد. این وضعیت ممکن است منجر به کاهش احساس هویت فی‌نفسه و تضعیف توانایی در هدایت تحول‌ها و تغییرات مفید در جامعه شود.  </w:t>
              <w:br/>
              <w:t xml:space="preserve">- **هضم شدن در فرهنگ رقیب:** این عبارت به فرآیند جذب و پذیرش ویژگی‌های فرهنگی و اقتصادی رقیب اشاره دارد که می‌تواند منجر به از بین رفتن یا کمرنگ شدن ارزش‌ها و هنجارهای اصلی جامعه گردد.  </w:t>
              <w:br/>
              <w:t xml:space="preserve">- **اعمال اصلاحات جزئی و صوری:** این مفهوم به تغییرات کوچکی اشاره دارد که ممکن است به عنوان تلاش برای بهبود سیستم‌ها یا ساختارها ظاهر شوند، اما در واقع تاثیرات عمیق یا پایدار ندارند و تنها به حفظ وضعیت موجود کمک می‌کنند.  </w:t>
              <w:br/>
              <w:t xml:space="preserve">- **شکل‌گیری صنوف بر پایه منافع گروهی:** این ویژگی به ظهور گروه‌ها یا صنوفی اشاره دارد که منافع خاص خود را مد نظر قرار می‌دهند، بدون توجه به تأثیرات آن بر جامعه به‌طور کلی و بدون در نظر گرفتن اصول عدالت اجتماعی.  </w:t>
              <w:br/>
              <w:t xml:space="preserve">- **اجحاف به سایرین:** این مفهوم به شرایطی اشاره دارد که در آن منافع یک گروه به قیمت آسیب به دیگر گروه‌ها تأمین می‌شود، به‌خصوص در زمینه‌های اقتصادی و اجتماعی.  </w:t>
              <w:br/>
              <w:t>- **اجیر شدن بخش مردمی توسط بخش خصوصی یا دولت:** این عبارت به وضعیت اجتماعی‌ای اشاره دارد که در آن اعضای جامعه تحت تأثیر و کنترل نیروهای خصوصی یا دولتی قرار می‌گیرند، که می‌تواند به از بین رفتن استقلال و قدرت مشارکت آنها منجر شود.</w:t>
            </w:r>
          </w:p>
        </w:tc>
      </w:tr>
      <w:tr>
        <w:tc>
          <w:tcPr>
            <w:tcW w:type="dxa" w:w="4320"/>
          </w:tcPr>
          <w:p>
            <w:r>
              <w:t>معیار اصلی: توسعه دهنده درگیری با تمدن مادی در مقیاس‌های مختلف (افزایش سرعت، دقت و تأثیرگذاری)</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r>
          </w:p>
        </w:tc>
        <w:tc>
          <w:tcPr>
            <w:tcW w:type="dxa" w:w="4320"/>
          </w:tcPr>
          <w:p>
            <w:r>
              <w:t xml:space="preserve">**معیار برای تشخیص:**  </w:t>
              <w:br/>
              <w:t>رسوخ در جهت‌گیری تمدن مدرن به‌گونه‌ای که فرهنگ‌های رقابتی هضم شوند و اصلاحات جزئی و صوری در آن انجام گیرد (کاهش سرعت، دقت و تأثیرگذاری)</w:t>
              <w:br/>
              <w:br/>
              <w:t xml:space="preserve">**توضیحات معیار:**  </w:t>
              <w:br/>
              <w:t>این معیار به تأثیر منفی تعاملات با تمدن مادی اشاره دارد و شامل ویژگی‌ها و رفتارهای زیر است:</w:t>
              <w:br/>
              <w:br/>
              <w:t>1. **کاهش سرعت:** کندی در ارائه پاسخ‌ها یا تصمیم‌گیری‌ها که می‌تواند به بروز تأخیرها و مشکلات عملی در ویژگی‌های اجتماعی و فرهنگی منجر شود.</w:t>
              <w:br/>
              <w:t>2. **کاهش دقت:** ناتوانی در انجام وظایف با کیفیت مطلوب و با حداقل خطا، که منجر به توجه ناکافی به جزئیات و نیازها می‌گردد.</w:t>
              <w:br/>
              <w:t>3. **کاهش تأثیرگذاری:** عدم توانایی در نفوذ مثبت در دیگران و شایسته‌سازی تغییرات به گونه‌ای که موجب تنزل سطح فکری و عملی جامعه شود.</w:t>
              <w:br/>
              <w:t>4. **عدم انعطاف‌پذیری:** ناتوانی در تنظیم و تطبیق استراتژی‌ها با شرایط مختلف، که ممکن است منجر به تداوم روش‌های غیربهینه در تعامل با تمدن مادی گردد.</w:t>
              <w:br/>
              <w:t>5. **عدم نوآوری:** عدم جستجوی راه‌حل‌های جدید و خلاقانه برای چالش‌های موجود که می‌تواند به رکود و عدم پیشرفت عملیاتی منجر شود.</w:t>
              <w:br/>
              <w:t>6. **استفاده از منافع گروهی:** شکل‌گیری صنوف بر پایه منافع خاص که به اجحاف به سایرین و محروم‌سازی بخش‌هایی از جامعه می‌انجامد.</w:t>
              <w:br/>
              <w:br/>
              <w:t>این ویژگی‌ها به‌وضوح به بهبود کیفیت تعاملات با تمدن مادی ضربه می‌زنند و قادر به ارزیابی و تحلیل در متون و عملکردها هستند.</w:t>
            </w:r>
          </w:p>
        </w:tc>
      </w:tr>
      <w:tr>
        <w:tc>
          <w:tcPr>
            <w:tcW w:type="dxa" w:w="4320"/>
          </w:tcPr>
          <w:p>
            <w:r>
              <w:t>معیار اصلی: سطح میانی:</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r>
          </w:p>
        </w:tc>
        <w:tc>
          <w:tcPr>
            <w:tcW w:type="dxa" w:w="4320"/>
          </w:tcPr>
          <w:p>
            <w:r>
              <w:t>**معیار برای تشخیص:** سطح رهبری</w:t>
              <w:br/>
              <w:br/>
              <w:t xml:space="preserve">**توضیحات معیار:**  </w:t>
              <w:br/>
              <w:t>معیار "سطح رهبری" به ویژگی‌ها و رفتارهایی اشاره دارد که در آن‌ها پذیرش جهت‌گیری‌های تمدن مدرن و هضم شدن در فرهنگ رقیب، اعمال اصلاحات جزئی و صوری و شکل‌گیری صنوف بر پایه منافع گروهی، به چشم می‌خورد. در این زمینه، مفاهیم کلیدی زیر می‌توانند به عنوان ابزارهای تحلیل کیفی مورد استفاده قرار گیرند:</w:t>
              <w:br/>
              <w:br/>
              <w:t>1. **پذیرش جهت‌گیری تمدن مدرن:** این ویژگی به تعامل و تطابق با رویکردهای مدرن و روندهای فرهنگی اشاره دارد؛ به‌طوری‌که ممکن است منجر به کاهش استقلال هویتی و بروز مشکلاتی در حفظ ارزش‌های محلی شود.</w:t>
              <w:br/>
              <w:br/>
              <w:t>2. **اجحاف به سایرین:** نفوذ منافع گروهی بر تصمیم‌گیری‌ها و سیاست‌گذاری‌های کلان، می‌تواند به تضییع حقوق و منافع سایر گروه‌ها منجر شود، که مشخصه‌ای از فضای رقابتی و ناعادلانه در سازمان‌ها به شمار می‌آید.</w:t>
              <w:br/>
              <w:br/>
              <w:t>3. **اصلاحات جزئی و صوری:** این ویژگی به تلاش‌ها و تغییرات سطحی اشاره دارد که بیشتر به منظور حفظ ظاهر و کاهش فشارهای سیاسی صورت می‌گیرند و عملاً هیچ تاثیری در بهبود ساختارها و فرآیندهای اساسی ندارند.</w:t>
              <w:br/>
              <w:br/>
              <w:t xml:space="preserve">4. **اجیر شدن بخش مردمی:** وابستگی بخش‌های مردمی به سرمایه‌های متمرکز یا دولت، می‌تواند به بی‌عملی و کاهش کارایی اجتماعی و اقتصادی منجر شود، که زمینه‌ای برای از دست رفتن توانمندی‌های مستقل آن‌ها است. </w:t>
              <w:br/>
              <w:br/>
              <w:t>استفاده از این معیارها می‌تواند به ارزیابی دقیق‌تر رفتارها و ویژگی‌های مربوط به سطح رهبری در یک محیط سازمانی و اجتماعی کمک کند.</w:t>
            </w:r>
          </w:p>
        </w:tc>
      </w:tr>
      <w:tr>
        <w:tc>
          <w:tcPr>
            <w:tcW w:type="dxa" w:w="4320"/>
          </w:tcPr>
          <w:p>
            <w:r>
              <w:t>معیار اصلی: سطح رهبری:</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r>
          </w:p>
        </w:tc>
        <w:tc>
          <w:tcPr>
            <w:tcW w:type="dxa" w:w="4320"/>
          </w:tcPr>
          <w:p>
            <w:r>
              <w:t>**معیار برای تشخیص:** سطح رهبری</w:t>
              <w:br/>
              <w:br/>
              <w:t xml:space="preserve">**توضیحات معیار:**  </w:t>
              <w:br/>
              <w:t>- **پذیرش جهت‌گیری تمدن مدرن و هضم در فرهنگ رقیب:** این ویژگی به عدم توانایی رهبری در حفظ و ارتقاء هویت فرهنگی و ارزشی خود اشاره دارد. عدم توجه به تنوع فرهنگی و پذیرش سرسری تغییرات، منجر به کاهش انسجام و هویت گروه می‌شود.</w:t>
              <w:br/>
              <w:t>- **شکل‌گیری صنوف بر پایه منافع گروهی و اجحاف به سایرین:** این وضعیت به نحوه‌ای اشاره دارد که در آن رهبری به جای ایجاد بهبود و تحقق اهداف مشترک، بر اساس منافع محدود و خودخواهانه عمل می‌کند که می‌تواند به تضعیف روابط درون گروهی و نارضایتی منجر شود.</w:t>
              <w:br/>
              <w:t>- **اجیر شدن بخش مردمی توسط بخش خصوصی یا دولت:** این مورد نشان‌دهنده عدم استقلال و عدم قدرت تصمیم‌گیری در میان اعضای گروه است که می‌تواند به کاهش مشارکت و احساس مسئولیت در اعضا منجر شود. در چنین حالتی، اعضای گروه ممکن است به جای مشارکت فعال، تنها به تبعیت از دستورات و منافع دیگران بپردازند.</w:t>
              <w:br/>
            </w:r>
          </w:p>
        </w:tc>
      </w:tr>
      <w:tr>
        <w:tc>
          <w:tcPr>
            <w:tcW w:type="dxa" w:w="4320"/>
          </w:tcPr>
          <w:p>
            <w:r>
              <w:t>معیار اصلی: ایثارگری و خیرخواهی، هماهنگ کننده عملکرد سطح مردمی و تسهیل فعالیت ایشان</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r>
          </w:p>
        </w:tc>
        <w:tc>
          <w:tcPr>
            <w:tcW w:type="dxa" w:w="4320"/>
          </w:tcPr>
          <w:p>
            <w:r>
              <w:t>**معیار برای تشخیص:** سطح رهبری: پذیرش جهت‌گیری تمدن مدرن و هضم شدن در فرهنگ رقیب، و یا اعمال اصلاحات جزئی و صوری در آن. سطح میانی: شکل‌گیری صنوف بر پایه منافع گروهی و اجحاف به سایرین. سطح مردمی: اجیر شدن بخش مردمی توسط بخش خصوصی (سرمایه متمرکز) یا دولت.</w:t>
              <w:br/>
              <w:br/>
              <w:t xml:space="preserve">**توضیحات معیار:**  </w:t>
              <w:br/>
              <w:t>معیارها در این بخش به ارزیابی رفتارهایی می‌پردازند که در تعارض با ویژگی‌های مثبت ایثارگری و خیرخواهی قرار دارند. سطح رهبری به معنای رویکردی است که ممکن است به پذیرش فرهنگ‌های رقیب و انزوا از هویت فرهنگی خود بیانجامد. این رفتار می‌تواند موجب تضعیف ارزش‌های اجتماعی و انسانی در جوامع شود. در سطح میانی، شکل‌گیری صنوف بر پایه منافع گروهی به معنای تمرکز بر منافع خاص و فدا کردن مصالح عمومی است که می‌تواند به اجحاف به سایرین و کاهش همکاری‌های اجتماعی منجر شود. همچنین سطح مردمی به اشاره به وابستگی و اجیر شدن بخش مردمی تحت تأثیر منافع خصوصی یا دولتی اشاره دارد که ممکن است باعث کاهش خودمختاری و قدرت تصمیم‌گیری مردم شود.</w:t>
              <w:br/>
              <w:br/>
              <w:t>مفاهیم کلیدی برای سنجش عبارتند از:</w:t>
              <w:br/>
              <w:t>- **سطح رهبری:** رویکردی که ممکن است به انطباق با فرهنگ‌های رقیب و بی‌توجهی به هویت فرهنگی منجر شود.</w:t>
              <w:br/>
              <w:t>- **پذیرش جهت‌گیری تمدن مدرن:** تمایل به پذیرش ارزش‌ها و الگوهای فرهنگی جدید به نحو غیرانتقادی.</w:t>
              <w:br/>
              <w:t>- **اجحاف به سایرین:** نادیده گرفتن نیازها و منافع گروه‌های دیگر به نفع منافع خاص.</w:t>
              <w:br/>
              <w:t>- **اجیر شدن:** وابستگی بخش مردمی به نهادهای خصوصی یا دولت و از دست دادن خودمختاری.</w:t>
            </w:r>
          </w:p>
        </w:tc>
      </w:tr>
      <w:tr>
        <w:tc>
          <w:tcPr>
            <w:tcW w:type="dxa" w:w="4320"/>
          </w:tcPr>
          <w:p>
            <w:r>
              <w:t>معیار اصلی: یا نظام هماهنگ هدایت زنجیره های محصول به صورت احسان بنیان</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r>
          </w:p>
        </w:tc>
        <w:tc>
          <w:tcPr>
            <w:tcW w:type="dxa" w:w="4320"/>
          </w:tcPr>
          <w:p>
            <w:r>
              <w:t xml:space="preserve">**معیار برای تشخیص:** سطح رهبری: پذیرش جهت‌گیری تمدن مدرن و هضم شدن در فرهنگ رقیب و یا اعمال اصلاحات جزئی و صوری در آن  </w:t>
              <w:br/>
              <w:t xml:space="preserve">سطح میانی: شکل‌گیری صنوف بر پایه منافع گروهی و اجحاف به سایرین  </w:t>
              <w:br/>
              <w:t xml:space="preserve">سطح مردمی: اجیر شدن بخش مردمی توسط بخش خصوصی (سرمایه متمرکز) یا دولت  </w:t>
              <w:br/>
              <w:br/>
              <w:t xml:space="preserve">**توضیحات معیار:**  </w:t>
              <w:br/>
              <w:t>این معیار به چند مفهوم کلیدی اشاره دارد که در ارزیابی عملکردها و متون می‌توان از آن‌ها استفاده کرد:</w:t>
              <w:br/>
              <w:br/>
              <w:t>1. **پذیرش جهت‌گیری تمدن مدرن و هضم شدن در فرهنگ رقیب**: این مفهوم به تحمیل ارزش‌ها و اصول فرهنگی از جانب یک فرهنگ غالب به دیگر فرهنگ‌ها اشاره دارد که منجر به تضعیف هویت فرهنگی خاص و از بین رفتن تنوع فرهنگی می‌شود.</w:t>
              <w:br/>
              <w:br/>
              <w:t>2. **اعمال اصلاحات جزئی و صوری**: این مفهوم به تغییرات سطحی در نظام‌ها و ساختارها اشاره دارد که در واقع هیچ گونه تغییر بنیانی و عمیق را به همراه ندارند و گاهی به هدف فریب دادن دیگران انجام می‌شوند.</w:t>
              <w:br/>
              <w:br/>
              <w:t>3. **شکل‌گیری صنوف بر پایه منافع گروهی**: این مفهوم به ساز و کارهایی اشاره دارد که در آن گروه‌ها بر اساس منافع خاص خود به تعامل می‌پردازند و ممکن است به احقاق حقوق و منافع دیگران توجهی نداشته باشند.</w:t>
              <w:br/>
              <w:br/>
              <w:t>4. **اجحاف به سایرین**: این مفهوم به رفتارهایی اشاره دارد که در آن منافع یک گروه یا احتمالاً فرد از سایرین نادیده گرفته شده و به بهره‌برداری یا زیان رساندن به آن‌ها منجر می‌شود.</w:t>
              <w:br/>
              <w:br/>
              <w:t xml:space="preserve">5. **اجیر شدن بخش مردمی توسط بخش خصوصی یا دولت**: این مفهوم به وابستگی و کنترل بخش مردمی توسط نهادهای قدرتمند اشاره دارد که می‌تواند از استقلال آن‌ها بکاهد و منجر به نفع‌طلبی و عدم توجه به نیازهای واقعی آن‌ها شود. </w:t>
              <w:br/>
              <w:br/>
              <w:t>این معیارها می‌توانند به عنوان ابزارهایی برای تحلیل کیفی در بررسی وضعیت‌های مختلف اجتماعی و سازمانی مورد استفاده قرار گیرند.</w:t>
            </w:r>
          </w:p>
        </w:tc>
      </w:tr>
      <w:tr>
        <w:tc>
          <w:tcPr>
            <w:tcW w:type="dxa" w:w="4320"/>
          </w:tcPr>
          <w:p>
            <w:r>
              <w:t>معیار اصلی: • ایجاد حدود و موانع برای جلوگیری از سلب آگاهی و اختیار جامعه در تحقق اسلام</w:t>
              <w:br/>
              <w:t xml:space="preserve">توضیحات برگرفته از منابع: </w:t>
              <w:br/>
              <w:t>منبع: مقام معظم رهبری، انسان 250ساله، ص256</w:t>
              <w:br/>
              <w:t>متن: دشواري کار دعوت راستين امامت در همين نکته نهفته است. يک دعوت مسلکي کامل که مي خواهد قدرت را از هر گونه زورگويي و تجاوز طلبي و تعدي به حق آزادي مردم دور نگاه داشته، اصول و موازين اساسي اسلام را مراعات کند، ناگزير بايد با تکيه بر شعور و درک مردم و در زمينه ي احساس نياز خواست طبيعي آنان، رشد و پيشرفت خود را ادامه دهد.</w:t>
              <w:br/>
              <w:t>منبع: بيانات در خطبه‏هاى نماز جمعه تهران</w:t>
              <w:br/>
              <w:t>متن: اساس جامعه‏ى اسلامى هم بر اين است كه به مردم‏ فرصت فكر كردن داده بشود. يعنى آنچه گفتنى است به مردم‏ گفته شود تا مردم‏ بتوانند در سايه‏ى معرفتى كه پيدا ميكنند بنشينند با خود حساب كنند و حق را از باطل تشخيص بدهند. لذا اساس حكومتهاى ظالمانه در طول تاريخ بشر و همچنين امروز در دنيا بر اين بوده كه وسيله‏ى تشخيص حق و باطل يعنى فكر كردن و انديشيدن را از مردم‏ بگيرند. ما، يعنى ملت مسلمان ايران امروز بيش از هميشه محتاج تعلق و تدبريم. يك وظيفه دستگاه‏هاى اداره‏كننده دارند و آن ارشاد و هدايت مردم‏ است. يك وظيفه مردم‏ دارند و آن شنيدن ارشادها و هدايتها و فكر كردن درباره‏ى آنهاست.</w:t>
              <w:br/>
              <w:t>منبع: بیانات در مراسم تنفیذ حکم سیزدهمین دوره ریاست جمهوری اسلامی ایران</w:t>
              <w:br/>
              <w:t>متن: یک توصیه به رئیس‌جمهور محترم این است که ... «دولت مردمی» را که شعار ایشان بود، در واقعیّت محقّق کنند و به معنای واقعی کلمه با مردم، در کنار مردم، در میان مردم باشند... البتّه حضور در میان مردم نباید افراد را از ارتباط با نخبگان غافل کند. ارتباط با نخبگان هم در جای خود یک حرکت بسیار لازم و مفید است؛ تبادل نظر با نخبگان، و استفاده‌ی از نظر نخبگان</w:t>
              <w:br/>
              <w:t>منبع: بیانات در دیدار رییس جمهور و اعضای هیأت دولت</w:t>
              <w:br/>
              <w:t>متن: این گفتمان پیشرفت علمی هم باید ادامه پیدا کند، یعنی این را نباید بگذارید متوقّف بشود. شماها همه‌تان -همه‌ی دوستان-دانشگاهی هستید، اوّلاً من توصیه‌ام این است که دوستان مسئول، با دانشگاه رابطه‌شان را قطع نکنند؛ یعنی رفت‌و‌آمد با دانشگاه داشته باشند؛ هرجا هستید، هرجور، با هر مجموعه‌ی دانشگاهی‌ که روبه‌رو میشوید، روی مسئله‌ی گفتمان تولید علم و پیشرفت علمی و همین جنبش نرم‌افزاری و شتاب رشد، تکیه کنید؛ جوری بشود که هر استادی، هر دانشجویی، هر پژوهشگری احساس بکند که این وظیفه‌ی او است که این کار را بایستی انجام بدهد. این هم یک نکته در مورد این قضیّه.</w:t>
              <w:br/>
              <w:t>منبع: بیانات در دیدار اقشار مختلف مردم در آستانه انتخابات مجلس خبرگان</w:t>
              <w:br/>
              <w:t>متن: خطاست اگر خیال کنیم که حضور ملت ایران، فقط در صحنه‌ی انتخابات نمایان و نشان‌دار است. بله، انتخابات در نظام جمهوری اسلامی همیشه در طول این بیست و هفت سال، یک مقطع درخشان برای ملت بوده است و نشان‌دهنده‌ی عمق اعتقاد این ملت و این نظام به دخالت مردم در سرنوشت خود محسوب شده است؛ ولی عمق، برکات، گستره و آثار حضور ملت ایران بیش از اینهاست... وقتی یک ملت - پیر و جوانش، بزرگ و کوچکش، قشرهای مختلفش - نسبت به مسائل گوناگون کشور خود دارای انگیزه و فکر است، آن فکر را بر زبان می‌آورد، بر آن پای میفشرد و از آن دفاع میکند، این ملت، ملت زنده‌ای است و آینده‌ی آن تضمین شده است.</w:t>
              <w:br/>
              <w:t>منبع: بیانات در اجتماع بزرگ مردم کرمانشاه</w:t>
              <w:br/>
              <w:t>متن: مسئولین باید زمینه‌ها را، مدلها را، فرمولهای عملی و قابل فهم عموم را، فرمولهای اعتمادبخش را برای مشارکت مردم فراهم کنند. در هر بخشی میشود این کارها را کرد. هم قوه‌ی مجریه، هم قوه‌ی قضائیه، هم قوه‌ی مقننه به شیوه‌ی خاص خود میتوانند این را تأمین کنند؛ از ابتکار مردم، از فکر مردم، از نیرو و انگیزه‌ی مردم، از نشاط جوانىِ جوانان ما - که قشر عظیم و وسیعی هستند - میتوانند استفاده کنند؛ این جزو کارهائی است که باید ان‌شاءاللَّه با سازوکار شفاف از سوی مسئولین انجام بگیرد</w:t>
              <w:br/>
              <w:t>منبع: کتاب تشکیلات بهشتی (ص197)</w:t>
              <w:br/>
              <w:t>متن: تشکل انحصارطلب و انحصاراندیش ازجانب هر فرد و هر گروه و هر جمعی که باشد، شیطانی از کار در می آید. طاغوت معنایش همین است. طاغوت می گوید من و غیر از من هیچ! آن وقت کارش در برابر حق و در برابر خلق به طغیان کشیده و سرکش می شود.</w:t>
              <w:br/>
              <w:br/>
              <w:t>معیار معکوس : سلطه مدیران یا سلطه نخبگانی؛ مشارکت مردمی در اجرای تصمیمات بالا به پایین یا نهایتا انتخاب مجری</w:t>
            </w:r>
          </w:p>
        </w:tc>
        <w:tc>
          <w:tcPr>
            <w:tcW w:type="dxa" w:w="4320"/>
          </w:tcPr>
          <w:p>
            <w:r>
              <w:t>**معیار برای تشخیص:** سلطه مدیران یا سلطه نخبگانی؛ مشارکت مردمی در اجرای تصمیمات بالا به پایین یا نهایتا انتخاب مجری</w:t>
              <w:br/>
              <w:br/>
              <w:t>**توضیحات معیار:**</w:t>
              <w:br/>
              <w:t>1. **عدم حق آزادی تفکر:** در شرایطی که افراد جامعه از فرصت تفکر و اندیشیدن محروم شوند، روند کسب دانش و توانایی تشخیص حق از باطل خدشه‌دار می‌گردد. این موضوع موجب عدم رشد و شکوفایی در حقایق اسلامی می‌شود، چرا که تشخیص حق و باطل نیازمند تفکر آزاد و مستقل است.</w:t>
              <w:br/>
              <w:br/>
              <w:t>2. **عدم محیط مشارکتی:** در وضعیت حکمرانی که تصمیم‌سازی‌ها به طور محدود و انحصاری از سوی مدیران یا نخبگان انجام می‌شود، حس تعلق و اراده جمعی تضعیف می‌شود و امکان مشارکت فعال افراد جامعه در سرنوشت خویش محدود می‌گردد.</w:t>
              <w:br/>
              <w:br/>
              <w:t>3. **عدم رشد آگاهی اجتماعی:** در حالتی که نیازها و احساسات مردم نادیده انگاشته شوند، مانع از درک صحیح و پاسخگویی به نیازهای طبیعی جامعه می‌شود. این وضعیت ارتباط مستقیم با نوع مدیریت و تعامل مسئولین با مردم دارد.</w:t>
              <w:br/>
              <w:br/>
              <w:t>4. **عدم هدایت و ارشاد:** وقتی مسئولین به ارشاد و هدایت جامعه بی‌توجه باشند و فرصت‌های لازم برای اندیشیدن و گفتگو را فراهم نکنند، افراد جامعه از آگاهی نسبت به مسائل روز و تبادل نظر محروم خواهند شد.</w:t>
              <w:br/>
              <w:br/>
              <w:t>5. **عدم پیشرفت علمی و تبادل نظر:** در غیاب همکاری و ارتباط مستمر با نخبگان علمی، سطح دانش و آگاهی عمومی کاهش می‌یابد. این عدم همکاری می‌تواند مانع از رشد و پیشرفت اجتماعی شود.</w:t>
              <w:br/>
              <w:br/>
              <w:t>6. **عدم شفافیت و اعتمادسازی:** در شرایطی که فرمول‌های عملی و قابل فهم برای ملت ارائه نشود و یا نظرات و مشارکت افراد نادیده گرفته شود، اعتماد عمومی کاهش می‌یابد و این امر احساس تعلق به تصمیمات اجتماعی را خدشه‌دار می‌کند.</w:t>
            </w:r>
          </w:p>
        </w:tc>
      </w:tr>
      <w:tr>
        <w:tc>
          <w:tcPr>
            <w:tcW w:type="dxa" w:w="4320"/>
          </w:tcPr>
          <w:p>
            <w:r>
              <w:t>معیار اصلی: الزامی به ایثار نیست اما مقیاس کوچک(به اندازه خانواده) و در راستای تحقق خودکفایی، پیشرفت و سبک زندگی اسلامی و همچنین دانش بنیان</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r>
          </w:p>
        </w:tc>
        <w:tc>
          <w:tcPr>
            <w:tcW w:type="dxa" w:w="4320"/>
          </w:tcPr>
          <w:p>
            <w:r>
              <w:t>**معیار برای تشخیص:** سطح رهبری: پذیرش جهت‌گیری تمدن مدرن و هضم شدن در فرهنگ رقیب و یا اعمال اصلاحات جزئی و صوری در آن؛ سطح میانی: شکل‌گیری صنوف بر پایه منافع گروهی و اجحاف به سایرین؛ سطح مردمی: اجیر شدن بخش مردمی توسط بخش خصوصی (سرمایه متمرکز) یا دولت.</w:t>
              <w:br/>
              <w:br/>
              <w:t xml:space="preserve">**توضیحات معیار:**  </w:t>
              <w:br/>
              <w:t>- **پذیرش جهت‌گیری تمدن مدرن:** در این معیار، پذیرش فرهنگ مدرن می‌تواند به معنای عدم توجه به ارزش‌های و آداب و رسوم محلی و سنتی باشد. این عنصر ممکن است منجر به کم‌رنگ شدن هویت اجتماعی و فرهنگی گردد و تضعیف پایبندی به اصول و ارزش‌های فردی و جمعی را به دنبال داشته باشد.</w:t>
              <w:br/>
              <w:t>- **هضم شدن در فرهنگ رقیب:** این مفهوم به معنی ناپدید شدن توانمندی‌ها و دستاوردهای فرهنگی در برابر یک فرهنگ غالب و قوی‌تر است. این وضعیت می‌تواند به طور کل موجب تحلیل رفتن غنای فرهنگی و محلی شود.</w:t>
              <w:br/>
              <w:t>- **اصلاحات جزئی و صوری:** این مفهوم به ایجاد تغییرات سطحی و بی‌اثر در سیستم‌ها و ساختارها اشاره دارد، که آماده‌سازی و تغییرات بنیادین را به میزان قابل توجهی محدود می‌کند و به انتقال واقعی منافع و پیشرفت در جوامع کمک نخواهد کرد.</w:t>
              <w:br/>
              <w:t>- **شکل‌گیری صنوف بر پایه منافع گروهی:** این ویژگی به توزیع ناعادلانه منابع و فرصت‌ها اشاره دارد که می‌تواند به تقویت تعارضات اجتماعی و بازدارندگی حرکت‌های جمعی منجر شود. در این حالت، توجه به نیازهای فردی و جمعی کمرنگ خواهد شد.</w:t>
              <w:br/>
              <w:t>- **اجحاف به سایرین:** در این نوع از تعاملات، ممکن است منافع برخی افراد یا گروه‌ها بر دیگران تحمیل شود که این موضوع می‌تواند به نابرابری‌های اجتماعی و اقتصادی منجر گردد.</w:t>
              <w:br/>
              <w:t>- **اجیر شدن بخش مردمی توسط بخش خصوصی یا دولت:** این موضوع به فعال شدن اختیارات و منابع در اختیار نهادهای غیر دولتی یا خصوصی اشاره دارد که منجر به کاهش استقلال و خودکفایی فعالان اجتماعی می‌شود. در این حالت، افراد ممکن است به عنوان ابزاری برای منافع شخصی یا گروهی دیگران در نظر گرفته شوند.</w:t>
            </w:r>
          </w:p>
        </w:tc>
      </w:tr>
      <w:tr>
        <w:tc>
          <w:tcPr>
            <w:tcW w:type="dxa" w:w="4320"/>
          </w:tcPr>
          <w:p>
            <w:r>
              <w:t>معیار اصلی: * ارتقای الگوی غذایی کشور بر پایه نظام سلامت مطلوب و غیر وابسته به تمدن متخاصم</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t>منبع: بیانات در دیدار جمعی از اصناف و روستاییان</w:t>
              <w:br/>
              <w:t>متن: ما اگر بخواهیم کشورمان به استغناء و خودکفایى و بی‌نیازىِ از غیر به‌طور نسبى نائل بشود، باید بر روى روستا سرمایه‌گذارى کنیم و کار کنیم و زحمت بکشیم. پایه‌ی اوّلِ خودکفایى، خودکفایى در امور تغذیه‌ی مردم است. اینکه میگوییم خودکفایى به‌طور نسبى، به‌خاطر این است که خودکفایى به‌طور کامل ‌-که انسان به خارج از مرزهاى خود در هیچ‌چیز نیاز نداشته باشد- چیزى دور از دسترس است و کشورها و ملّتها هم دنبال آن نیستند؛ چون تبادل میان ملّتها و کشورها، امر عادّى و معمولی‌اى است. عمده این است که یک کشور بتواند بر روى پاى خود بِایستد و اساس زندگى خود را تأمین کند؛ و این احتیاج دارد به آبادى روستاها و کار کشاورزان و توجّه مسئولین و صرف پول و سرمایه ‌-چه پول و سرمایه‌ی دولتى و چه پول و سرمایه‌ی مردمى- در دهات و روستاها و امر کشاورزى ... سیاست کلّى در جمهورى اسلامى این است که روستاها تقویت بشوند، آباد بشوند، کشاورزان کار تولید را ‌-که براى آینده‌ی این کشور و سرنوشت اسلام و مسلمین حائز اهمّیّت است- جدّى بگیرند ... ما که میخواهیم با ابرقدرت‌هاى دنیا، با زورگوها و چپاولگرها سینه‌به‌سینه مقابله بکنیم، باید اساسی‌ترین و اصلی‌ترین نیاز مردم و کشور را ‌-یعنى امر تغذیه را- به نقطه‌ی اطمینان‌بخشى برسانیم و این جز با توجّه به روستاها امکان‌پذیر نیست.</w:t>
              <w:br/>
              <w:t>منبع: بیانات در دیدار با اعضای شورای فرهنگی، اجتماعی زنان، جمعی از زنان پزشك متخصص، و مسئولان اولین كنگره‏ی حجاب اسلامی، به مناسبت میلاد حضرت فاطمه‏ی زهرا(س)</w:t>
              <w:br/>
              <w:t>متن: مسأله‏ی مادری، مسأله‏ی همسری، مسأله‏ی خانه‏ و خانواده، مسائل بسیار اساسی و حیاتی است. در همه‏ی طرحهایی كه ما داریم، بایستی «خانواده» مبنا باشد.</w:t>
              <w:br/>
              <w:t>منبع: خطبه‌ی عقد مورخه‌ی 6/6/1381</w:t>
              <w:br/>
              <w:t>متن: وظایف داخل خانه‌ی زنان، نه اهمیّتش کمتر از وظایف بیرونی است و نه اینکه زحمتش کمتر است. شاید زحمتش بیشتر هم باشد. او هم برای اینکه این محیط را اداره کند، به تلاش و کوشش احتیاج دارد. چون مدیر داخل خانه زنان هستند. آن کسی که اداره می‌کند، کدبانو، یعنی آن کسی که محیط خانواده تحت اشراف اوست. تحت نظارت و تدبیر و مدیریت اوست. خیلی کار پر زحمتی است. خیلی کار ظریفی است. فقط هم ظرافتِ زنانه از عهده‌ی انجام این کار بر می‌آید. هیچ مردی امکان ندارد بتواند این ظرافتها را رعایت کند.</w:t>
              <w:br/>
              <w:t>منبع: خطبه‌ی عقد مورخه‌ی 18/12/1376</w:t>
              <w:br/>
              <w:t>متن: زن توی خانه بیکار نیست. یک عدّه‌ای خیال می‌کنند زن در خانه بیکار است. نخیر، زن توی خانه، بیشترین و سخت‌ترین و ظریف‌ترین کارها را انجام می‌دهد</w:t>
              <w:br/>
              <w:t>منبع: خطبه‌ی عقد مورخه‌ی 8/3/1381</w:t>
              <w:br/>
              <w:t>متن: برخی فکر می‌کنند اگر زنی مثلاً کارش عبارت شد از همان کارِ خانه، این اهانت به زن است؛ نه! هیچ اهانت نیست. بلکه مهمترین کار برای زن این است که زندگی را سرِ پا نگهدارد</w:t>
              <w:br/>
              <w:t>منبع: بیانات در مراسم اجرای خطبه عقد ازدواج</w:t>
              <w:br/>
              <w:t>متن: در کار ازدواج و این مراسم، و رسم و سنتی که در اسلام و در همه‌ی ادیان و در بشریت وجود دارد، به نظر اسلام آن چیزی که اصل و محور است، تشکیل کانون خانوادگی است. از نظر اسلام، خانواده یک رکن بزرگ است. اگر باشد و سالمش باشد و تربیت درست باشد، در پیشرفت کار جامعه به صورتی که اسلام می‌خواهد، تأثیر زیادی دارد. اسلام می‌خواهد این کانون تشکیل بشود و به وجود بیاید... اصل قضیه این است که باید کانون خانواده به وجود بیاید؛ اسلام این را خواسته است. شما یک دختر از جایی و یک پسر از جای دیگری می‌آیید و با یکدیگر آشنا و متصل می‌شوید؛ یک خانواده به وجود می‌آید. این خانواده، منشأ خیراتی است. در اداره‌ی کشور و اداره‌ی انسانیت، کارهای عظیمی به عهده‌ی این خانواده است. این، چیز بسیار مهمی است. شما باید این را مواظب باشید و حفظ کنید.</w:t>
              <w:br/>
              <w:br/>
              <w:t>معیار معکوس : * تأمین غذای کشور بر پایه معیار قرار گرفتن صرفه اقتصادی میان تولید و یا واردات* طراحی الگوی غذایی کشور بر پایه تعاریف اقتصاد سرمایه سالاری* طراحی نظام فراوری غذایی بر پایه حداکثرسازی بازاری شدن تغذیه آحاد جامعه* عمر طولانی مصنوعی با افزودن مواد نگهدارنده  برای محصولات با عمر کم</w:t>
            </w:r>
          </w:p>
        </w:tc>
        <w:tc>
          <w:tcPr>
            <w:tcW w:type="dxa" w:w="4320"/>
          </w:tcPr>
          <w:p>
            <w:r>
              <w:t>**معیار برای تشخیص:** * تأمین غذای کشور بر پایه معیار قرار گرفتن صرفه اقتصادی میان تولید و یا واردات* طراحی الگوی غذایی کشور بر پایه تعاریف اقتصاد سرمایه سالاری* طراحی نظام فراوری غذایی بر پایه حداکثرسازی بازاری شدن تغذیه آحاد جامعه* عمر طولانی مصنوعی با افزودن مواد نگهدارنده برای محصولات با عمر کم</w:t>
              <w:br/>
              <w:br/>
              <w:t xml:space="preserve">**توضیحات معیار:**  </w:t>
              <w:br/>
              <w:t>این معیار بر پایه مجموعه‌ای از مفاهیم شکل گرفته است:</w:t>
              <w:br/>
              <w:br/>
              <w:t>1. **صرفه اقتصادی:** توجه به کاهش هزینه‌ها و حداکثرسازی سود در تولید و واردات مواد غذایی، که ممکن است به نادیده‌گرفتن نیازهای اساسی و امنیت غذایی کشور بیانجامد.</w:t>
              <w:br/>
              <w:br/>
              <w:t>2. **اقتصاد سرمایه‌سالاری:** طراحی سیستم‌های غذایی بر اساس اصول اقتصادی که ممکن است به جای نیازهای اجتماعی و فرهنگی، تنها به بازده مالی توجه داشته باشد.</w:t>
              <w:br/>
              <w:br/>
              <w:t>3. **بازاری شدن تغذیه:** تأکید بر تجاری‌سازی تغذیه و تلاش برای حمل و نقل و توزیع محصولات غذایی به منظور حداکثرسازی فروش و سود، که ممکن است کیفیت و ارزش غذایی را تحت تأثیر قرار دهد.</w:t>
              <w:br/>
              <w:br/>
              <w:t>4. **تولیدات با عمر طولانی مصنوعی:** استفاده از مواد نگهدارنده برای افزایش عمر محصولات غذایی، که ممکن است بر سلامت و کیفیت طبیعی آنها تأثیر منفی بگذارد و به ایجاد جامعه‌ای غیرمتکی به تغذیه سالم منجر شود.</w:t>
              <w:br/>
              <w:br/>
              <w:t>این مفاهیم می‌توانند به عنوان ابزار تحلیل در سنجش و ارزیابی متون و عملکردها در حوزه‌های مختلف مرتبط با تأمین غذایی و کشاورزی مورد استفاده قرار گیرند.</w:t>
            </w:r>
          </w:p>
        </w:tc>
      </w:tr>
      <w:tr>
        <w:tc>
          <w:tcPr>
            <w:tcW w:type="dxa" w:w="4320"/>
          </w:tcPr>
          <w:p>
            <w:r>
              <w:t>معیار اصلی: * ایجاد امنیت غذایی درون زا بر پایه تولید داخلی و مدیریت احسان بنیان زنجیره تولید تا مصرف</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t>منبع: بیانات در دیدار جمعی از اصناف و روستاییان</w:t>
              <w:br/>
              <w:t>متن: ما اگر بخواهیم کشورمان به استغناء و خودکفایى و بی‌نیازىِ از غیر به‌طور نسبى نائل بشود، باید بر روى روستا سرمایه‌گذارى کنیم و کار کنیم و زحمت بکشیم. پایه‌ی اوّلِ خودکفایى، خودکفایى در امور تغذیه‌ی مردم است. اینکه میگوییم خودکفایى به‌طور نسبى، به‌خاطر این است که خودکفایى به‌طور کامل ‌-که انسان به خارج از مرزهاى خود در هیچ‌چیز نیاز نداشته باشد- چیزى دور از دسترس است و کشورها و ملّتها هم دنبال آن نیستند؛ چون تبادل میان ملّتها و کشورها، امر عادّى و معمولی‌اى است. عمده این است که یک کشور بتواند بر روى پاى خود بِایستد و اساس زندگى خود را تأمین کند؛ و این احتیاج دارد به آبادى روستاها و کار کشاورزان و توجّه مسئولین و صرف پول و سرمایه ‌-چه پول و سرمایه‌ی دولتى و چه پول و سرمایه‌ی مردمى- در دهات و روستاها و امر کشاورزى ... سیاست کلّى در جمهورى اسلامى این است که روستاها تقویت بشوند، آباد بشوند، کشاورزان کار تولید را ‌-که براى آینده‌ی این کشور و سرنوشت اسلام و مسلمین حائز اهمّیّت است- جدّى بگیرند ... ما که میخواهیم با ابرقدرت‌هاى دنیا، با زورگوها و چپاولگرها سینه‌به‌سینه مقابله بکنیم، باید اساسی‌ترین و اصلی‌ترین نیاز مردم و کشور را ‌-یعنى امر تغذیه را- به نقطه‌ی اطمینان‌بخشى برسانیم و این جز با توجّه به روستاها امکان‌پذیر نیست.</w:t>
              <w:br/>
              <w:t>منبع: بیانات در دیدار با اعضای شورای فرهنگی، اجتماعی زنان، جمعی از زنان پزشك متخصص، و مسئولان اولین كنگره‏ی حجاب اسلامی، به مناسبت میلاد حضرت فاطمه‏ی زهرا(س)</w:t>
              <w:br/>
              <w:t>متن: مسأله‏ی مادری، مسأله‏ی همسری، مسأله‏ی خانه‏ و خانواده، مسائل بسیار اساسی و حیاتی است. در همه‏ی طرحهایی كه ما داریم، بایستی «خانواده» مبنا باشد.</w:t>
              <w:br/>
              <w:t>منبع: خطبه‌ی عقد مورخه‌ی 6/6/1381</w:t>
              <w:br/>
              <w:t>متن: وظایف داخل خانه‌ی زنان، نه اهمیّتش کمتر از وظایف بیرونی است و نه اینکه زحمتش کمتر است. شاید زحمتش بیشتر هم باشد. او هم برای اینکه این محیط را اداره کند، به تلاش و کوشش احتیاج دارد. چون مدیر داخل خانه زنان هستند. آن کسی که اداره می‌کند، کدبانو، یعنی آن کسی که محیط خانواده تحت اشراف اوست. تحت نظارت و تدبیر و مدیریت اوست. خیلی کار پر زحمتی است. خیلی کار ظریفی است. فقط هم ظرافتِ زنانه از عهده‌ی انجام این کار بر می‌آید. هیچ مردی امکان ندارد بتواند این ظرافتها را رعایت کند.</w:t>
              <w:br/>
              <w:t>منبع: خطبه‌ی عقد مورخه‌ی 18/12/1376</w:t>
              <w:br/>
              <w:t>متن: زن توی خانه بیکار نیست. یک عدّه‌ای خیال می‌کنند زن در خانه بیکار است. نخیر، زن توی خانه، بیشترین و سخت‌ترین و ظریف‌ترین کارها را انجام می‌دهد</w:t>
              <w:br/>
              <w:t>منبع: خطبه‌ی عقد مورخه‌ی 8/3/1381</w:t>
              <w:br/>
              <w:t>متن: برخی فکر می‌کنند اگر زنی مثلاً کارش عبارت شد از همان کارِ خانه، این اهانت به زن است؛ نه! هیچ اهانت نیست. بلکه مهمترین کار برای زن این است که زندگی را سرِ پا نگهدارد</w:t>
              <w:br/>
              <w:t>منبع: بیانات در مراسم اجرای خطبه عقد ازدواج</w:t>
              <w:br/>
              <w:t>متن: در کار ازدواج و این مراسم، و رسم و سنتی که در اسلام و در همه‌ی ادیان و در بشریت وجود دارد، به نظر اسلام آن چیزی که اصل و محور است، تشکیل کانون خانوادگی است. از نظر اسلام، خانواده یک رکن بزرگ است. اگر باشد و سالمش باشد و تربیت درست باشد، در پیشرفت کار جامعه به صورتی که اسلام می‌خواهد، تأثیر زیادی دارد. اسلام می‌خواهد این کانون تشکیل بشود و به وجود بیاید... اصل قضیه این است که باید کانون خانواده به وجود بیاید؛ اسلام این را خواسته است. شما یک دختر از جایی و یک پسر از جای دیگری می‌آیید و با یکدیگر آشنا و متصل می‌شوید؛ یک خانواده به وجود می‌آید. این خانواده، منشأ خیراتی است. در اداره‌ی کشور و اداره‌ی انسانیت، کارهای عظیمی به عهده‌ی این خانواده است. این، چیز بسیار مهمی است. شما باید این را مواظب باشید و حفظ کنید.</w:t>
              <w:br/>
              <w:br/>
              <w:t>معیار معکوس : * تأمین غذای کشور بر پایه معیار قرار گرفتن صرفه اقتصادی میان تولید و یا واردات* طراحی الگوی غذایی کشور بر پایه تعاریف اقتصاد سرمایه سالاری* طراحی نظام فراوری غذایی بر پایه حداکثرسازی بازاری شدن تغذیه آحاد جامعه* عمر طولانی مصنوعی با افزودن مواد نگهدارنده  برای محصولات با عمر کم</w:t>
            </w:r>
          </w:p>
        </w:tc>
        <w:tc>
          <w:tcPr>
            <w:tcW w:type="dxa" w:w="4320"/>
          </w:tcPr>
          <w:p>
            <w:r>
              <w:t>**معیار برای تشخیص:** تأمین غذای کشور بر پایه معیار قرار گرفتن صرفه اقتصادی میان تولید و یا واردات</w:t>
              <w:br/>
              <w:br/>
              <w:t xml:space="preserve">**توضیحات معیار:**  </w:t>
              <w:br/>
              <w:t>این معیار بر پایه تأمین غذای کشور مبتنی بر صرفه اقتصادی و تعریف‌هایی از اقتصاد سرمایه‌سالاری شکل گرفته است. به تفصیل:</w:t>
              <w:br/>
              <w:br/>
              <w:t>1. **صرفه اقتصادی:** اشاره به مدیریت بهینه منابع و انتخاب‌های اقتصادی که در آن، نیازی به توجه به جنبه‌های اجتماعی و فرهنگی کمتری خواهد بود و تأکید بر حداکثرسازی سود اقتصادی وجود دارد.</w:t>
              <w:br/>
              <w:br/>
              <w:t>2. **اقتصاد سرمایه‌سالاری:** به معنای رویکردی است که بر پایه منافع اقتصادی شرکت‌ها و افراد خاص بنا شده و ممکن است به نیازهای عمومی و امنیت غذایی در سطح جامعه توجه کافی نداشته باشد.</w:t>
              <w:br/>
              <w:br/>
              <w:t>3. **بازاری شدن تغذیه:** به طراحی نظامی اشاره دارد که در آن، الگوی غذایی بر اساس تقاضای بازار و حداکثرسازی سود تجاری تعریف می‌شود، به جای تمرکز بر تأمین کیفیت و کنترل فرایندهای تولید و توزیع.</w:t>
              <w:br/>
              <w:br/>
              <w:t>4. **مواد نگهدارنده:** استفاده از افزودنی‌ها و مواد شیمیایی برای افزایش عمر محصولات غذایی را در بر می‌گیرد، که ممکن است بر کیفیت و سلامت غذایی تأثیر منفی بگذارد.</w:t>
              <w:br/>
              <w:br/>
              <w:t>این توضیحات نشان می‌دهد که هدف از این معیار، تأمین غذای کشور بر اساس الگوهای اقتصادی و تجاری است که غالباً از نیازهای بنیادی و اخلاقی در تأمین غذا غافل می‌ماند.</w:t>
            </w:r>
          </w:p>
        </w:tc>
      </w:tr>
      <w:tr>
        <w:tc>
          <w:tcPr>
            <w:tcW w:type="dxa" w:w="4320"/>
          </w:tcPr>
          <w:p>
            <w:r>
              <w:t>معیار اصلی: سطح مردمی:</w:t>
              <w:br/>
              <w:t xml:space="preserve">توضیحات برگرفته از منابع: </w:t>
              <w:br/>
              <w:br/>
              <w:t>معیار معکوس : سطح رهبری:پذیریش جهت گیری تمدن مدرن و هضم شدن در فرهنگ رقیب و یا اعمال اصلاحات جزئی و صوری در آنسطح میانی: شکل گیری صنوف بر پایه منافع گروهی و اجحاف به سایرینسطح مردمی:اجیر شدن بخش مردمی توسط بخش خصوصی (سرمایه متمرکز) یا دولت</w:t>
            </w:r>
          </w:p>
        </w:tc>
        <w:tc>
          <w:tcPr>
            <w:tcW w:type="dxa" w:w="4320"/>
          </w:tcPr>
          <w:p>
            <w:r>
              <w:t>**معیار برای تشخیص:** سطح رهبری</w:t>
              <w:br/>
              <w:br/>
              <w:t xml:space="preserve">**توضیحات معیار:**  </w:t>
              <w:br/>
              <w:t>برای ارزیابی سطح رهبری یک عملکرد یا متن، می‌توان به چندین مفهوم کلیدی توجه کرد:</w:t>
              <w:br/>
              <w:br/>
              <w:t>1. **پذیرش جهت‌گیری‌های فرهنگی:** سطح رهبری به پذیرش فرهنگ رقیب و پیروی از زمینه‌های تمدن مدرن اشاره دارد. این مفهوم شامل نحوه انطباق و هضم شدن در فرهنگ‌های غیربومی و قابلیت تطبیق با آن‌ها است.</w:t>
              <w:br/>
              <w:br/>
              <w:t>2. **منافع گروهی:** در سطح رهبری، اقدامات و تصمیم‌گیری‌ها ممکن است بر اساس منافع خاص گروه‌ها شکل بگیرد و به این ترتیب نیازهای عمومی نادیده گرفته شوند. این ویژگی نشان‌دهنده اولویت‌بندی منافع خاص نسبت به منافع کلی جامعه است.</w:t>
              <w:br/>
              <w:br/>
              <w:t>3. **اجحاف به سایرین:** این ویژگی شامل وضعیت‌هایی است که ممکن است به طور ناخواسته به نفع یک گروه و به ضرر سایر بخش‌های جامعه عمل کند. این می‌تواند موجب انزوای اقشار خاص و کاهش مشارکت آن‌ها در فرآیندهای اجتماعی شود.</w:t>
              <w:br/>
              <w:br/>
              <w:t>4. **اجیر شدن بخش عمومی:** در این سطح، تأثیر و نفوذ بخش‌های خصوصی یا دولتی بر روی بخش‌های مردمی قابل مشاهده است. این وضعیت گاهی موجب کنترل رهبری بر روی بخش مردمی و کاهش استقلال آن‌ها می‌شود.</w:t>
              <w:br/>
              <w:br/>
              <w:t>با توجه به این معیارها، می‌توان به ارزیابی دقیق‌تری از متون یا عملکردها در زمینه سطح رهبری پرداخت.</w:t>
            </w:r>
          </w:p>
        </w:tc>
      </w:tr>
      <w:tr>
        <w:tc>
          <w:tcPr>
            <w:tcW w:type="dxa" w:w="4320"/>
          </w:tcPr>
          <w:p>
            <w:r>
              <w:t>معیار اصلی: * طراحی نظام فراوری غذایی بر پایه تقویت بنیان خانواده</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t>منبع: بیانات در دیدار جمعی از اصناف و روستاییان</w:t>
              <w:br/>
              <w:t>متن: ما اگر بخواهیم کشورمان به استغناء و خودکفایى و بی‌نیازىِ از غیر به‌طور نسبى نائل بشود، باید بر روى روستا سرمایه‌گذارى کنیم و کار کنیم و زحمت بکشیم. پایه‌ی اوّلِ خودکفایى، خودکفایى در امور تغذیه‌ی مردم است. اینکه میگوییم خودکفایى به‌طور نسبى، به‌خاطر این است که خودکفایى به‌طور کامل ‌-که انسان به خارج از مرزهاى خود در هیچ‌چیز نیاز نداشته باشد- چیزى دور از دسترس است و کشورها و ملّتها هم دنبال آن نیستند؛ چون تبادل میان ملّتها و کشورها، امر عادّى و معمولی‌اى است. عمده این است که یک کشور بتواند بر روى پاى خود بِایستد و اساس زندگى خود را تأمین کند؛ و این احتیاج دارد به آبادى روستاها و کار کشاورزان و توجّه مسئولین و صرف پول و سرمایه ‌-چه پول و سرمایه‌ی دولتى و چه پول و سرمایه‌ی مردمى- در دهات و روستاها و امر کشاورزى ... سیاست کلّى در جمهورى اسلامى این است که روستاها تقویت بشوند، آباد بشوند، کشاورزان کار تولید را ‌-که براى آینده‌ی این کشور و سرنوشت اسلام و مسلمین حائز اهمّیّت است- جدّى بگیرند ... ما که میخواهیم با ابرقدرت‌هاى دنیا، با زورگوها و چپاولگرها سینه‌به‌سینه مقابله بکنیم، باید اساسی‌ترین و اصلی‌ترین نیاز مردم و کشور را ‌-یعنى امر تغذیه را- به نقطه‌ی اطمینان‌بخشى برسانیم و این جز با توجّه به روستاها امکان‌پذیر نیست.</w:t>
              <w:br/>
              <w:t>منبع: بیانات در دیدار با اعضای شورای فرهنگی، اجتماعی زنان، جمعی از زنان پزشك متخصص، و مسئولان اولین كنگره‏ی حجاب اسلامی، به مناسبت میلاد حضرت فاطمه‏ی زهرا(س)</w:t>
              <w:br/>
              <w:t>متن: مسأله‏ی مادری، مسأله‏ی همسری، مسأله‏ی خانه‏ و خانواده، مسائل بسیار اساسی و حیاتی است. در همه‏ی طرحهایی كه ما داریم، بایستی «خانواده» مبنا باشد.</w:t>
              <w:br/>
              <w:t>منبع: خطبه‌ی عقد مورخه‌ی 6/6/1381</w:t>
              <w:br/>
              <w:t>متن: وظایف داخل خانه‌ی زنان، نه اهمیّتش کمتر از وظایف بیرونی است و نه اینکه زحمتش کمتر است. شاید زحمتش بیشتر هم باشد. او هم برای اینکه این محیط را اداره کند، به تلاش و کوشش احتیاج دارد. چون مدیر داخل خانه زنان هستند. آن کسی که اداره می‌کند، کدبانو، یعنی آن کسی که محیط خانواده تحت اشراف اوست. تحت نظارت و تدبیر و مدیریت اوست. خیلی کار پر زحمتی است. خیلی کار ظریفی است. فقط هم ظرافتِ زنانه از عهده‌ی انجام این کار بر می‌آید. هیچ مردی امکان ندارد بتواند این ظرافتها را رعایت کند.</w:t>
              <w:br/>
              <w:t>منبع: خطبه‌ی عقد مورخه‌ی 18/12/1376</w:t>
              <w:br/>
              <w:t>متن: زن توی خانه بیکار نیست. یک عدّه‌ای خیال می‌کنند زن در خانه بیکار است. نخیر، زن توی خانه، بیشترین و سخت‌ترین و ظریف‌ترین کارها را انجام می‌دهد</w:t>
              <w:br/>
              <w:t>منبع: خطبه‌ی عقد مورخه‌ی 8/3/1381</w:t>
              <w:br/>
              <w:t>متن: برخی فکر می‌کنند اگر زنی مثلاً کارش عبارت شد از همان کارِ خانه، این اهانت به زن است؛ نه! هیچ اهانت نیست. بلکه مهمترین کار برای زن این است که زندگی را سرِ پا نگهدارد</w:t>
              <w:br/>
              <w:t>منبع: بیانات در مراسم اجرای خطبه عقد ازدواج</w:t>
              <w:br/>
              <w:t>متن: در کار ازدواج و این مراسم، و رسم و سنتی که در اسلام و در همه‌ی ادیان و در بشریت وجود دارد، به نظر اسلام آن چیزی که اصل و محور است، تشکیل کانون خانوادگی است. از نظر اسلام، خانواده یک رکن بزرگ است. اگر باشد و سالمش باشد و تربیت درست باشد، در پیشرفت کار جامعه به صورتی که اسلام می‌خواهد، تأثیر زیادی دارد. اسلام می‌خواهد این کانون تشکیل بشود و به وجود بیاید... اصل قضیه این است که باید کانون خانواده به وجود بیاید؛ اسلام این را خواسته است. شما یک دختر از جایی و یک پسر از جای دیگری می‌آیید و با یکدیگر آشنا و متصل می‌شوید؛ یک خانواده به وجود می‌آید. این خانواده، منشأ خیراتی است. در اداره‌ی کشور و اداره‌ی انسانیت، کارهای عظیمی به عهده‌ی این خانواده است. این، چیز بسیار مهمی است. شما باید این را مواظب باشید و حفظ کنید.</w:t>
              <w:br/>
              <w:br/>
              <w:t>معیار معکوس : * تأمین غذای کشور بر پایه معیار قرار گرفتن صرفه اقتصادی میان تولید و یا واردات* طراحی الگوی غذایی کشور بر پایه تعاریف اقتصاد سرمایه سالاری* طراحی نظام فراوری غذایی بر پایه حداکثرسازی بازاری شدن تغذیه آحاد جامعه* عمر طولانی مصنوعی با افزودن مواد نگهدارنده  برای محصولات با عمر کم</w:t>
            </w:r>
          </w:p>
        </w:tc>
        <w:tc>
          <w:tcPr>
            <w:tcW w:type="dxa" w:w="4320"/>
          </w:tcPr>
          <w:p>
            <w:r>
              <w:t>### معیار برای تشخیص</w:t>
              <w:br/>
              <w:t>* تأمین غذای کشور بر پایه معیار قرار گرفتن صرفه اقتصادی میان تولید و یا واردات</w:t>
              <w:br/>
              <w:br/>
              <w:t>### توضیحات معیار</w:t>
              <w:br/>
              <w:t>1. **صرفه اقتصادی**: این معیار به توجه به بهینه‌سازی هزینه‌ها و منافع در فرآیند تولید و تأمین غذا اشاره دارد. در این رویکرد، هدف تحلیل و استفاده از منابع به گونه‌ای است که منافع اقتصادی به حداکثر برسد، بدون توجه به ارزش‌های اجتماعی و فرهنگی.</w:t>
              <w:br/>
              <w:br/>
              <w:t>2. **اقتصاد سرمایه‌سالاری**: طراحی الگوی غذایی کشور در این راستا به نحوه‌ای است که اقتدار مالی و اقتصادی در رأس تصمیم‌گیری‌ها قرار گیرد. این رویکرد می‌تواند موجب گسست میان ارزش‌های انسانی و اجتماعی و منافع اقتصادی شود.</w:t>
              <w:br/>
              <w:br/>
              <w:t>3. **بازاری شدن تغذیه**: تاکید بر حداکثرسازی جنبه‌های تجاری و بازاریابی در تأمین غذا می‌تواند منجر به نادیده گرفتن الزامات اجتماعی و فرهنگی مرتبط به تغذیه گردد و معیارهای انسانی را تحت تأثیر قرار دهد.</w:t>
              <w:br/>
              <w:br/>
              <w:t>4. **عمر طولانی مصنوعی**: استفاده از مواد نگهدارنده برای افزایش طول عمر محصولات غذایی با عمر کوتاه، ممکن است به جای توجه به تازگی و کیفیت مواد غذایی، به روند تولید و بازارگرایی بیشتر متمرکز شود و کیفیت محصول نهایی را تحت تأثیر قرار دهد.</w:t>
            </w:r>
          </w:p>
        </w:tc>
      </w:tr>
      <w:tr>
        <w:tc>
          <w:tcPr>
            <w:tcW w:type="dxa" w:w="4320"/>
          </w:tcPr>
          <w:p>
            <w:r>
              <w:t>معیار اصلی: * اجاره پایین فروشگاه با اتکا به اراده¬های وقفی</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خطبه های نماز جمعه تهران</w:t>
              <w:b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 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br/>
              <w:t>معیار معکوس : * اجاره بالای فروشگاه* توجه صِرف به بهره وری در نظام تولید، توزیع و مصرف* اغواء و اتلاف وقت افراد (با عنوان صرفه¬جویی در زمان خرید)* فربه¬سازی نظام تک محصولی شهرها به منظور حذف روابط نابازار میان خریدار و فروشنده* گذاری کالاها بر مبنای نفع فردی* گزارش خرید بر اساس نفع فردی</w:t>
            </w:r>
          </w:p>
        </w:tc>
        <w:tc>
          <w:tcPr>
            <w:tcW w:type="dxa" w:w="4320"/>
          </w:tcPr>
          <w:p>
            <w:r>
              <w:t>**معیار برای تشخیص:** اجاره بالای فروشگاه</w:t>
              <w:br/>
              <w:br/>
              <w:t xml:space="preserve">**توضیحات معیار:** </w:t>
              <w:br/>
              <w:t>این معیار در تلاش است تا رفتارها و ویژگی‌های خاصی را که مرتبط با عملکرد پایین و کارآمد در زمینه‌های اجتماعی، فرهنگی و اقتصادی هستند شناسایی کند. اجاره بالای فروشگاه می‌تواند نشانه‌ای از تعامل منفی و عدم تعهد به ارزش‌های اجتماعی باشد. بررسی این معیار می‌تواند به کمک مفاهیم زیر انجام شود:</w:t>
              <w:br/>
              <w:br/>
              <w:t>1. **توجه صرف به بهره‌وری:** این مفهوم نمایانگر تمرکز بر بازده اقتصادی و مالی، بدون توجه به عواقب اجتماعی آن است. چنین نگاهی ممکن است منجر به تصمیم‌گیری‌هایی شود که در تضاد با نیازهای جامعه و روابط انسانی قرار دارد.</w:t>
              <w:br/>
              <w:br/>
              <w:t>2. **اغوا و اتلاف وقت افراد:** این ویژگی می‌تواند به دلیل استراتژی‌های فروش و بازاریابی به وجود آید که هدف آنها تنها جلب مشتری در کوتاه‌مدت است، در حالی که برای مشتریان درازمدت نتیجه‌ای منفی به همراه دارد.</w:t>
              <w:br/>
              <w:br/>
              <w:t>3. **فربه‌سازی نظام تک محصولی:** این مفهوم نشان‌دهنده تغییرات در ساختار اقتصادی جوامع است که منجر به کاهش پیوندهای غیررسمی و روابط میان خریدار و فروشنده می‌شود. چنین ساختاری می‌تواند حس همبستگی اجتماعی را تضعیف نماید.</w:t>
              <w:br/>
              <w:br/>
              <w:t>4. **گذاری کالاها بر مبنای نفع فردی:** این رفتار نمایانگر نگرش‌ها و تصمیم‌گیری‌هایی است که در آن منافع فردی بر منافع اجتماعی ترجیح داده می‌شود. این پاسخ می‌تواند زمینه‌ساز تقویت فردمحوری در جامعه گردد.</w:t>
              <w:br/>
              <w:br/>
              <w:t>5. **گزارش خرید بر اساس نفع فردی:** این مفهوم به انتظاراتی اشاره دارد که در آن داده‌های مربوط به خرید تنها به منافع فردی توجه دارند و از لحاظ اجتماعی و فرهنگی بار معنایی مثبت را نادیده می‌گیرند. این دیدگاه می‌تواند منجر به کاهش مسئولیت‌پذیری و همدلی در روابط انسانی شود.</w:t>
            </w:r>
          </w:p>
        </w:tc>
      </w:tr>
      <w:tr>
        <w:tc>
          <w:tcPr>
            <w:tcW w:type="dxa" w:w="4320"/>
          </w:tcPr>
          <w:p>
            <w:r>
              <w:t>معیار اصلی: * با تکیه به مدیریت غیربازاری روابط میان تولید و خرید کوچک مقیاس، حراست مشفقانه از سلامت جامعه و محیط زیست</w:t>
              <w:br/>
              <w:t xml:space="preserve">توضیحات برگرفته از منابع: </w:t>
              <w:br/>
              <w:t>منبع: بیانات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br/>
              <w:t>معیار معکوس : * به کارگیری فضای مجازی برای تحکیم و توسعه نظام سرمایه¬داری* به نفع تولیدکنندگان با ساختار تولید انبوه (شرکت¬های بزرگ) تأمین-کنندگان برای رشد * با تکیه به قدرت خرید بالا و استعمار تأمین کننده* با تکیه به قدرت خرید بالا و تعدی به سلامت جامعه و محیط زیست</w:t>
            </w:r>
          </w:p>
        </w:tc>
        <w:tc>
          <w:tcPr>
            <w:tcW w:type="dxa" w:w="4320"/>
          </w:tcPr>
          <w:p>
            <w:r>
              <w:t>**معیار برای تشخیص:** به کارگیری فضای مجازی برای تحکیم و توسعه نظام سرمایه‌داری به نفع تولیدکنندگان با ساختار تولید انبوه (شرکت‌های بزرگ) تأمین‌کنندگان برای رشد با تکیه به قدرت خرید بالا و تعدی به سلامت جامعه و محیط زیست</w:t>
              <w:br/>
              <w:br/>
              <w:t>**توضیحات معیار:**</w:t>
              <w:br/>
              <w:t>1. **به کارگیری فضای مجازی:** این مفهوم به استفاده از تکنولوژی و پلتفرم‌های دیجیتال اشاره دارد که ممکن است بر روند تحکیم و گسترش مدل‌های اقتصادی مبتنی بر سرمایه‌داری تأثیرگذار باشد. این رویکرد حتی می‌تواند به تحکیم ساختارهایی کمک کند که تنها بر مبنای منافع مالی فردی و رقابتی شکل می‌گیرند و به نیازهای انسانی و اجتماعی توجه نمی‌کنند.</w:t>
              <w:br/>
              <w:br/>
              <w:t>2. **نظام سرمایه‌داری:** به معنی سیستم اقتصادی‌ای است که در آن اکثراً تولید و توزیع کالا بر اساس سطوح رقابتی و قوانین بازار صورت می‌گیرد. این نظام ممکن است به منافع گروهی خاص، مانند شرکت‌های بزرگ، برتری بخشد و در مقابل، مانع از رشد و توسعه تولیدکنندگان کوچک و محلی گردد.</w:t>
              <w:br/>
              <w:br/>
              <w:t>3. **تولیدکنندگان با ساختار تولید انبوه:** به صنعت‌گرانی اشاره دارد که بر اساس مدل‌های اقتصادی کلان فعالیت می‌کنند و تأسیساتی با ظرفیت بالای تولید دارند. این نوع ساختار ممکن است در پی جلب حداکثری سود و کاهش هزینه‌ها، از مسئولیت‌های اجتماعی و محیط زیستی غفلت نماید.</w:t>
              <w:br/>
              <w:br/>
              <w:t>4. **قدرت خرید بالا:** این مفهوم نمایانگر توان مالی بالای بخشی از جامعه است که بر روی انتخاب‌ها و اولویت‌ها تأثیرگذار می‌باشد. معمولاً در این سیاق، گروه‌های خاصی به حمایت از تأمین‌کنندگان و تولیدکنندگان بزرگ می‌پردازند، بدون آنکه به تأثیرات اجتماعی و محیط زیستی این حمایت‌ها توجه کافی صورت گیرد.</w:t>
              <w:br/>
              <w:br/>
              <w:t>5. **تعدی به سلامت جامعه و محیط زیست:** این مقوله به آثار منفی ناشی از فعالیت‌های اقتصادی اشاره دارد که می‌تواند سلامت عمومی را به خطر بیندازد و به محیط زیست آسیب جدی وارد کند. حمیت اجتماعی و بهره‌برداری ناپایدار از منابع طبیعی ممکن است به دلیل ملاحظات اقتصادی و تجاری نادیده گرفته شود.</w:t>
            </w:r>
          </w:p>
        </w:tc>
      </w:tr>
      <w:tr>
        <w:tc>
          <w:tcPr>
            <w:tcW w:type="dxa" w:w="4320"/>
          </w:tcPr>
          <w:p>
            <w:r>
              <w:t>معیار اصلی: * اقامه قسط (عدل + احسان) در نظام تولید، توزیع و مصرف (کوک چهارم)</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خطبه های نماز جمعه تهران</w:t>
              <w:br/>
              <w:t>متن: باید مسلمانان در جامعه‌ی اسلامی، از حالت بیتفاوتی نسبت به یکدیگر خارج بشوند. این‌که مسلمانها با هم کاری نداشته باشند و هر کسی برای خود، دنیای جداگانه‌یی باشد و کاری به کار مسلمانهای دیگر نداشته باشد، در اسلام پسندیده نیست و یکی از فصول زندگی رسول اکرم این بود که این فضای بیتفاوتی را، به فضای محبت و همکاری و برادری و ایجاد یک مجموعه‌ی همکار با یکدیگر تبدیل کند. این، همان چیزی است که امروز هم در نظام خود، به او احتیاج داریم.مسلمانها نسبت به یکدیگر، باید با علاقه و دلسوزی و بدون ذره‌یی بی‌تفاوتی، سروکار داشته باشند. این‌طور نیست که اگر شما دیدید مسلمانی مورد ابتلا به حادثه‌یی قرار گرفته است، از کنار او بی‌تفاوت بگذرید. نه، همکاری و همدردی و دلسوزی و محبت متقابل بین مسلمانها، یکی از کارهای بزرگ رسول اکرم(ص) بود. آن بزرگوار، تا آن جا که حضور داشت و در سعه‌ی وجودش بود، نمی‌گذاشت که در جامعه‌ی اسلامی، مسلمانها - حتّی در یک مورد - نسبت به کسی بغض و کینه و عداوت داشته باشند. پیامبر با حکمت و حلم خود، حقیقتاً یک محیط شیرین و سالم و فضای آغشته به محبت را به وجود می‌آورد.</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br/>
              <w:t>معیار معکوس : * اجاره بالای فروشگاه* توجه صِرف به بهره وری در نظام تولید، توزیع و مصرف* اغواء و اتلاف وقت افراد (با عنوان صرفه¬جویی در زمان خرید)* فربه¬سازی نظام تک محصولی شهرها به منظور حذف روابط نابازار میان خریدار و فروشنده* گذاری کالاها بر مبنای نفع فردی* گزارش خرید بر اساس نفع فردی</w:t>
            </w:r>
          </w:p>
        </w:tc>
        <w:tc>
          <w:tcPr>
            <w:tcW w:type="dxa" w:w="4320"/>
          </w:tcPr>
          <w:p>
            <w:r>
              <w:t>**معیار برای تشخیص:** اجاره بالای فروشگاه (توجه صِرف به بهره وری در نظام تولید، توزیع و مصرف)</w:t>
              <w:br/>
              <w:br/>
              <w:t xml:space="preserve">**توضیحات معیار:**  </w:t>
              <w:br/>
              <w:t>برای تشخیص شرایطی که از معیار اقامه قسط (عدل + احسان) فاصله دارد، لازم است به چند مفهوم کلیدی اشاره شود که در متون موجود همچنین مطرح شده‌اند:</w:t>
              <w:br/>
              <w:br/>
              <w:t>1. **توجه صرف به بهره‌وری:** این مفهوم به معنای اولویت دادن به کارایی و سودآوری در نظام‌های اقتصادی و اجتماعی است، که ممکن است تعاملات انسانی و روابط اجتماعی را تحت‌الشعاع قرار دهد و احساس مسئولیت فردی و اجتماعی را تضعیف کند.</w:t>
              <w:br/>
              <w:br/>
              <w:t>2. **اغواء و اتلاف وقت افراد:** این ویژگی به معنای آگاهانه یا ناآگاهانه صرف کردن زمان افراد برای اقداماتی است که به نحوی موجب عدم استفاده بهینه از منابع و زمان می‌شود. این امر می‌تواند از ایجاد ارتباطات مؤثر میان افراد و دوسویه شدن تعاملات بکاهد.</w:t>
              <w:br/>
              <w:br/>
              <w:t>3. **فربه‌سازی نظام تک‌محصولی:** این مفهوم به ظهور و گسترش سیستم‌هایی اشاره دارد که تنها بر یک نوع محصول یا خدمت تمرکز دارند، که می‌تواند منجر به کاهش تنوع و کاهش روابط مؤثر میان خریداران و فروشندگان و در نهایت نقصان در تجربه انسانی شود.</w:t>
              <w:br/>
              <w:br/>
              <w:t>4. **گذاری کالاها بر مبنای نفع فردی:** در این شرایط، کالاها بر اساس صرف تمایلات و منافع فردی تعیین می‌شوند، که به غفلت از نیازها و منافع کل جامعه می‌انجامد و زمینه‌ساز بروز بی‌عدالتی و نقصان در مسئولیت‌های اجتماعی می‌گردد.</w:t>
              <w:br/>
              <w:br/>
              <w:t xml:space="preserve">5. **گزارش خرید بر اساس نفع فردی:** در اینجا، ثبت و ارائه اطلاعات درباره خریدها بر مبنای منافع شخصی صورت می‌گیرد که می‌تواند موجب کاهش شفافیت و انصاف در معاملات و ارتقاء بی‌تفاوتی نسبت به دیگران شود. </w:t>
              <w:br/>
              <w:br/>
              <w:t>این ویژگی‌ها می‌تواند ملاکی برای ارزیابی متون یا عملکردها باشد و نشان‌دهنده عدم انطباق با اصول عدل و احسان در نظام‌های اجتماعی و اقتصادی باشد.</w:t>
            </w:r>
          </w:p>
        </w:tc>
      </w:tr>
      <w:tr>
        <w:tc>
          <w:tcPr>
            <w:tcW w:type="dxa" w:w="4320"/>
          </w:tcPr>
          <w:p>
            <w:r>
              <w:t>معیار اصلی: تلاش و فعالیت جهادی در جهت تحقق آرمان های انقلاب</w:t>
              <w:br/>
              <w:t xml:space="preserve">توضیحات برگرفته از منابع: </w:t>
              <w:br/>
              <w:t>منبع: بیانات در دیدار کارگران</w:t>
              <w:br/>
              <w:t>متن: ما جز با کار جهادی و کار انقلابی نخواهیم توانست این کشور را به سامان برسانیم. در همه‌ی بخشها، کمربسته بودنِ مثل یک جهادگر لازم است‌؛ این اگر بود، کارها راه می‌افتد؛ این اگر بود، بن‌بست‌ها باز میشود، شکافته میشود؛ [یعنی] کار فراوان، پُرحجم و باکیفیّت و مجاهدانه و انقلابی. انقلابی یعنی چه؟ بعضی خیال میکنند وقتی میگوییم انقلابی، یعنی بی‌نظم؛ نخیر، اتّفاقاً یکی از خطوط اصلی انقلابی‌گری، نظم است؛ منتها انقلابی، یعنی اینکه خودمان را سرگرم کارهای حاشیه‌ای و تشریفاتی و زرق‌وبرقی و مانند اینها نکنیم</w:t>
              <w:br/>
              <w:t>منبع: بیانات در دیدار رییس جمهور و اعضای هیأت دولت</w:t>
              <w:br/>
              <w:t>متن: كار جهادی یعنی از موانع عبور كردن، موانع كوچك را بزرگ ندیدن، آرمانها را فراموش نكردن، جهت را فراموش نكردن، شوق به كار؛ این كار جهادی است.</w:t>
              <w:br/>
              <w:t>منبع: بیانات در بازدید از پژوهشکده رویان</w:t>
              <w:br/>
              <w:t>متن: کار جهادی باید هدفمند، درست متوجه به آرمانها و هوشمندانه و عاقلانه و دشمن‌شکن باشد. یعنی به همان معنائی که ما مبارزه ‌را در اصطلاح معمولی به کار میبریم: «دارم مبارزه میکنم؛ این یک مبارزه است.» این، یک تعبیر مصطلح است. در جهاد، این معنا ‌هست.</w:t>
              <w:br/>
              <w:t>منبع: بیانات در جمع مردم و کارکنان صنعت نفت عسلویه</w:t>
              <w:br/>
              <w:t>متن: هر تلاشی را نمیشود گفت جهاد. در جهاد، حضور و رویاروئی با دشمن، مفروض است. انسان یک تلاشی میکند، دشمنی در مقابل او نیست؛ این جهاد نیست. اما یک وقت شما میخواهید یک تلاشی را انجام دهید، که بخصوص یک دشمنی سینه به سینه‌ی شما ایستاده است؛ این میشود جهاد. ممکن است یک وقت این جهاد به شکل قتال باشد، ممکن است جهاد مالی باشد، ممکن است جهاد علمی باشد، ممکن است جهاد فنی باشد؛ همه‌ی اینها جهاد است؛ انواع و اقسام جهاد و مبارزه است.</w:t>
              <w:br/>
              <w:t>منبع: بیانات در دیدار شرکت کنندگان در نهمین همایش ملی نخبگان فردا</w:t>
              <w:br/>
              <w:t>متن: روحیّه‌ی جهادی را بر روحیّه‌ی تافته‌ی جدابافته بودن ترجیح بدهید... راهش هم این است که کار جهادی و روحیّه‌ی جهادی را در خودتان تقویت کنید. روحیّه‌ی جهادی یعنی کار را برای خدا انجام دادن، کار را وظیفه‌ی خود دانستن، همه‌ی نیروها را در راهِ کارِ درست به میدان آوردن؛ این روحیّه‌ی جهادی است.</w:t>
              <w:br/>
              <w:t>منبع: بیانات در جمعی از کشاورزان</w:t>
              <w:br/>
              <w:t>متن: فرهنگ جهادی در همه صحنه‌ها و عرصه‌ها به‌کار می‌آید و در زمینه کارهای زیربنایىِ کشاورزی و دامداری و امثال اینها هم از اوّل انقلاب، روح و فرهنگ جهادی وارد میدان شد... خودِ انقلاب دستگاههایی را به‌وجود آورد که در ذاتشان حرکت و جوشش انقلابی و سریع و جهادی وجود داشت... این ورود در صحنه کار و ابتکار، این کمک‌رسانىِ انبوه، مخصوص ملتی است که دل او از حرکت جهادی گرم است و جوشش جهادی در دل او وجود دارد. این همان روحیه بسیجِ دوران دفاع مقدّس است؛ این همان روحیه سنگرسازان بیسنگرِ جهاد سازندگی است که غسل شهادت میکردند، روی بولدوزر مینشستند تا خاکریز بزنند. ما این روحیه را باید حفظ کنیم. این روحیه با کار علمی و نظم تشکیلاتی هیچ منافاتی ندارد.</w:t>
              <w:br/>
              <w:t>منبع: بیانات در جلسه رسیدگی به مشکلات زلزله زدگان استان کرمانشاه</w:t>
              <w:br/>
              <w:t>متن: باید سریع عمل کنید؛ کار را جهادی بایستی دنبال بکنید. یکی از خصوصیّات جمهوری اسلامی باید همین کارِ جهادی باشد. خوشبختانه در بخشهایی همین‌جور هم هست؛ در بخشهایی انسان میبیند همین‌جور کارِ جهادی انجام میگیرد. ما قبل از انقلاب دیدیم برخورد دستگاه‌های مسئول آن‌وقت را که هیچ احساس مسئولیّتی واقعاً نمیکردند به این قضایا. آن‌وقت بنده از نزدیک شاهد بوده‌ام و دیده‌ام که در واقع، برایشان مسئله‌ی زلزله‌زده مسئله‌ی مهمّی نبود؛ یعنی واقعاً به حساب نمی‌‌‌آوردند؛ [فقط میخواستند] همین بِصورت و به‌اسم یک کاری انجام بدهند؛ کار را گروه‌های مردمی میکردند. امروز این‌جور نیست؛ بحمدالله مسئولین در مِیدانند، کار میکنند، تلاش میکنند؛ [این] از خصوصیّات جمهوری اسلامی است؛ لکن بایستی بعد از این، آقایان و مسئولین محترم، کار را با مدیریّتِ بهتر و با استمرار و پیگیری و با سرعت ان‌شاءالله انجام بدهند.</w:t>
              <w:br/>
              <w:t>منبع: بیانات در دیدار جمعی از مداحان</w:t>
              <w:br/>
              <w:t>متن: جهاد مداوم، نیاز همه است. همه‌ی پیشرفتها، همه‌ی تمدن‌سازی‌ها، به برکت مجاهدتِ دائم شده است. مجاهدتِ دائم هم همه‌اش به معنای رنج کشیدن نیست. جهاد، شوق‌آفرین است. جهاد، شادی و نشاطآفرین است. امروز که نیاز به این جهاد داریم، کسی بیاید به تنبلی و کسالت و انزوا و بیکاری و بیکارگی دعوت کند، اینها میشود کفران نعمت الهی؛ «أ لم تر الی الّذین بدّلوا نعمت اللَّه کفرا و احلّوا قومهم دار البوار»؛(۱) این نباید بشود.</w:t>
              <w:br/>
              <w:t>منبع: بیانات در ارتباط تصویری با مردم آذربایجان شرقی</w:t>
              <w:br/>
              <w:t>متن: آنچه به یک ملّت و یک نهضت هویّت میدهد و قدرت میدهد چیست؟ اوّلاً دارا بودن یک زیربنای فکری مستحکم است...امّا در مقام عمل هم یک چیزهایی لازم است، یعنی صِرف وجود این زیربنا کافی نیست. در مقام عمل چه لازم است؟ نترسیدن، خسته نشدن، ناامید نشدن، تنبلی نکردن، ندانسته در نقشه‌ی دشمن وارد نشدن و به او کمک نکردن؛ اینها در عمل لازم است. در جای خود هم آماده‌ی فداکاری بودن...مثل شهید سلیمانی که جانش را کف دستش گرفته بود و وارد میدانهای گوناگون [میشد] و دیگر شهدای عزیز.</w:t>
              <w:br/>
              <w:t>منبع: گزیده ای از بیانات در دیدار نخبگان و دانشجویان بسیجی مدال آور دانشگاه شریف</w:t>
              <w:br/>
              <w:t>متن: در علم هم باید جهادی عمل کرد، در تحصیل علم هم باید جهادی عمل کرد؛ در فعّالیّت ‌سیاسی میدانی هم باید جهادی عمل کرد. جهاد همه‌اش به معنای شمشیر کشیدن و چپ و راست به این و آن زدن نیست؛ جهاد یعنی ‌خسته نشدن، یعنی با فکر درست و منطقِ درست راهی را انتخاب کردن و ایمان به آن راه پیدا کردن و آن را با همه‌ی سختی‌هایش، با ‌همه‌ی موانعش دنبال کردن و پیش رفتن. این معنای جهادی عمل کردن است.</w:t>
              <w:br/>
              <w:t>منبع: بیانات در یادمان شهدای شرق کارون</w:t>
              <w:br/>
              <w:t>متن: آنچه كه ملتها را، هم در تاریخ و هم در دوران خودشان، در میان ملتهای عالم سربلند میكند، مجاهدت است، تلاش است. این تلاش، البته شكلهای گوناگونی دارد؛ هم تلاش علمی، هم تلاش اقتصادی، هم تلاش به معنای تعاون اجتماعی میان افراد، همه لازم است؛ اما در رأس همه‌ی این تلاشها، آمادگی برای جان‌فشانی است كه یك ملت را در میان ملتها سرافراز میكند. اگر در میان هر ملتی كسانی وجود نداشته باشند كه آماده باشند از جان خود، از راحت خود، در راه رسیدن به آرمانها صرفِ‌نظر كنند، آن ملت به جایی نخواهد رسید. كاری كه انقلاب برای ما مردم ایران انجام داد، این بود كه این راه را در مقابل ما روشن كرد؛ آحاد ملت ما فهمیدند و احساس كردند كه باید در راه آرمانهای بلند، مجاهدت كنند و در مقابل دشمنان این آرمانها بایستند؛ و ایستادند.</w:t>
              <w:br/>
              <w:t>منبع: کتاب تشکیلات بهشتی (ص 63)</w:t>
              <w:br/>
              <w:t>متن: در شما برادرها و خواهرها هیچ نوع تقیدی که نشانه تن آسایی و آسایش طلبی و امتیازطلبی و این حرف ها باشد، مطلقا نباید باشد. تقدم طلبی و این ها نباید باشد؛ خوشتان بیاید که برایتان دورود بگویند و حتی خوشتان بیاید وقتی شما می روید، برای ما درود بگویند و اینها نباید باشد! بروید اینها [مردم] را به راه خدا بیاورید و خودتان هم در راه خدا باشید.</w:t>
              <w:br/>
              <w:br/>
              <w:t>معیار معکوس : • خمودی و کسالت در حرکت• تلاش و فعالیت زیاد اما بدون توجه به رفتار دشمن و یا نتیجه فعالیت‌ها</w:t>
            </w:r>
          </w:p>
        </w:tc>
        <w:tc>
          <w:tcPr>
            <w:tcW w:type="dxa" w:w="4320"/>
          </w:tcPr>
          <w:p>
            <w:r>
              <w:t>**معیار برای تشخیص:** خمودی و کسالت در حرکت؛ تلاش و فعالیت زیاد اما بدون توجه به رفتار دشمن و یا نتیجه فعالیت‌ها.</w:t>
              <w:br/>
              <w:br/>
              <w:t xml:space="preserve">**توضیحات معیار:**  </w:t>
              <w:br/>
              <w:t>عملکرد خمودی و کسالت به معنای عدم فعالیت موثر و سازمان‌یافته در راستای اهداف مشخص است. رفتارها و ویژگی‌هایی که در این معیار قابل شناسایی هستند شامل:</w:t>
              <w:br/>
              <w:br/>
              <w:t>1. **عدم نظم و برنامه‌ریزی:** فقدان نظم در فعالیت‌ها ممکن است منجر به هدر رفتن منابع و زمان شود. در این حالت، فعالیت‌ها بدون توجه به یک ساختار مشخص و هدف محور پیش می‌روند.</w:t>
              <w:br/>
              <w:br/>
              <w:t>2. **تمرکز بر امور حاشیه‌ای:** سبک فعالیت‌های معطوف به رفتارهای حاشیه‌ای، زرق و برق‌دار و تشریفاتی، که هدف اصلی را تحت الشعاع قرار می‌دهد. تلاش برای جلب توجه و اعتبار به جای تمرکز بر اهداف اصلی، نشان‌دهنده انحراف از مسیر جهاد است.</w:t>
              <w:br/>
              <w:br/>
              <w:t>3. **شکسته شدن موانع:** در این وضعیت، دشمن یا موانع همچنان به صورت بزرگ‌تری تلقی می‌شوند و این می‌تواند به عدم شجاعت در مواجهه با چالش‌ها و عدم تلاش برای عبور از موانع منجر شود.</w:t>
              <w:br/>
              <w:br/>
              <w:t>4. **عدم هدفمندی و فراموشی آرمان‌ها:** تلاش‌های فاقد هدف مشخص و انسجام با آرمان‌های بنیادی به کم‌اثر بودن فعالیت‌ها و از دست دادن راه موفقیت منجر می‌شوند.</w:t>
              <w:br/>
              <w:br/>
              <w:t>5. **کاهش روحیه جهادی:** در این حالت، فعالیت‌ها ممکن است به دلیل فقدان انگیزه و شوق برای خدمت به جامعه و کشور، به نحو کارآمد انجام نشوند.</w:t>
              <w:br/>
              <w:br/>
              <w:t>6. **عدم مدیریت بحران و کندی عمل:** در مواجهه با بحران‌ها، عدم اقدام سریع و موثر، نشان‌دهنده عمل غیرجهادی است که می‌تواند در حل مشکلات و گذران از موقعیت‌های حساسی که نیاز به اقدام فوری دارند، ناکافی باشد.</w:t>
              <w:br/>
              <w:br/>
              <w:t>7. **عدم استمرار:** کاهش تعهد و استمرار در فعالیت‌ها به معنای ناپایداری در تلاش‌ها و عقب‌نشینی از مسئولیت‌ها در مواجهه با چالش‌های مختلف است.</w:t>
              <w:br/>
              <w:br/>
              <w:t>با توجه به این ویژگی‌ها، هرگونه ارزیابی در خصوص فعالیت‌ها و عملکردها باید منعکس‌کننده این شرایط باشد تا نارسایی‌های مربوط به خمودی و ناکارآمدی شناسایی گردد.</w:t>
            </w:r>
          </w:p>
        </w:tc>
      </w:tr>
      <w:tr>
        <w:tc>
          <w:tcPr>
            <w:tcW w:type="dxa" w:w="4320"/>
          </w:tcPr>
          <w:p>
            <w:r>
              <w:t>معیار اصلی: مردم باید دارای بصیرتی شفاف نسبت به تمایز جامعه ایمانی از جامعه دنیاپرستی داشته باشند.</w:t>
              <w:br/>
              <w:t xml:space="preserve">توضیحات برگرفته از منابع: </w:t>
              <w:br/>
              <w:t>منبع: بیانات در دیدار شاعران</w:t>
              <w:br/>
              <w:t>متن: بعضى‌ها اشکال کارشان این است که اصل تهاجم را اصلاً نمى‌بینند، درک نمیکنند. اینکه یک جبهه‌اى وجود دارد که سوگندخورده‌ى ریشه‌کن کردنِ هویّت ملّى و اسلامى و فرهنگى ملّت ما است، را اصلاً درک نمیکنند؛ این‌همه علائم، نشانه‌ها، ظواهر وجود دارد، نمیفهمند؛ گفت: وین گلّه را نگر که چه آسوده میچرد؛ آسوده میچرند و اصلاً ملتفت نیستند؛ اشکال کارشان اینجا است.</w:t>
              <w:br/>
              <w:t>منبع: بیانات در اجتماع بزرگ مردم اراک</w:t>
              <w:br/>
              <w:t>متن: تسلّط فرهنگی از تسلّط اقتصادی و از تسلّط سیاسی هم خطرناکتر است. چرا؟ چون وقتی یک ملت بر ملت دیگر تسلّط فرهنگی پیدا کرد، هویّت ملتی که زیر سلطه است، از بین میرود. شما فرض کنید یک انسان اصیلِ نجیبِ خانواده‌داری که دارای نیاکان و خانواده بسیار باشرافتی است. اگر کسی بخواهد از او نوکری بگیرد، به آسانی نمیتواند؛ چون او به شرافت خانوادگی خود متّکی است و حاضر نیست کارهای پست انجام دهد. راه این‌که بتوانند او را به کارهای پست وادار کنند و از او نوکرىِ بیمزد و منّت بگیرند، این است که شخصیت او را، خانواده او را، سابقه او را، هوّیت او را و تاریخ او را از یاد او ببرند تا فراموش کند کیست و چه شخصیتی دارد. آن‌گاه همه‌گونه میتوانند در او تصرّف کنند؛ همه‌گونه میتوانند بر سر او دست دراز کنند. یک ملت نیز همین‌طور است.</w:t>
              <w:br/>
              <w:t>منبع: بیانات در دیدار هزاران نفر از معلمان سراسر كشور</w:t>
              <w:br/>
              <w:t>متن: یك وقت تجربه‏های یك ملت، گذران تاریخی زندگی یك ملت، او را به این نتیجه می‏رساند كه باید این‏جور تعلیم كند، این‏جور تربیت بدهد، این‏جور خانه‏ بسازد، این‏جور مشی كند، این‏جور مدیریت كند؛ این خوب است. انسان باید همیشه از تجارب دیگران هم استفاده كند. ما بدمان نمی‏آید و ننگمان نمی‏كند كه از دیگران یاد بگیریم. آن‌چه كه بد است، این است كه ما بیائیم الگوهای ملتهای دیگر و فرهنگهای دیگر را به طور دربست در بین ملت و كشور خودمان پیاده كنیم و اقتضائات و شرائط و زمینه‏ها را اصلًا در نظر نگیریم</w:t>
              <w:br/>
              <w:t>منبع: بیانات در دیدار دانشگاهیان سمنان</w:t>
              <w:br/>
              <w:t>متن: تقلید، رایج شدن و پیشرفت تقلید، پیشرفت نیست. وابسته کردن اقتصاد، تقلیدی کردن علم، ترجمه گرایی در دانشگاه؛ که هر چه که آن طرف مرزها، مرزهای غربی و کشورهای اروپایی، گفته‌اند، ما همان را ترجمه کنیم و اگر کسی حرف زد، بگویند مخالف علم حرف می‌زند؛ پیشرفت نیست و ما این را پیشرفت نمی‌دانیم. نه اینکه ترجمه را رد کنیم؛ من این را بارها در مجامع دانشگاهی گفته‌ام؛ نخیر، ترجمه هم خیلی خوب است؛ یاد گرفتن از دیگران خوب است؛ اما ترجمه کنیم تا بتوانیم خودمان به وجود آوریم. حرف دیگران را بفهمیم تا حرف نو به ذهن خود ما برسد؛ نه اینکه همیشه پای حرف کهنه‌ی دیگران بمانیم. یک حرفی را در زمینه‌ی مسائل اجتماعی پنجاه، شصت سال پیش فلان نویسنده یا فیلسوف یا شبه فیلسوف فرهنگی گفته، حالا آقایی بیاید در دانشگاه، دهنش را با غرور پر کند و همان را دوباره به عنوان حرف نو برای دانشجو بیان کند! این پیشرفت نیست؛ پسرفت است. زبان و ملی را مغشوش کردن، هویت اسلامی ملی را سلب کردن و مدل‌بازی به جای مدل‌سازی، پیشرفت نیست. ما وابسته شدن و غربی شدن را پیشرفت نمی‌دانیم.</w:t>
              <w:br/>
              <w:t>منبع: بیانات در اجتماع زائران و مجاوران حرم مطهر رضوی</w:t>
              <w:br/>
              <w:t>متن: در داخل متأسّفانه بعضی‌ها غرب را بَزک میکنند، بدی‌های غرب را توجیه میکنند، رتوش میکنند، نمیگذارند افکار عمومی متوجّه بشود که همین دولتهای ظاهر‌الصّلاح -مثل فرانسه، مثل انگلیس، مثل دیگران- در باطنشان چقدر شیطنت و شرارت وجود دارد؛ مطبوعاتچی‌ها بینشان هست، رسانه‌ای‌ها بینشان هست؛ مثل تقی‌زاده. در دوره‌ی طاغوت، آدمی مثل تقی‌زاده، به این مضمون گفت که ایران باید از فَرقِ سر تا ناخن پا غربی بشود؛ یعنی سبک زندگی در ایران باید غربی بشود. امروز هم تقی‌زاده‌های جدید از این حرفها میزنند؛ البتّه به این صراحت نمیگویند امّا مضمون حرفشان این است. آنهایی که افکار غربی را، سبک زندگی غربی را، روشهای غربی را، لغات غربی را به طور پیوسته در داخل، در ادبیّات ما، در افکار ما، در دانشگاه‌های ما، در مدارس ما تزریق میکنند، پمپاژ میکنند، اینها همین تقی‌زاده‌های جدیدند. آنهایی که پشت سر سند ۲۰۳۰ -سند ۲۰۳۰ یعنی برگرداندن سبک زندگی اسلامی به زندگی غربی- می‌ایستند، همان تقی‌زاده‌های امروز هستند؛ البتّه امروز به توفیق الهی جوانهای مؤمن ما و مردم انقلابی ما نخواهند گذاشت این تقی‌زاده‌ها حرفشان به کرسی بنشیند.</w:t>
              <w:br/>
              <w:t>منبع: بیانات در مراسم بیست‌ و هفتمین سالگرد رحلت امام خمینی (رحمه‌الله)</w:t>
              <w:br/>
              <w:t>متن: استقلال فرهنگی در این است که سبک زندگی را، سبک زندگی اسلامی - ایرانی انتخاب بکنیم. بنده در باب سبک زندگی دو سه سال قبل از این مفصّل صحبت کردم؛ سبک زندگی از معماری، از زندگی شهری، از زیستِ انسانی، از پیوندهای اجتماعی تا همه‌ی مسائل گوناگون را شامل میشود. تقلید از غرب و از بیگانه در سبک زندگی، درست نقطه‌ی مقابل استقلال فرهنگی است. امروز نظام سلطه بر روی این مسئله دارد کار میکند؛</w:t>
              <w:br/>
              <w:t>منبع: بیانات در اجتماع مردم پاوه</w:t>
              <w:br/>
              <w:t>متن: هویت ایرانی - اسلامی مردم ما و ملت ما، به برکت انقلاب اسلامی، به برکت حضور مردم در صحنه و دخالت و شراکت مردم در مسائل اساسی نظام، یک واقعیت جاافتاده است... امروز دنیا ملت ایران را به مسلمانیِ همراه با آگاهی و بصیرت و پیشگامی و پیشرفت در میدانهای مختلف میشناسد؛ این چیز کمی نیست. بخصوص امروز که حرکتهای اسلامی در دنیای اسلام آغاز شده است، ملت ایران میتواند نقش ایفاء کند.</w:t>
              <w:br/>
              <w:t>منبع: بیانات در دیدار فرماندهان و كاركنان نیروی هوایی و پدافند هوایی ارتش جمهوری اسلامی ایران</w:t>
              <w:br/>
              <w:t>متن: قرآن میگوید: إِنْ تَنْصُرُوا اللَّهَ ینْصُرْكُمْ‏؛  اگر شما خدا را نصرت كردید، خدای متعال هم شما را نصرت خواهد كرد. نصرت كردن خدا چیست؟ چه‏جوری است؟ نصرت كردن خدا یعنی سعی در تحقّقِ اراده‏ی تشریعی الهی در روی زمین‏. جمهوری اسلامی بزرگ‏ترین مصداقش است.</w:t>
              <w:br/>
              <w:t>منبع: سخنرانی تلویزیونی به مناسبت سی‌ویکمین سالگرد رحلت امام خمینی (رحمه‌الله)</w:t>
              <w:br/>
              <w:t>متن: تحوّل را نبایستی با استحاله‌ی فکری اشتباه گرفت. اندکی قبل از حکومت پهلوی و بعد، شدّتش در دوران حکومت پهلوی، چیزی به نام تجدّد وارد کشور شد، که این را به عنوان یک تحوّلی در زندگی ملّت ایران به حساب می‌آوردند؛ این تحوّل نبود، این استحاله‌ی ملّت ایران بود، هویّت ملّت ایران را از او سلب کردن بود. یعنی در واقع ملّت ایران، هویّت دینی خود، هویّت ملّی خود، هویّت تاریخیِ عمیق خود را در این تجدّد از دست داد. تجدّدی که [طیّ آن،] در دوران پهلوی، هم یک مقداری به وسیله‌ی رضاخان، هم [به وسیله‌ی] پشتوانه‌ها و به‌اصطلاح روشنفکرهای غرب‌زده و طلسم‌شده‌ی زمان رضاخان -که او را وادار میکردند، هدایت میکردند، کمک میکردند و توجیه میکردند کارهای او را- در واقع هویّت ملّت ایران سلب شد، یعنی [ملّت ایران] از آن هویّت واقعی خارج شد؛ این استحاله است، این تحوّل نیست. تحوّل باید رو به جلو باشد، این رو به عقب رفتن بود.</w:t>
              <w:br/>
              <w:t>منبع: بیانات در دیدار جمعی از استادان، نخبگان و پژوهشگران دانشگاه‌ها</w:t>
              <w:br/>
              <w:t>متن: جوان را باهویّت بار بیاورید. اگر جامعه‌ای احساس هویّت نکرد، صداهای بلند تحکّم‌آمیز، راحت او را مغلوب خواهد کرد. آن که ایستادگی میکند، آن کسی است که احساس هویّت میکند؛ حالا این هویّت، گاهی هویّت ملّی است، گاهی هویّت دینی است، گاهی هویّت انسانی است، شرف است؛ هرچه؛ با هویّت باید بار بیایند. خوشبختانه امروز جامعه‌ی اسلامی ـ ایرانی ما یک هویّت ریشه‌دار و تاریخی و قوی و قابل استقامتی دارد که این را نشان هم داده؛ این را به جوانمان بایستی منتقل بکنیم. بالاخره پس مسئله‌ی فرهنگی مسئله‌ی مهمّی است؛ بخشهای فرهنگی باید احساس مسئولیّت کنند و در این زمینه باید کار کنند.</w:t>
              <w:br/>
              <w:t>منبع: بیانات در دیدار اعضای انجمن‌های اسلامی دانش‌آموزان</w:t>
              <w:br/>
              <w:t>متن: یکی از عرصه‌ها مسئله‌ی رواج فرهنگ غربی و سبک زندگی غربی است که اگر در یک کشوری سبک زندگی مورد قبول و مورد ترویج غربی‌ها یا آمریکایی‌ها رواج پیدا بکند، نخبگان آن جامعه تبدیل میشوند به برّه‌های رامی در مقابل سیاستهای آمریکا و غرب و همان قدرت مقابل؛ اصرار دارند که این اتّفاق بیفتد، و جمهوری اسلامی میخواهد نگذارد این اتّفاق بیفتد.</w:t>
              <w:br/>
              <w:t>منبع: بیانات در نخستین دیدار رئیس جمهوری و اعضای هیأت دولت سیزدهم</w:t>
              <w:br/>
              <w:t>متن: در مسئله‌ی فرهنگ و رسانه، به گمان بنده، ساختار فرهنگی کشور نیاز به یک بازسازی انقلابی دارد. ما مشکل داریم در ساختار فرهنگی کشور؛ و یک حرکت انقلابی لازم است. البتّه «حرکت انقلابی» یعنی خردمندانه و عاقلانه. معنای «انقلابی بودن» بی‌هوا حرکت کردن و بی‌حساب حرکت کردن نیست. [حرکت] انقلابی باید باشد، بنیانی باید حرکت بشود، در عین حال برخاسته‌ی از اندیشه و حکمت باشد. فرهنگ واقعاً زیربنا است؛ خیلی از این خطاهایی که ما در بخشهای مختلف انجام میدهیم، ناشی از فرهنگ حاکم بر ذهن ما است. اگر ما اسراف داریم، اگر ما تقلید کورکورانه داریم، اگر ما سبک زندگی غلط داریم، اینها ناشی از مشکلات فرهنگی است؛ فرهنگِ حاکم بر ذهنها است که در عمل، این مشکلات را به وجود می‌آورد. زندگی‌های تقلیدی، زندگی‌های تجمّلاتی و اشرافیگری، غالباً منشأ و ریشه‌ی فرهنگی دارد. در واقع نرم‌افزار این حوادث، فرهنگ کشور و فرهنگ حاکم غلط و انحرافی‌ای است که بر بعضی ذهنها مسلّط است.</w:t>
              <w:br/>
              <w:t>منبع: بیانات در دیدار رؤسا و مدیران آموزش و پرورش</w:t>
              <w:br/>
              <w:t>متن: فکر کنیم چرا این ‌قدر طواغیت عالَم و فراعنه‌ی عالَم به فکرند و اصرار دارند که در آموزش و پرورش کشورها نفوذ پیدا کنند؛ روی این یک قدری باید تأمّل کرد. [این نفوذ] گاهی اوقات با سر و صدا مثل سند ۲۰۳۰ است که سر و صدایش دنیا را گرفت که برای همه هم هست. این به معنای نفوذ فرهنگ و سبک زندگی غربی و اهداف غربی در همه‌ی کشورهای دنیا است. چرا؟ به چه دلیل؟ چرا باید یک کشوری مثل کشور ما با این فرهنگ ریشه‌دار و عمیق و فرهنگ الهی و ایمانی، فرهنگ برجسته‌ی درخشان ایرانی تحت تأثیر تعلیمات کسانی که تمدّنشان و فرهنگشان یک چیز جدید و مادّی و غلط و شکست‌خورده است [قرار بگیرد؟] امروز فلسفه‌ِی اجتماعی غرب در خود غرب شکست‌خورده است؛ خب ببینید چه خبر است! آن روز من راجع به آمریکا گفتم.(۸) در آمریکا از هالیوود تا پنتاگون -یعنی فاصله‌ی هالیوود و پنتاگون را در نظر بگیرید- همه جا فساد هست؛ هم آنجا، هم آنجا، هم بین اینها. چرا بایستی فرهنگ یک کشوری مثل کشور اسلامی ایران و یا کشورهای اسلامی و شاید بعضی کشورهای دیگر در دنیا تحت تأثیر یک سندی قرار بگیرد که آدمهای این تمدّنها، این کشورها، جوامع فاسد و غلط آن را تنظیم کرده‌اند؟ بنابراین به این توجّه داشته باشید که نفوذ آنها و اصرارشان بر نفوذ به خاطر تأثیر آموزش و پرورش است؛ به خاطر این است که اینها کارهایی را که به وسیله‌ی نظامی به‌آسانی نمیتوانند انجام بدهند، به این وسیله میتوانند انجام بدهند؛ یک جایی و در یک مواردی با یک وسیله‌ی عمومی مثل همین سند ۲۰۳۰ .... این به نظر من خیلی مهم است. لازم است که یک حسّاسیّتی در زمینه‌ِی نفوذ دشمن همه پیدا کنند، همه [حسّاسیّت] داشته باشند و مراقب باشند. او اصرار دارد به نفوذ؛ شما باید بدانید او چرا اصرار دارد. او با این نفوذ میخواهد مقاصد خودش را، اهداف پلید خودش را عملیّاتی کند و آدمهایی درست کند که مثل او فکر کنند؛ بنابراین فرض کنید او که میخواهد یک کشوری را غارت کند، وقتی در داخل کشور کسانی بودند که با این غارت موافق بودند، با او هم‌فکر بودند، این غارت براحتی و آسانی انجام میگیرد. و به ‌هرحال بایستی به این معنا توجّه کرد.</w:t>
              <w:br/>
              <w:br/>
              <w:t>معیار معکوس : هویت اصلی از تعصبات قبیلگی و باستانی یا دنیاپرستی مدرن گرفته شود.</w:t>
            </w:r>
          </w:p>
        </w:tc>
        <w:tc>
          <w:tcPr>
            <w:tcW w:type="dxa" w:w="4320"/>
          </w:tcPr>
          <w:p>
            <w:r>
              <w:t>**معیار برای تشخیص:** هویت اصلی از تعصبات قبیلگی و باستانی یا دنیاپرستی مدرن گرفته شود.</w:t>
              <w:br/>
              <w:br/>
              <w:t xml:space="preserve">**توضیحات معیار:**  </w:t>
              <w:br/>
              <w:t>این معیار شامل چندین مفهوم کلیدی است که می‌توانند به عنوان ابزارهای سنجش در ارزیابی متون و عملکردها به کار روند:</w:t>
              <w:br/>
              <w:br/>
              <w:t>1. **تعصبات قبیلگی:** این مفهوم به وابستگی شدید و غیرعقلانی به هویت‌های قومی یا قبیله‌ای اشاره دارد و می‌تواند مانع از درک جامع و عمیق از قومیت و فرهنگ‌های مختلف شود.</w:t>
              <w:br/>
              <w:br/>
              <w:t>2. **دنیاپرستی مدرن:** این ویژگی شامل نگرش‌هایی است که با تأکید بر ارزش‌های مادی، انسانی را از اصول و ارزش‌های معنوی و فرهنگی دور می‌کند و می‌تواند به نوعی از فراموشی هویت دینی و ملی منجر شود.</w:t>
              <w:br/>
              <w:br/>
              <w:t>3. **هویت:** هویت در اینجا به وضعیت و احساسی اشاره دارد که افراد نسبت به خود، تاریخ و فرهنگ خود دارند؛ در شرایطی که هویت از تعصبات قبیلگی یا دنیاپرستی شکل گیرد، ممکن است تحت تأثیر اختلالات هویتی قرار گیرد.</w:t>
              <w:br/>
              <w:br/>
              <w:t>4. **تقلید از فرهنگ‌های بیگانه:** این عنصر به نوعی از رفتار اشاره دارد که در آن افراد به طور کورکورانه از الگوهای فرهنگی دیگران تقلید می‌کنند، بدون آنکه به ارزش‌ها و هویت خود توجه کنند و در نتیجه احساس استقلال فرهنگی را از دست می‌دهند.</w:t>
              <w:br/>
              <w:br/>
              <w:t>5. **نفوذ فرهنگی:** این ویژگی شامل تأثیرات منفی فرهنگ‌های خارجی بر هویت و ارزش‌های یک جامعه است. نفوذ فرهنگی ممکن است به تضعیف هویت ملی و دینی منجر شود و آن را به سمت نوعی از تنوع فرهنگی سطحی سوق دهد.</w:t>
              <w:br/>
              <w:br/>
              <w:t>با استفاده از این مفاهیم، امکان سنجش و ارزیابی متون و عملکردها از دیدگاه حفظ هویت فرهنگی و ارزش‌های معنوی فراهم می‌شود.</w:t>
            </w:r>
          </w:p>
        </w:tc>
      </w:tr>
      <w:tr>
        <w:tc>
          <w:tcPr>
            <w:tcW w:type="dxa" w:w="4320"/>
          </w:tcPr>
          <w:p>
            <w:r>
              <w:t>معیار اصلی: * با محوریت حمایت ایثارگرانه از گسترش تولید غیرمتمرکز و کوچک مقیاس</w:t>
              <w:br/>
              <w:t xml:space="preserve">توضیحات برگرفته از منابع: </w:t>
              <w:br/>
              <w:t>منبع: بیانات در دیدار پرسنل و فرماندهان ارتش</w:t>
              <w:br/>
              <w:t>متن: ملتها نمی‏خواهند وابسته باشند. اهل یك روستا را شما نگاه كنید! اگر بتواند دلش می‏خواهد وابسته به مركز روستا یا فرضاً مركز شهر نباشد. اصلًا وابستگی، خلاف طبیعت انسان است. اما دولتها آن را بر مردمشان تحمیل می‏كنند و در راه این تحمیل، ملت را می‏كوبند.</w:t>
              <w:br/>
              <w:t>منبع: بیانات در ارتباط تصویری با مجموعه های تولید</w:t>
              <w:br/>
              <w:t>متن: اگر ما در اقتصاد کشور، اقتصاد را به یک بدن انسان تشبیه بکنیم، سیستم دفاعی و امنیّت‌ّبخشِ اقتصاد عبارت از تولید است؛ یعنی آن چیزی که میتواند ویروس‌های مهاجم و میکروب‌های مهاجم به اقتصاد را خنثی بکند و آن را سالم نگه دارد تولید در کشور است.</w:t>
              <w:br/>
              <w:t>منبع: بیانات در ارتباط تصویری با مجموعه های تولیدی</w:t>
              <w:br/>
              <w:t>متن: قوی‌ترین دولتها هم قادر نیست بدون مشارکت مردم موتور اقتصاد جامعه را به راه بیندازد؛ هیچ دولتی بدون مشارکت مردم نمیتواند اقتصاد کشور را سامان بدهد. بعضی از ساز و کارهای فکری، سیاسی، اقتصادی، مثل نوعی از سوسیالیسم‌ها -البتّه نه همه‌ی انواع سوسیالیسم- این فکرها را کردند که بتوانند دولتها را متصّدی کار اقتصاد کنند [امّا] شکست خوردند. امکان ندارد و بدون مشارکت مردم هیچ دولتی نخواهد توانست اقتصاد کشور را سامان بدهد و موتور اقتصاد را [راه بیندازد]. بنابراین یکی از مسائل مهمّ ما باید این باشد که استعدادهای مردم، ابتکارهای مردم، ظرفیّتهای گوناگون مردم را وارد میدان اقتصاد کشور بکنیم.</w:t>
              <w:br/>
              <w:t>منبع: بیانات در دیدار تولیدکنندگان و فعالان اقتصادی</w:t>
              <w:br/>
              <w:t>متن: کشور به تولید اشتغال‌آفرین توجّه ویژه‌ای بکند؛ بعضی از تولیدات کشور، تولیدات اساسی و مهمّی است و نیاز حیاتی کشور است؛ مثلاً فرض کنید صنعت نفت، صنعت فولاد و امثال اینها، لکن اینها از لحاظ اشتغال‌آفرینی آن چنان که برخی از صنایع دیگر اشتغال‌آفرینی دارند، اینها ندارند... البتّه توجّه به این صنایع اصلی لازم است، ضروری است، واجب است لکن غفلت از صنایع اشتغال‌آفرین یک مشکل بزرگی است، نبایستی این معنا پیش بیاید.‌.. دستگاه‌های دولتی، دستگاه‌های بانکی [باید] کاری بکنند که تولید به معنای واقعی کلمه در جهت ایجاد اشتغال باشد؛ چون مسئله‌ی اشتغال یک مسئله‌ی حیاتی است برای کشور. و همین صنایع مهم هم در حول‌ و ‌حوش خودشان میتوانند یک زنجیره‌ای از صنایع اشتغال‌آفرین، صنایع پایین‌دستی که غالباً هم اشتغال‌آفرین است به‌ وجود بیاورند.</w:t>
              <w:br/>
              <w:t>منبع: بیانات رهبری حرم رضوی</w:t>
              <w:br/>
              <w:t>متن: آمارها [نشان میدهد] -البتّه این آمار مال چند سال قبل است- ما چند صد هزار واحد تولیدی کوچک داریم؛ خیلی مهم است! من بارها در سخنرانی‌ها تکرار کرده‌ام، مسئولین عزیز کشور در زمینه‌ی مسائل اقتصادی بپردازند به واحدهای تولیدی کوچک و متوسّط. ما چند صد هزار از این واحدها در کشور داریم. اینها را احیا بکنند، اشتغال به وجود می‌آید، ابتکار به وجود می‌آید. و [مطلب] دهم؛ به صنایع متوسّط و کوچک نگاه ویژه بکنند. الان چندین هزار کارگاه و کارخانه‌ی متوسّط و کوچک در کشور هست؛ اگرچنانچه این آماری که به من داده‌اند و بنده گفتم که شصت درصد از اینها الان دچار بیکاری و تعطیل هستند درست باشد، خسارت است. آن چیزی که در متن جامعه اشتغال ایجاد میکند، تحرّک ایجاد میکند و طبقات پایین را بهره‌مند میکند، همین صنایع کوچک و متوسّط است؛ اینها را تقویت کنند و پیش ببرند. خب، این ده نقطه‌ی کار که اگرچنانچه اقدام و عمل بخواهد انجام بگیرد برای اقتصاد مقاومتی، این ده کار میتواند انجام بگیرد.</w:t>
              <w:br/>
              <w:t>منبع: بیانات رهبری حرم رضوی</w:t>
              <w:br/>
              <w:t>متن: تولید هم که ما میگوییم، فقط تولید صنعتی را نمیگوییم؛ تولید صنعتی، تولید کشاورزی، دامداری، صنایع بزرگ، صنایع متوسّط، صنایع کوچک، حتّی صنایع دستی، حتّی صنایع خانگی، حتّی تربیت دام -چند دام در خانه‌های روستایی- که خود این بمراتب کمک خواهد کرد به گسترش رفاه عمومی در جوامع. اینها را باید بنشینند برنامه‌ریزی کنند؛ البتّه سهم صنایع دانش‌بنیان خیلی زیاد است، باید توجّه بشود.</w:t>
              <w:br/>
              <w:t>منبع: بینات رهبری، سخنرانی تلویزیونی</w:t>
              <w:br/>
              <w:t>متن: کارگاه‌های متوسّط و کوچک در سطح کشور باید فعّال بشوند؛ البتّه این کارگاه‌های بزرگ مهمّند برای کشور، امّا گسترش کارگاه‌های کوچک و متوسّط که برای همه‌جا و برای همه فایده دارد، ... برای طبقه‌ی متوسّط، برای طبقه‌ی ضعیف، ... ایجاد اشتغال است در همه‌ی جوانب کشور و نواحی کشور که هزاران مورد را در سراسر کشور شامل میشود؛ بایستی اینها را زنده کنند.</w:t>
              <w:br/>
              <w:t>منبع: بیانات رهبری در هیئت دولت</w:t>
              <w:br/>
              <w:t>متن: تولیدکلید اصلی است برای اشتغال، برای معیشت، برای کاهش تورّم، برای ایجاد ارزش پول ملّی؛ تولید واقعاً مادر همه‌ی اینها است؛ هر چه میتوانیم در مورد تولید بایستی کار کنیم.</w:t>
              <w:br/>
              <w:t>منبع: بیانات رهبری در جمع اساتید و نخبگان دانشگاه</w:t>
              <w:br/>
              <w:t>متن: «اشتغال»... یک فکر است، همه هم میخواهند این کار را انجام بدهند، تلاشهایی هم میکنند.... هفده هزار میلیارد تومان برای کارگاه‌های کوچک یا متوسّط یا چه صرف کردند تا کمک کنند که بلکه راه بیفتند، لکن اثر مطلوب را نبخشید. اشکال کار کجا است؟ شبیه این کار در دولت قبل هم انجام گرفته بود، شبیه این کار در دولت هشتم هم انجام گرفته بود؛ نمیشود. چرا نمیشود؟ خب یک اشکال علمی دارد؛ لابد یک اشکالی در کار هست، گرهی هست؛ این گره، گره علمی است؛ این کجا باید باز بشود؟ در دانشگاه.</w:t>
              <w:br/>
              <w:t>منبع: بیانات رهبری مسئولان نظام</w:t>
              <w:br/>
              <w:t>متن: گاهی اوقات دوستانِ اقتصادیِ مسئولِ دولتی، چه در این دولت، چه در دولت قبل -که با ما گاهی ملاقات کردند- معمولاً برای ایجاد اشتغال، شرایط را خیلی سخت میگیرند! برای ایجاد یک شغل مثلاً گاهی گفته میشود صد میلیون لازم است؛ خب بله، بعضی از مشاغل هست که صد میلیون باید سرمایه‌گذاری بشود تا یک شغل به وجود بیاید، لکن خیلی از مشاغل هست که این‌جوری نیست. ما امروز در روستاهایمان، در شهرهای کوچکمان، در مناطق گوناگونی از کشور، با مبالغ خیلی کمتری میتوانیم اشتغال ایجاد کنیم. می‌بینید کسانی را؛ یک نفری آمده در تلویزیون -گزارشش را بنده همین‌طور گذرا دیدم- بیست‌نفر را مثلاً مشغول کار کرده با ابتکار خودش، با شوق و ذوق خودش در فلان بخش و فلان صنعت و همه‌ی سرمایه‌گذاری‌اش -از اوّل تا آخر- صد میلیون نمیشود، امّا توانسته ذرّه ذرّه ذرّه کار را پیش ببرد، بیست نفر را مثلاً آنجا مشغول کار کرده، [آن‌هم] کار تولیدی. ما اگرچنانچه توانستیم به مسئله‌ی روستاها... به معنای واقعی کلمه رسیدگی بکنیم و موضوع روستا را حل کنیم که یک بخش عمده‌ی حلّ مسائل روستا ایجاد صنایع روستایی است [مشکلات کم میشود].</w:t>
              <w:br/>
              <w:t>منبع: بیانات رهبری مسئولان نظام</w:t>
              <w:br/>
              <w:t>متن: یکی از کارهایی که به‌طور مشخّص مهم است در زمینه‌ی مسائل اقتصادی که هم مسئله‌ی رکود را میتواند تا حدود زیادی علاج کند و هم مسئله‌ی اشتغال را، پرداختن به صنایع کوچک و متوسّط در بخش صنعت است.</w:t>
              <w:br/>
              <w:t>منبع: بیانات رهبری مسئولان نظام</w:t>
              <w:br/>
              <w:t>متن: اقتصاد دانش‌بنیان را اهمّیّت بدهیم. رشد شتابان اقتصاد به‌وسیله‌ی اقتصاد دانش‌بنیان [ممکن] خواهد شد. امروز ما امکانش را هم داریم؛ جوانهای بسیاری هستند آماده، تحصیل‌کرده، باسواد که میتوانند کارهایی انجام بدهند. گاهی می‌شنوید یا در تلویزیون می‌آیند یک کارآفرین جوان را نشان میدهند که آدم واقعاً لذّت میبرد، حظ میکند که این آمده وارد شده در یک مقوله‌ای -کشاورزی، دامداری، صنعت، صنعتها‌ی کوچک، خدمات و امثال اینها- با سرمایه‌ی کم شروع کرده و با پشتکار به یک جایی رسیده. [تولید] ثروت از راه فکر، از راه کارهای دانشی هم یک مسئله‌ است.</w:t>
              <w:br/>
              <w:t>منبع: بیانات رهبری، حرم رضوی</w:t>
              <w:br/>
              <w:t>متن: یکی از لازم‌ترین کارها این است که از بنگاه‌های تولیدی متوسّط و کوچک حمایت بشود؛ یکی از کارها این است که فعّالیّتهای بنگاه‌های دانش‌بنیان تقویت بشود. اینکه ما روی علم و فنّاوری تکیه میکنیم، فقط به خاطر این نیست که میخواهیم نِصاب علمی خودمان را بالا ببریم؛ پیشرفت علم و فنّاوری به پیشرفت اقتصاد کمک میکند؛ بنگاه‌هایی که دانش‌بنیان هستند میتوانند به اقتصاد ملّی کمک کنند.</w:t>
              <w:br/>
              <w:br/>
              <w:t>معیار معکوس : * با محوریت حمایت از ایجاد بازار کامل (مبتنی بر تحریک انسان به محوریت طمع و نفع شخصی خود در فرآیندهای اقتصادی)</w:t>
            </w:r>
          </w:p>
        </w:tc>
        <w:tc>
          <w:tcPr>
            <w:tcW w:type="dxa" w:w="4320"/>
          </w:tcPr>
          <w:p>
            <w:r>
              <w:t>**معیار برای تشخیص:** با محوریت حمایت از ایجاد بازار کامل (مبتنی بر تحریک انسان به محوریت طمع و نفع شخصی خود در فرآیندهای اقتصادی)</w:t>
              <w:br/>
              <w:br/>
              <w:t xml:space="preserve">**توضیحات معیار:**  </w:t>
              <w:br/>
              <w:t>1. **ایجاد بازار کامل:** این مفهوم به وضعیتی اشاره دارد که در آن تمامی عوامل اقتصادی به دنبال حداکثر کردن منافع فردی خود هستند، بدون توجه به عواقب اجتماعی یا جمعی. این رویکرد می‌تواند به تمرکز قدرت و ثروت در دستان تعداد محدودی از افراد یا نهادها منجر شود.</w:t>
              <w:br/>
              <w:br/>
              <w:t>2. **تحریک طمع:** در این نوع بازار، تشویق به رفتارهایی از قبیل رقابت شدید و جمع‌آوری ثروت به هر قیمتی، به عنوان یک کانون اصلی دیده می‌شود. این امر ممکن است افراد را به سمت تصمیم‌گیری‌های کوتاه‌مدت سوق دهد که منافع فردی را در اولویت قرار می‌دهند.</w:t>
              <w:br/>
              <w:br/>
              <w:t>3. **نفع شخصی:** محوریت نفع شخصی در فرآیندهای اقتصادی نشان‌دهنده رویکردی است که در آن کاستی‌ها و مسائل اجتماعی یا زیست‌محیطی نادیده گرفته می‌شود، و نفع فردی به عنوان تنها معیار سنجش عملکرها ی اقتصادی تلقی می‌شود.</w:t>
              <w:br/>
              <w:br/>
              <w:t>4. **تمرکز اقتصادی:** در ایجاد یک بازار کامل، شاهد تمرکز اقتصادی خواهیم بود که منجر به کاهش فرصت‌ها برای واحدهای تولیدی کوچک و متوسط شده و از پویایی و نوآوری در سطح جوامع محلی کاسته می‌شود.</w:t>
              <w:br/>
              <w:br/>
              <w:t>5. **عدم مشارکت جمعی:** یکی از پیامدهای فرآیندهای مبتنی بر نفع شخصی، کاهش سطح مشارکت و همکاری‌های اجتماعی است، چرا که افراد در پی افزایش منافع فردی خود ممکن است به تعامل و همکاری با سایر ذینفعان بی‌توجه باشند.</w:t>
              <w:br/>
              <w:br/>
              <w:t xml:space="preserve">6. **تحلیل ناعادلانه:** در چنین بازاری، تحلیل و ارزیابی فعالیت‌ها ممکن است بر اساس دستاوردهای مادی و مالی افراد صورت گیرد و از مبناهای اخلاقی یا اجتماعی فاصله بگیرد. </w:t>
              <w:br/>
              <w:br/>
              <w:t>این معیار می‌تواند به عنوان ابزاری برای تحلیل و ارزیابی فعالیت‌های اقتصادی و اجتماعی به کار رود که در آن اصول انسانی و اجتماع‌محور مورد غفلت قرار می‌گیرد.</w:t>
            </w:r>
          </w:p>
        </w:tc>
      </w:tr>
      <w:tr>
        <w:tc>
          <w:tcPr>
            <w:tcW w:type="dxa" w:w="4320"/>
          </w:tcPr>
          <w:p>
            <w:r>
              <w:t>معیار اصلی: * سوق المسلمین کمسجدهم</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r>
          </w:p>
        </w:tc>
        <w:tc>
          <w:tcPr>
            <w:tcW w:type="dxa" w:w="4320"/>
          </w:tcPr>
          <w:p>
            <w:r>
              <w:t>معیار برای تشخیص: *افزایش کمیت تولید محصولات از طریق سرمایه گذاری و کشاورزی متمرکز*</w:t>
              <w:br/>
              <w:br/>
              <w:t xml:space="preserve">توضیحات معیار: </w:t>
              <w:br/>
              <w:t>این معیار به ترویج رویکردهایی در بخش کشاورزی اشاره دارد که به‌جای تأکید بر استقلال و خودکفایی، بیشتر بر روی رشد و افزایش صرفه اقتصادی از طریق متمرکزسازی و صنعتی‌سازی فعالیت‌های کشاورزی تمرکز می‌کند. مفاهیمی که از متن ورودی استخراج می‌شوند به شرح زیر هستند:</w:t>
              <w:br/>
              <w:br/>
              <w:t>1. **افزایش کمیت تولید**: تمرکز بر افزایش میزان تولید محصولات بدون توجه به کیفیت و تأثیرات زیست‌محیطی و اجتماعی.</w:t>
              <w:br/>
              <w:t>2. **کشاورزی متمرکز**: تأکید بر مدل‌های کشاورزی که در آن تولید به صورت جمعی و صنعتی در واحدهای بزرگ و کنترل‌شده صورت می‌گیرد و ممکن است به جنبه‌های انسانی و اجتماعی در تولید اهمیت ندهد.</w:t>
              <w:br/>
              <w:t>3. **صرفه اقتصادی**: اولویت دادن به جنبه‌های اقتصادی و مالی بر سایر اهداف اجتماعی و محیطی.</w:t>
              <w:br/>
              <w:t>4. **ورود سرمایه‌داران به بخش کشاورزی**: تشویق به جذب سرمایه‌گذاران بزرگ و صنایع به کشاورزی بدون توجه به آثار اجتماعی یا فرهنگی آن بر زمین‌داران و کشاورزان محلی.</w:t>
              <w:br/>
              <w:t>5. **توزیع متمرکز**: توزیع به شکلی که منجر به افزایش وابستگی به کشورهای دیگر یا بازارهای بزرگ شود.</w:t>
              <w:br/>
              <w:t>6. **دولتی بودن یا پیمانکاری**: تأکید بر تولید انبوه به‌وسیله نهادهای دولتی یا شرکت‌های خصوصی بزرگ که می‌تواند به نادیده‌گرفتن منافع جامعه محلی منجر شود.</w:t>
              <w:br/>
              <w:t>7. **مرکزیت گونه‌های غیر مثمر**: توجه کمتر به تنوع محصولات و عدم حمایت از گونه‌های بومی یا محلی که مؤلفه‌های سنتی و غنی‌سازی اکوسیستم را در بر دارند.</w:t>
              <w:br/>
              <w:t xml:space="preserve">8. **کارخانه‌های متمرکز و بزرگ**: تأسیس واحدهای صنعتی بزرگ برای تولید کشاورزی که ممکن است منجر به کاهش کیفیت و تنوع محصولات شود. </w:t>
              <w:br/>
              <w:br/>
              <w:t>این معیار و توضیحات آن، قابلیت ارزیابی و تحلیل متون و عملکردهای مرتبط با حوزه کشاورزی و مدیریت منابع غذایی در جامعه را فراهم می‌آورد.</w:t>
            </w:r>
          </w:p>
        </w:tc>
      </w:tr>
      <w:tr>
        <w:tc>
          <w:tcPr>
            <w:tcW w:type="dxa" w:w="4320"/>
          </w:tcPr>
          <w:p>
            <w:r>
              <w:t>معیار اصلی: * تلقي رکبان</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r>
          </w:p>
        </w:tc>
        <w:tc>
          <w:tcPr>
            <w:tcW w:type="dxa" w:w="4320"/>
          </w:tcPr>
          <w:p>
            <w:r>
              <w:t>### معیار برای تشخیص</w:t>
              <w:br/>
              <w:t>افزایش کمیت تولید محصولات از طریق سرمایه گذاری و کشاورزی متمرکز</w:t>
              <w:br/>
              <w:br/>
              <w:t>### توضیحات معیار</w:t>
              <w:br/>
              <w:t>در این معیار، مفهوم "افزایش کمیت تولید محصولات از طریق سرمایه گذاری و کشاورزی متمرکز" به عنوان نشانه‌ای از تغییر در رویکرد تولید کشاورزی و برقراری ارتباط با منافع اقتصادی و صنعتی مورد بررسی قرار می‌گیرد. این معیار به بررسی ویژگی‌هایی مانند تمرکز بر بهره‌وری اقتصادی، وابستگی به تکنولوژی‌های نوین و تفاوت در ارزش‌گذاری بخش‌های مختلف تولید می‌پردازد. بر اساس مفاهیم مرتبط، می‌توان به توضیحات زیر اشاره کرد:</w:t>
              <w:br/>
              <w:br/>
              <w:t>- **صرفه اقتصادی**: تأکید بر تولیداتواردات محصولات بر مبنای اتکاء به جنبه‌های اقتصادی، به جای تأمین نیازهای اساسی جامعه به طور مستقل و خودکفا.</w:t>
              <w:br/>
              <w:t>- **کشت متمرکز**: اشاره به اشکالی از کشاورزی که بر پایه تولید انبوه و استفاده از زمین‌های بزرگ سرمایه‌گذاری شده است، در حالی که ممکن است تنوع محصوصات کشاورزی کاهش یابد.</w:t>
              <w:br/>
              <w:t>- **واردات محصولات کشاورزی**: افزایش وابستگی به بازارهای خارجی و تأمین نیازها از خارج کشور به جای تقویت زیرساخت‌های داخلی.</w:t>
              <w:br/>
              <w:t>- **گسترش کشاورزی صنعتی**: اتکاء به تکنولوژی و فرآیندهای صنعتی برای به حداکثر رساندن تولید، بدون توجه کافی به پایداری محیط زیست یا ملاحظات اجتماعی.</w:t>
              <w:br/>
              <w:t>- **تقویت سرمایه‌داران**: فراهم کردن زمینه‌هایی برای ورود سرمایه‌گذاران بزرگ به بخش کشاورزی، که ممکن است به حاشیه‌نشینی و از بین رفتن مشاغل کوچک‌تر بینجامد.</w:t>
              <w:br/>
              <w:t>- **توزیع متمرکز**: سیستم توزیع محصولات که به جای توجه به نیازهای محلی، به سمت ایجاد مجاری تجاری بزرگ و متمرکز می‌رود.</w:t>
              <w:br/>
              <w:t>- **محوریت گونه‌های غیر مثمر**: اولویت دادن به تولید محصولات با سودآوری بیشتر، بدون توجه کافی به اهمیت تنوع زیستی و حفظ اکوسیستم‌ها.</w:t>
            </w:r>
          </w:p>
        </w:tc>
      </w:tr>
      <w:tr>
        <w:tc>
          <w:tcPr>
            <w:tcW w:type="dxa" w:w="4320"/>
          </w:tcPr>
          <w:p>
            <w:r>
              <w:t>معیار اصلی: ارائه کالاهای بادوام (با ضمانت 19ماهه و 19 ساله) بر پایه دانش مهارتی برگرفته از دانش‌بنیان‌ها</w:t>
              <w:br/>
              <w:t xml:space="preserve">توضیحات برگرفته از منابع: </w:t>
              <w:br/>
              <w:t>منبع: بیانات در دیدار مسئولان نظام</w:t>
              <w:br/>
              <w:t>متن: بایستی شرکت‌های[دانش بنیانی] که به‌ وجود می‌آیند یک خصوصیّاتی داشته باشند که این خصوصیّات حیاتی است، اساسی است، ‌مهم است. یکی از این خصوصیّات این است که در آن نوآوری باشد؛ یکی اینکه کاهش ارزبری وجود داشته باشد. ما الان در یک مواردی برای واردات یک محصول ارز زیادی مصرف میکنیم؛ اگر این شرکت دانش‌بنیان این را تولید کند یا به تولید نزدیک بکند، این یا کاهش ارزبری دارد یا بکلّی ارزبری را از بین میبرد؛ این یکی از معیارها است. اشتغال‌آفرینی؛ یکی از شاخصها این است که شرکتها به معنای واقعی کلمه اشتغال‌آفرین باشند. قابلیّت صادرات داشته باشند؛ یعنی در مواجهه‌ی با محصولات جهانی و بین‌المللی رقابت‌پذیر باشند. این قبیل شاخصها باید معیّن بشود و ان‌شاءالله دنبال بشود.</w:t>
              <w:br/>
              <w:t>منبع: بیانات در دیدار جمعی از کارآفرینان سراسر کشور</w:t>
              <w:br/>
              <w:t>متن: نکته‏ی اساسی‏ای که در باب کار وجود دارد و کارآفرینان باید به او توجه کنند، مسئله‏ی مرغوبیت تولید داخلی است؛ کیفیت تولید داخلی است؛ این خیلی مهم است. البته بخشی از این، ارتباط پیدا میکند به همان قضایای مالی و نمیدانم مقررات و غیرذلک، و پشتیبانی‏های دولت؛ اما بخشی هم ارتباط پیدا میکند به عزم و اراده‏ی مسئولین، کارآفرین و کننده‏ی کار. فرمود: «رحم اللَّه امرا عمل عملا فاتقنه»؛ رحمت خدا بر آن انسانی که کاری را انجام بدهد و آن را متقن انجام بدهد، درست انجام بدهد. این آینده‏نگری است، غیر از امروز. شما امروز ببینید در دنیا کمپانی‏هائی هستند صد سال است اینها دارند کار میکنند، صد و پنجاه سال است دارند کار میکنند و محصولاتشان در دنیا فروش میرود. اسم اینها کافی است که جنس را تو بازار رائج کند؛ به خاطر اینکه درست کار کردند، خوب کار کردند، مشتری مطمئن است به اینها. شما میگوئید که ما سفارش کنیم به مردم که تولیدات داخلی را مصرف کنند. من که خب چند سال است دارم سفارش میکنم؛ بنده که بارها گفته‏ام، منتها این با شعار درست نمیشود. خب، بله یک مقداری مردم حالا یک اعتمادی بکنند، یک اعتنائی بکنند به حرف ما، به خاطری که مثلًا ما گفتیم، بروند یک مقداری چه کنند؛ این یک بخشی از قضیه است. یک بخش دیگر هم مربوط به کیفیت است. خب کیفیت را باید بالا برد؛ کیفیتها را باید بالا برد ... مردم هم باید این را بدانند. وقتی یک محصول خارجی را ما داریم مصرف میکنیم، در واقع داریم یک کارگر خودمان را بی کار میکنیم، یک کارگر دیگر را داریم به کار وادار میکنیم؛ این هست، منتها مسئله‏ی مرغوبیت و کیفیت خیلی مهم است؛ و استحکام؛ اینها خیلی مهم است. اگر چنانچه جنس داخلی، تولید داخلی، این خصوصیات را داشته باشد، به طور طبیعی تمایل پیدا میشود.</w:t>
              <w:br/>
              <w:t>منبع: بیانات در اجتماع کارگران کارخانه جات تولیدی داروبخش</w:t>
              <w:br/>
              <w:t>متن: در خصوص برجسته کردن تولید ملی، مسئله‌ی کیفیت خیلی مهم است؛ که مدیریتهای تولیدی و کارگرهای عزیز باید به این مسئله توجه کنند.</w:t>
              <w:br/>
              <w:t>منبع: بیانات در حرم مطهر رضوی</w:t>
              <w:br/>
              <w:t>متن: امروز یک ذخیره‌ی باارزشی در اختیار مسئولان هست؛ میتوانند این را در اختیار تولید ملی بگذارند. باید کار را تسهیل کنند؛ مجلس هم باید همکاری کند، دولت هم بایستی همت کند؛ بتوانند به تولید ملی رونق بدهند. مردم هم - چه آن که دارای سرمایه است، چه آن که دارای قدرت کار است - بایستی با ایجاد اتقان، همکاری کنند. محصول داخلی را باید مرغوب، باکیفیت و بادوام تولید کنیم.</w:t>
              <w:br/>
              <w:br/>
              <w:t>معیار معکوس : * با دوام سازی محصول کم عمر و بی دوام سازی محصولات ماندگار* اغواء مشتریان در تشخیص کیفی و کمی کالا به کمک هنر مدرن* تثبیت پروتکل¬های استاندارد رایج به عنوان ابزار اعمال قدرت نظام سرمایه-داری</w:t>
            </w:r>
          </w:p>
        </w:tc>
        <w:tc>
          <w:tcPr>
            <w:tcW w:type="dxa" w:w="4320"/>
          </w:tcPr>
          <w:p>
            <w:r>
              <w:t>### معیار برای تشخیص</w:t>
              <w:br/>
              <w:t>با دوام سازی محصول کم عمر و بی دوام سازی محصولات ماندگار</w:t>
              <w:br/>
              <w:br/>
              <w:t>### توضیحات معیار</w:t>
              <w:br/>
              <w:t>این معیار شامل ویژگی‌ها و رفتارهایی است که می‌توانند در شناسایی و ارزیابی محصولات و فرآیندهای تولیدی غیرمطلوب به کار روند. این ویژگی‌ها به شرح زیر تعریف می‌شوند:</w:t>
              <w:br/>
              <w:br/>
              <w:t>1. **محصولات کم عمر**: تولید کالاهایی که دارای طول عمر کوتاه هستند و از نظر کیفیت و قابلیت استفاده، در سطح ضعیفی قرار دارند. این ویژگی می‌تواند منجر به کاهش رضایت مشتری و افزایش هزینه‌های بلندمدت برای مصرف‌کنندگان شود.</w:t>
              <w:br/>
              <w:br/>
              <w:t>2. **بی دوام سازی محصولات ماندگار**: فرآیندهایی که موجب کاهش کیفیت و ماندگاری کالاهای تولیدشده می‌شوند. این عمل می‌تواند از طریق استفاده از مواد اولیه نامرغوب یا روش‌های تولید ناکارآمد صورت گیرد و در نتیجه کیفیت نهایی محصول را تحت تأثیر قرار دهد.</w:t>
              <w:br/>
              <w:br/>
              <w:t>3. **اغواء مشتریان در تشخیص کیفی و کمی کالا**: استفاده از تکنیک‌های بازاریابی و تبلیغاتی که ممکن است اطلاعات نادرستی درباره کیفیت و ویژگی‌های کالا ارائه دهند. این امر می‌تواند مانع از انتخاب آگاهانه مصرف‌کنندگان و در نهایت به گمراهی آن‌ها بیانجامد.</w:t>
              <w:br/>
              <w:br/>
              <w:t>4. **تثبیت پروتکل‌های استاندارد رایج**: ایجاد و تداوم استانداردهایی که ممکن است به نفع ساختارهای اقتصادی خاصی باشند و به جای تشویق به کیفیت و نوآوری، به ترویج فرآیندهای سرمایه‌محور و غیررقابتی منجر شوند. این پروتکل‌ها می‌توانند به عنوان ابزار کنترل و اعمال قدرت در نظام‌های اقتصادی مورد استفاده قرار گیرند.</w:t>
            </w:r>
          </w:p>
        </w:tc>
      </w:tr>
      <w:tr>
        <w:tc>
          <w:tcPr>
            <w:tcW w:type="dxa" w:w="4320"/>
          </w:tcPr>
          <w:p>
            <w:r>
              <w:t>معیار اصلی: مطلوب تست 2</w:t>
              <w:br/>
              <w:t xml:space="preserve">توضیحات برگرفته از منابع: </w:t>
              <w:br/>
              <w:t>منبع: بیانات در دیدار کارگزاران نظام در سالروز مبعث</w:t>
              <w:br/>
              <w:t>متن: تزکیه‌ی اخلاقی برای یک کشور، یک امر ضروری است؛ مهرورزی انسانها با یکدیگر، انصاف انسانها نسبت به یکدیگر، رعایت حال انسانهای دیگر در برنامه‌ریزی زندگی انسان، رحم و مروت بین افراد بشر، چیزهائی است که زندگی بشر را آرامش میبخشد. اگر ملاحظه میکنیم که دنیا امروز بیش از گذشته در آتش ناامنیها میسوزد - ناامنی، امروز بزرگترین بلای بشر یا لااقل یکی از بزرگترین بلایای بشری است؛ انسانها در درون خانواده‌شان امنیت ندارند؛ در محیط زندگی اجتماعی امنیت ندارند؛ در میان کشور و میهن خودشان امنیت ندارند - این ناامنی ناشی از سوء سیاستها، ناشی از قدرت‌طلبیها، ناشی از بی‌اخلاقیها، ناشی از دوری انسانها از تزکیه است. و اسلام ما را به تزکیه دعوت میکند و این یک قلم بسیار عمده از تعالیم اسلام است. «یتلوا علیکم ایاتنا و یزکیکم و یعلّمکم الکتاب و الحکمة» (۱) آیات الهی را تلاوت میکند و آنها را تزکیه میکند؛ آنها را تعلیم میدهد.</w:t>
              <w:br/>
              <w:t>منبع: بیانات در دیدار کارگران</w:t>
              <w:br/>
              <w:t>متن: مردم عزیز ما باید بدانند که حضور آنها در عرصه‌های مختلف، تعیین‌کننده است. تعیین‌کننده‌ی چه؟ تعیین‌کننده‌ی امنیّت ملّی. اگر مردم در صحنه حضور داشته باشند، کشور در امنیّت باقی خواهد ماند. اینکه شما می‌بینید دشمنهای پُررو و وقیح و گردن‌کلفت در مقابل جمهوری اسلامی از هر عمل سختی اجتناب میکنند، به‌خاطر حضور مردم است؛ میترسند، به‌معنای واقعی کلمه میترسند؛ اینها تحلیل نیست، اینکه عرض میکنم، واقعیّاتی است که مستندهای آنها جزو مسلّمات است. وقتی ملّت حضور پیدا میکند، دشمنی که میخواهد با این نظام مبارزه بکند، مجبور میشود عقب بنشیند و تعرّض نکند؛ وقتی بین ملّت و نظام فاصله ایجاد شد و ملّت در صحنه حضور پیدا نکرد؛ آن‌وقت میتوانند هر کاری انجام بدهند؛ خیلی سخت هم نیست برایشان، همه‌جور میتوانند اقدام بکنند، کمااینکه در جاهای مختلف دنیا کرده‌اند. در ایران اسلامی دشمن نتوانسته کار کند، به‌خاطر حضور مردم؛ دشمنها به‌خاطر حضور مردم بوده است که نتوانسته‌اند تعرّض کنند. گاهی می‌شنویم و در گذشته شنفته‌ایم که بعضی‌ها فرض کنید گفته‌اند «ما که آمدیم مسئولیّت پیدا کردیم، توانستیم سایه‌ی جنگ را از سر کشور [برداریم]»؛ نه، این حرفها، حرفهای درستی نیست؛ از بنده بشنوید، آنچه سایه‌ی جنگ را، سایه‌ی تعرّض دشمن را در طول این سالهای متمادی از سر این کشور رفع کرده، حضور مردم بوده است.</w:t>
              <w:br/>
              <w:t>منبع: متن حکم تنفیذ دوازدهمین دوره ریاست جمهوری اسلامی ایران</w:t>
              <w:br/>
              <w:t>متن: خداوند متعال را سپاس میگویم که در آزمون سیاسی و اجتماعی بزرگ دیگری، ملّت عظیم‌الشأن ایران را سرافراز فرمود و حضور مبارک آنان را در یکی از اساسی‌ترین اقدامات ملّی، گامی بلند در جهت حراست از عزّت و امنیّت کشور و ابّهت نظام مقدّس جمهوری اسلامی قرار داد. انتخابات پرشور و صفوف طولانی رأی‌دهندگان در سراسر کشور و نصاب درخشانِ شرکت‌کنندگان در انتخاب رئیس جمهور و آنگاه رأی بالای شخصیّت منتخب، همگی نشانه‌های روشن از موفّقیّت نظام اسلامیدر تحکیم و تثبیت جمهوریّت و خصلتِ مردمی این نظام انقلابی است، و این یکی از اساسی‌ترین و مهم‌ترین توانمندی‌های بی‌شمار کشور اسلامی عزیز ما است که دستیابی به آرمانهای والای انقلاب را ممکن میسازد و آینده‌ی روشن کشور و ملّت را نوید میدهد</w:t>
              <w:br/>
              <w:t>منبع: بیانات در دیدار جمعی از فرماندهان نیروی انتظامی</w:t>
              <w:br/>
              <w:t>متن: بزرگترین خصوصیت اجتماعی و نیاز یک جامعه، چند خصوصیت است. یکی از این چند خصوصیت، «امنیت» است. اگر امنیت نباشد، بسیاری از خیرات جامعه، از آن جامعه رخت خواهد بست. امنیت را در بخش عظیمی از زندگی و حیات اجتماعی و فردی مردم، نیروی انتظامی تأمین می‌کند. این را باید نعمتی از خدا متوجّه به خود بدانید. هرکسی که در این نیرو و در این لباس خدمت می‌کند، باید احساس کند که این خدمت، یک نعمت و یک برکت الهی است؛ آن را قدر بداند. قدر دانستن هم به این است که برای آن، حقیقتاً از وجود خود مایه بگذارد.</w:t>
              <w:br/>
              <w:t>منبع: بیانات در خطبه‏های نماز جمعه تهران 21 رمضان 1414</w:t>
              <w:br/>
              <w:t>متن: جمله‏ی بعد: «و اللّه الله فی جیرانكم.» یعنی «الله الله در همسایگانتان!» موضوع همسایگی را كوچك نگیرید. امرِ بسیار مهمی است. یك پیوند عظیم اجتماعی است كه اسلام به آن توجّه دارد و طبق فطرت انسان‏هاست. منتها در پیچ و خم تمدّنهای دور از فطرت انسانی، این ارزشها گم شده است. بهمان فرد، چند سال در خانه‏ای زندگی می‏كند و نمی‏داند در همسایگی‏اش چه كسی ساكن‏ است و چگونه زندگی را می‏گذراند! به نیازها و ضرورتها و اضطرارها و بیچارگی‏های افراد در هنگام بلاها و مشكلات، چه كسی باید رسیدگی كند؟ باید همسایگانتان را رعایت كنید.</w:t>
              <w:br/>
              <w:t>منبع: بیانات در دیدار دانشگاهیان سمنان</w:t>
              <w:br/>
              <w:t>متن: ما تحولی می خواهیم که بین پدرها، مادرها، خانواده ها، فرزندان، دوستان و همسایگان الفت و محبت بیشتر به وجود آورد؛ تا چهل خانه آن طرفتر را شما همسایه ی خود بدانید؛ این خوب است. محیط، محیط تراحم و تعاطف باشد؛ همه ی افراد جامعه نسبت به همدیگر احساس مسئولیت کنند: «کلکم راع و کلکم مسؤول عن رعیته»؛ همه ی شما راعی هستید؛ یعنی رعایت کننده. همه ی شما مسئول از رعیت تان هستید؛ یعنی آن کسی که مورد رعایت شما باید قرار بگیرد. آن تحولی که در پیوندها و نظامات اجتماعی به یک چنین حقایقی منتهی بشود، آن پیشرفت است؛ پیشرفت مورد نظر اسلام و جمهوری اسلامی، این است. پیشرفتی که بر فردمحوری و اباحه 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w:t>
              <w:br/>
              <w:br/>
              <w:t>معیار معکوس :  کنترل بیرونی و دوربین‌های متعدد</w:t>
            </w:r>
          </w:p>
        </w:tc>
        <w:tc>
          <w:tcPr>
            <w:tcW w:type="dxa" w:w="4320"/>
          </w:tcPr>
          <w:p>
            <w:r>
              <w:t>**معیار برای تشخیص:** کنترل بیرونی و دوربین‌های متعدد</w:t>
              <w:br/>
              <w:br/>
              <w:t>**توضیحات معیار:**</w:t>
              <w:br/>
              <w:t>1. **ناامنی در روابط اجتماعی:** وجود کنترل‌های بیرونی می‌تواند منجر به بی‌اعتمادی و اضطراب در تعاملات انسانی شود. این شرایط ممکن است به تولید فضایی منفی در جامعه و ایجاد ترس از بازخوردهای منفی منجر گردد که در تقویت روابط میان افراد و نهادهای اجتماعی موانع ایجاد می‌کند.</w:t>
              <w:br/>
              <w:br/>
              <w:t>2. **عدم مهرورزی و انصاف:** نظارت‌های شدید و فراگیر می‌توانند از بروز مهرورزی و انصاف در میان افراد جلوگیری کنند. رفتارهای انسان‌دوستانه و همکاری‌های مثبت که در تعاملات اجتماعی برای تقویت روابط انسانی ضروری هستند، ممکن است تحت تأثیر این نظارت‌ها تضعیف شوند.</w:t>
              <w:br/>
              <w:br/>
              <w:t>3. **غفلت از نیازهای فردی:** در موقعیتی که کنترل‌های بیرونی بر رفتارها حاکم هستند، توجه به نیازها و احساسات دیگران توجه کمتری خواهد یافت. این عدم توجه به جوانب انسانی و روحی افراد می‌تواند به تضعیف همبستگی اجتماعی و روحیه همدلی منجر شود.</w:t>
              <w:br/>
              <w:br/>
              <w:t>4. **کاهش احساس مسئولیت:** کنترل‌های فراگیر ممکن است احساس مسئولیت در قبال دیگران را کاهش دهد. وقتی افراد تحت نظارت باشند، ممکن است تمایل کمتری برای پاسخگویی به نیازها و مشکلات دیگران از خود نشان دهند، که می‌تواند بر توانایی آن‌ها در مشارکت در جامعه تأثیر بگذارد.</w:t>
              <w:br/>
              <w:br/>
              <w:t xml:space="preserve">5. **ضعف همسایه‌داری:** تحت نظارت مستمر، تشکیل روابط مثبت و همسایه‌داری مؤثر مختل می‌شود. در چنین شرایطی، ارتباطات انسانی به‌اندازه کافی برقرار نخواهد شد و افراد ممکن است به زندگی در سطح انزوا و بی‌توجهی به همسایگان روی آورند، که امنیت اجتماعی را به خطر می‌اندازد. </w:t>
              <w:br/>
              <w:br/>
              <w:t>6. **افزایش مشکلات اجتماعی:** هنگامی که کنترل‌های بیرونی نافذ شوند، ممکن است مشکلاتی مانند ناامنی و بی‌اخلاقی در سطح بیشتری شایع شوند. این مشکلات ممکن است ناشی از عدم توانایی افراد در تعامل فرهنگی و عاملی در بروز تنش‌های اجتماعی باشند.</w:t>
            </w:r>
          </w:p>
        </w:tc>
      </w:tr>
      <w:tr>
        <w:tc>
          <w:tcPr>
            <w:tcW w:type="dxa" w:w="4320"/>
          </w:tcPr>
          <w:p>
            <w:r>
              <w:t>معیار اصلی: ایثارگرانه و مشفقانه با مؤمنین؛ سخت گیرانه با تمدن مادی، به منظور غلبه در موازنه جهانی</w:t>
              <w:br/>
              <w:t xml:space="preserve">توضیحات برگرفته از منابع: </w:t>
              <w:br/>
              <w:t>منبع: بیانات رهبر معظم انقلاب اسلامی در دیدار اساتید و دانشجویان دانشگاههای استان سمنان</w:t>
              <w:br/>
              <w:t>متن: خداپرستی، عشق به معنویت، عاطفه ی انسانی در هر تحولی، و عواطف و محبت در انسانها باید تقویت بشود و در این جهت باید راه برویم. آن تحول اجتماعی یا اقتصادی ای که انسانها را نسبت به هم بی تفاوت و بی محبت می کند، ممدوح نیست؛ مذموم است. اگر شما می شنوید که در برخی از کشورهای غربی، فرزند و پدر در یک شهر زندگی می کنند، اما فرزند از پدرش سال به سال احوالی نمی پرسد، خانواده ها دور هم جمع نمی شوند، کودکان از عطوفتهای پدرانه و مادرانه برخوردار نمی شوند، زن و شوهرها جز به موجب یک قرارداد موقت - یک قرارداد قانونی بسته شده است - کنار هم نمی نشینند؛ زن یک جا کار دارد، مرد یک جا کار دارد، آخرِ کارِ این، ساعت هشت شب است، آخر کار آن، ساعت ده شب است، بعد یک قرار این با یک دوستی دارد، او قرار با یک همکاری دارد؛ اگر اینها را شما می شنوید که در جایی هست و اگر اینها واقعیت دارد، اینها دیگر نشانه های پسرفت است. آن تحولی که به این چیزها بینجامد، مورد تأیید ما نیست. ما تحولی می‏خواهیم كه بین پدرها، مادرها، خانواده‏ها، فرزندان، دوستان و همسایگان الفت و محبت بیشتر به وجود آورد؛ تا چهل خانه‏ آن طرف‏تر را شما همسایه‏ی خود بدانید؛ این خوب است. محیط، محیط تراحم و تعاطف باشد؛ همه‏ی افراد جامعه نسبت به همدیگر احساس مسئولیت كنند: «كلكم راع و كلكم مسئول عن رعیته»؛ همه‏ی شما راعی هستید؛ یعنی رعایت‏كننده. همه‏ی شما مسئول از رعیتتان هستید؛ یعنی آن كسی كه مورد رعایت شما باید قرار بگیرد. آن تحولی كه در پیوندها و نظامات اجتماعی به یك چنین حقایقی منتهی بشود، آن پیشرفت است؛ پیشرفت مورد نظر اسلام و جمهوری اسلامی، این است. پیشرفتی که بر فردمحوری و اباحه‌ی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 هر چیزی که دوست می داری، مباح است؛ لذت‌جویی کن.</w:t>
              <w:br/>
              <w:t>منبع: امام خمینی صحیفه نور ج 5 ص 256</w:t>
              <w:br/>
              <w:t>متن: روحیة فداکاری، یعنی همان روحیه ای که در زمان رسول الله برای مردم پیدا شده بود و در ظرف نیم قرن مسلمین را بر تقریباً دنیای آن روز غلبه داد، این روحیه در ملت ما پیدا شده بود که خودشان را با شوق و اشتیاق می خواستند فدا کنند. آنچه ما را غلبه داد این روحیه بود؛ فلسفه نبود، جهانبینی نبود، اسلامشناسی نبود، هیچ این حرفها نبود. این روحیه که در ملت پیدا شد و این تحرکی که پیدا شد یک مطلب غیبی بود. ... اگر خدای ناخواسته این روحیه را از دست بدهیم ... دیگر رو به سستی میرویم.</w:t>
              <w:br/>
              <w:t>منبع: بیانات در دیدار فرماندهان گردانها، گروهانها و دسته‏های عاشورای نیروهای مقاومت بسیج سراسر كشور، در سالروز شهادت امام سجاد(ع)</w:t>
              <w:br/>
              <w:t>متن: سازندگی، كاری بود كه علی بن ابی طالب علیه‏السّلام داشت؛ كه حتی شاید در دوران خلافت هم كه حالا من این را تردید دارم. اما تا قبل از خلافت، قطعی است با دست خود نخلستان آباد می‏كرد؛ زمین‏ احیا می‏كرد؛ درخت می‏كاشت؛ چاه می‏كند و آبیاری می‏كرد. این، سازندگی است! دنیاطلبی و مادی‏طلبی، كاری است كه عبید الله زیاد و یزید می‏كردند. آن‏ها چه وقت چیزی را به وجود می‏آوردند و می‏ساختند؟! آن‏ها فانی می‏كردند؛ آن‏ها می‏خوردند؛ آن‏ها تجملات را زیاد می‏كردند. این دو را باهم اشتباه نباید كرد. امروز عده‏ای به اسم سازندگی خودشان را غرق در پول و دنیا و ماده‏پرستی می‏كنند. این سازندگی است؟</w:t>
              <w:br/>
              <w:t>منبع: بیانات در دیدار قاریان</w:t>
              <w:br/>
              <w:t>متن: امروز ملتهای مسلمان درگیر مشکلات فراوانی هستند از ناحیه‌ی تسلط کسانی که نگاهشان به آفرینش، نگاه مادی است؛ نگاه سودجویانه است؛ نگاه پست یک انسانی است که از معنویت بوئی نبرده. امروز تمدنی که امکانات نظامی را در اختیار مستکبران قرار داده، مبتنی بر نگاه مادی به عالم آفرینش است. همین نگاه مادی است که دنیا را بدبخت کرده؛ خود آنها را هم بدبخت کرده. وقتی نگاه، نگاه مادی بود، سودپرستانه بود، دور از معنویت بود، دور از اخلاق انسانی بود، نتیجه این میشود که قدرت نظامی و قدرت سیاسی و قدرت اطلاعاتی در راه به زنجیر کشیدن ملتها به کار میرود. تمدن غرب در این چند قرن اخیر که به اوج رسیده، هیچ هنری غیر از این نداشته است؛ بشریت را استثمار کردند، ملتها را به زنجیر کشیدند، از علمشان استفاده کردند برای نابودی تمدنهای ملتهای دیگر و غلبه‌ی بر آنها، بر فرهنگ آنها، بر اقتصاد آنها ... هرجا پا گذاشتند، جز فساد و نابودی حرث و نسل - همان طور که خدای متعال در قرآن میفرماید- کاری نکردند. بله، برای اینکه بازار محصولات پیدا کنند، بازارهائی را آراسته کردند؛ مردم را با محصولات جدید آشنا کردند، برای اینکه تجارت خودشان را رونق بدهند. این تمدن، منقطع از معنویت و قرآن است.</w:t>
              <w:br/>
              <w:t>منبع: بیانات در دیدار عمومی به مناسبت عید سعید فطر</w:t>
              <w:br/>
              <w:t>متن: حكومت اسلام هم برای این است كه فضا را برای چنین موقعیتی فراهم كند؛ دلها را به خدا نزدیك كند؛ انسانها را در عین آباد كردن روی زمین‏ آباد كردن دنیا از اینكه دنیا را هدف غایی خود قرار دهند، فراتر ببرد.</w:t>
              <w:br/>
              <w:t>منبع: بیانات رهبر معظم انقلاب در دیدار استادان و دانشجویان كردستان</w:t>
              <w:br/>
              <w:t>متن: یكی این است كه كسانی دنیا را اصل بدانند و از آخرت فراموش كنند؛ یعنی همه‏ی تلاش جامعه و برنامه‏ریزان و سیاست‏گذاران و حكومت، برای این باشد كه زندگی مردم را از لحاظ دنیائی آباد كنند: مردم پول داشته باشند، ثروت داشته باشند، راحت باشند، مشكل مسكن‏ نداشته باشند، مشكل ازدواج نداشته باشند، مشكل بیكاری نداشته باشند؛ فقط همین! اما از لحاظ معنوی در چه وضعی باشند، مطلقاً مورد توجه قرار نگیرد. این یك انحراف است.</w:t>
              <w:br/>
              <w:t>منبع: بیانات در دیدار جمعی از اعضای«نیروی انتظامی»، كاركنان«سازمان تأمین اجتماعی»،«سازمان بهزیستی» و اساتید و دانشجویان دانشگاهها</w:t>
              <w:br/>
              <w:t>متن: در جامعه‏ی ما باید عادتِ كمك به ضعفا كه یك عادت اسلامی است، روز به روز بیشتر شود. صدقاتی كه مردم می‏دهند، اطعامهایی كه می‏كنند و كارهای بزرگی از قبیل وقف‏ و حبس و امثال آن‏ها كه انجام می‌شود، از سنّتهای حسنه‏ی اسلامی است. این سنّتها به حیات اجتماعی طیب كمك می‏كند. لذا نباید بگذارید در جامعه تعطیل شود. وقتی‏كه مردم خود را در رفع گرفتاری مستضعفان و ضعفا و مستمندان سهیم بدانند، كارها اصلاح می‌شود</w:t>
              <w:br/>
              <w:t>منبع: کتاب تشکیلات بهشتی (ص 69)</w:t>
              <w:br/>
              <w:t>متن: به نقش برخورد محبت آمیز در داخل خودمان [و] با غیر خودمان اهمیت بدهیم. من نمی خواهم مثل مسیحیت باشیم که بگوییم محبت، محبت، محبت! حتی «محبت با پلنگ تیز دندان»! زیرا آنجا «ستمکاری بود با گوسفندان». من این را نمی خواهم بگویم؛ ولی بی محبتی هم نه! قرآن و اسلام این را فرموله کرده است و من اجمالاً به دوستان یادآوری می کنم که در داخل خودمان و با افراد خارج از خودمان- به غیر از دشمنانی که باید با آنها با جنگ و ستیز روبرو شد- لااقل با بی طرف ها با محبت روبرو بشویم.</w:t>
              <w:br/>
              <w:br/>
              <w:t>معیار معکوس : غلبه انگیزه سود بر سایر انگیزه‌های انسانی (انسان اکونومیک)</w:t>
            </w:r>
          </w:p>
        </w:tc>
        <w:tc>
          <w:tcPr>
            <w:tcW w:type="dxa" w:w="4320"/>
          </w:tcPr>
          <w:p>
            <w:r>
              <w:t>**معیار برای تشخیص:** غلبه انگیزه سود بر سایر انگیزه‌های انسانی (انسان اکونومیک)</w:t>
              <w:br/>
              <w:br/>
              <w:t xml:space="preserve">**توضیحات معیار:**  </w:t>
              <w:br/>
              <w:t>1. **انگیزه سود**: تأکید بر اهمیت منافع شخصی و در اولویت قرار دادن منافع مالی بر سایر ارزش‌های انسانی و اجتماعی به عنوان شاخصی برای اثرگذاری منفی در روابط میان فردی و اجتماعی شناسایی می‌شود. در متون به ذکر مواردی پرداخته شده است که نشان‌دهنده تمرکز بر اهداف اقتصادی در غفلت از ابعاد معنوی و اخلاقی است.</w:t>
              <w:br/>
              <w:br/>
              <w:t>2. **کم‌توجهی به ارزش‌های انسانی**: نادیده گرفتن نیازها و احساسات دیگران به عنوان نشانه‌ای از عقب‌ماندگی اجتماعی و فرهنگی ذکر شده است. این مفهوم در نقد رفتارهایی که صرفاً بر مبنای منافع شخصی و مادی بنا شده‌اند، می‌تواند مورد استفاده قرار گیرد.</w:t>
              <w:br/>
              <w:br/>
              <w:t>3. **دنیوی‌نگری**: گرایش به فراموشی از آخرت و معنویت، در قالب انتقاد از جوامع که تمام تلاش خود را تنها بر اساس تأمین نیازهای مادی متمرکز کرده‌اند، بیان شده است. این رویکرد باعث کاهش عواطف انسانی و روابط مبتنی بر محبت و همکاری اجتماعی می‌گردد.</w:t>
              <w:br/>
              <w:br/>
              <w:t>4. **عدم مسئولیت اجتماعی**: نادیده گرفتن تعهد به رفع مشکلات و ایستادگی در مقابل ضعف‌های اجتماعی، به ویژه در مورد مستضعفان و آسیب‌دیدگان، به عنوان علامتی از کاهش ارزش‌های انسانی مطرح شده است. در متون، نیاز به توجه، کمک و حمایت از قشرهای آسیب‌پذیر به عنوان یک اصول اساسی تأکید شده است که غفلت از آن می‌تواند به مشکلات فراوانی منجر شود.</w:t>
              <w:br/>
              <w:br/>
              <w:t>5. **تجمل‌گرایی**: رویکردی که به دنبال جمع‌آوری ثروت و امکانات مادی است، بدون توجه به تأثیرات اجتماعی و انسانی آن، از دیگر نشانه‌های انحراف از معیارهای انسانی محسوب می‌شود. در متون به تبیین اثرات منفی این تمایل در سرد شدن روابط انسانی و ایجاد فاصله میان افراد جامعه پرداخته شده است.</w:t>
            </w:r>
          </w:p>
        </w:tc>
      </w:tr>
      <w:tr>
        <w:tc>
          <w:tcPr>
            <w:tcW w:type="dxa" w:w="4320"/>
          </w:tcPr>
          <w:p>
            <w:r>
              <w:t>معیار اصلی: بستر تسهیل فروش تولید کنندگان کوچک مقیاس و خانگی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r>
          </w:p>
        </w:tc>
        <w:tc>
          <w:tcPr>
            <w:tcW w:type="dxa" w:w="4320"/>
          </w:tcPr>
          <w:p>
            <w:r>
              <w:t>**معیار برای تشخیص:** افزایش کمیت تولید محصولات از طریق سرمایه‌گذاری و کشاورزی متمرکز</w:t>
              <w:br/>
              <w:br/>
              <w:t xml:space="preserve">**توضیحات معیار:**  </w:t>
              <w:br/>
              <w:t>معیار "افزایش کمیت تولید محصولات از طریق سرمایه‌گذاری و کشاورزی متمرکز" به شرایطی اشاره دارد که در آن، تأکید بر تولید انبوه و استفاده از روش‌های صنعتی در کشاورزی بیشتر می‌شود. این معیار شامل موارد زیر است:</w:t>
              <w:br/>
              <w:br/>
              <w:t>1. **محوریت صرفه اقتصادی بر پایه کشاورزی صنعتی:** تأمل بر این نکته که تولید محصولات در درجه اول باید به لحاظ اقتصادی سودآور باشد، موجب کاهش توجه به ارزش‌های اجتماعی و زیست‌محیطی می‌شود که ممکن است به درجه کمتری از خوداتکایی و امنیت غذایی منجر شود.</w:t>
              <w:br/>
              <w:br/>
              <w:t>2. **ورود سرمایه‌داران به بخش کشاورزی:** تسهیل ورود سرمایه‌گذاران و تمرکز بر تکنولوژی‌های نوین در کشاورزی ممکن است موجب کاهش حمایت از تولیدکنندگان کوچک شود و برخلاف اصول حمایت از کشاورزی پایدار باشد.</w:t>
              <w:br/>
              <w:br/>
              <w:t>3. **گسترش کشاورزی متمرکز صنعتی:** تکیه بر توسعه کشاورزی به‌صورت متمرکز و صنعتی می‌تواند منجر به بهره‌کشی از منابع طبیعی تا حداکثر ممکن و نادیده گرفتن جنبه‌های توسعه پایدار شود.</w:t>
              <w:br/>
              <w:br/>
              <w:t>4. **محوریت گونه‌های غیر مثمر:** این امر نشان‌دهنده توجه به تولید محصولاتی است که ممکن است در درجه دوم اهمیت قرار داشته باشند و در نتیجه ممکن است به تغییر الگوی مصرف و عدم تطابق با نیازهای واقعی جامعه منجر شود.</w:t>
              <w:br/>
              <w:br/>
              <w:t xml:space="preserve">5. **توزیع متمرکز و حمایت از تولیدکنندگان بزرگ:** حمایت از تولیدکنندگان بزرگ در مقابل تولیدکنندگان کوچک می‌تواند به عدم تعادل در بازار و کاهش تنوع در محصولات و خدمات منجر شود. </w:t>
              <w:br/>
              <w:br/>
              <w:t>این معیارها به‌طور واضح نشان‌دهنده شرایطی است که به نفع مدل‌های تولیدی همگرا با کشاورزی صنعتی است و ممکن است به تضعیف یافته‌های کیفی مرتبط با امنیت غذایی، خودکفایی و ارزش اجتماعی کشاورزی منجر شوند.</w:t>
            </w:r>
          </w:p>
        </w:tc>
      </w:tr>
      <w:tr>
        <w:tc>
          <w:tcPr>
            <w:tcW w:type="dxa" w:w="4320"/>
          </w:tcPr>
          <w:p>
            <w:r>
              <w:t>معیار اصلی: تعامل هم افزا با حیوانات اهلی بر محور گسترش خانواده</w:t>
              <w:br/>
              <w:t xml:space="preserve">توضیحات برگرفته از منابع: </w:t>
              <w:br/>
              <w:t>منبع: بیانات در دیدار مسئولان و فعالان محیط زیست، منابع طبیعى و فضاى سبز</w:t>
              <w:br/>
              <w:t>متن: خلاصه‌ی اهمّیّت این قضیّه عبارت است از مسئولیّت انسان در قبال طبیعت؛ باید احساس مسئولیّت کند. همچنان‌که در قبال انسانها احساس مسئولیّت میکنیم، در قبال طبیعت هم باید احساس مسئولیّت کنیم. اسلام و ادیان الهی خواسته‌اند تعادل میان انسان و طبیعت را حفظ کنند؛ این، آن هدف اساسی و اصلی است. عدم حفظ این تعادل ناشی از عواملی است که عمده‌اش خودخواهی‌های انسان است؛ قدرت‌طلبی است؛ قلدری و گردن‌کلفتی بعضی از ما انسانها است. وقتی این اتّفاق نیفتاد - یعنی این تعادل حفظ نشد - آن‌وقت بحران محیط زیست پیش می‌آید؛</w:t>
              <w:br/>
              <w:t>منبع: بیانات در دیدار مسئولان و فعالان محیط زیست، منابع طبیعى و فضاى سبز</w:t>
              <w:br/>
              <w:t>متن: همه‌ی برنامه‌های سازندگی از شهری و صحرایی و صنعتی و بقیّه‌ی طرحها، حتماً یک پیوست محیط زیستی باید داشته باشد؛ جادّه میخواهید بکشید، مشخّص باشد که تأثیرش در محیط زیست چیست؛ کارخانه میخواهد نصب بشود، باید معلوم باشد که تأثیرش در محیط زیست چیست؛ بعضی از مسائل تجاری، بعضی از نقل‌وانتقال‌ها و کارهای بازرگانی؛ اینها بایستی پیوست محیط زیست داشته باشد.</w:t>
              <w:br/>
              <w:t>منبع: بیانات در خطبه‌‌های نماز جمعه‌ تهران</w:t>
              <w:br/>
              <w:t>متن: طاغوت هم فقط پادشاهان نیستند؛ هرکدامِ از ما انسانها ممکن است در درون خودمان -خدای نکرده- یک طاغوت و یک بت تربیت کنیم و پرورش بدهیم. در مقابل خدا سرکشی کردن و خودبینی داشتن، نتیجه‌اش عبارت از رشد طغیان در انسان است. اگر این خودبینی در مقابل انسانهای دیگر باشد، نتیجه‌اش میشود نادیده گرفتن حقوق دیگران؛ تجاوز و دست‌درازی به حقوق این و آن. اگر این خودبینی در مقابل طبیعت واقع بشود، نتیجه‌اش میشود تضییع محیط طبیعی؛ یعنی آنچه که امروز به حق درباره‌ی مسئله‌ی محیط زیست در دنیا اهتمام هست. نادیده گرفتن محیط طبیعی زیست انسان هم، نتیجه‌ی طغیان، خودبینی و خودخواهی در مقابل طبیعت است. دعا ضد همه‌ی اینهاست. دعا که میکنیم، در واقع این حالت خشوع را در خود به وجود میآوریم و خودبینی و خودخواهی را در خود سرکوب میکنیم، و در نتیجه، جهان هستی و محیط زندگی انسانها از طغیان و تجاوز به حقوق و طبیعت محفوظ میماند.</w:t>
              <w:br/>
              <w:br/>
              <w:t>معیار معکوس : * پت (PET)به عنوان مونس انسان جایگزین خانواده</w:t>
            </w:r>
          </w:p>
        </w:tc>
        <w:tc>
          <w:tcPr>
            <w:tcW w:type="dxa" w:w="4320"/>
          </w:tcPr>
          <w:p>
            <w:r>
              <w:t>**معیار برای تشخیص:** پت (PET) به عنوان مونس انسان جایگزین خانواده</w:t>
              <w:br/>
              <w:br/>
              <w:t>**توضیحات معیار:**</w:t>
              <w:br/>
              <w:t>استفاده از پت‌ها به عنوان مونس انسان جایگزین خانواده، می‌تواند منجر به برهم‌خوردن توازن میان انسان و طبیعت شود. در شرایطی که پت‌ها به جای خانواده و تعاملات انسانی مورد استفاده قرار گیرند، احساس مسئولیت نسبت به حیوانات و طبیعت ممکن است کاهش یابد. این نوع تعامل ممکن است منجر به نادیده گرفتن نیازها و حقوق حیوانات شود، چرا که پت‌ها به عنوان یک جایگزین برای ارتباطات انسانی دیده می‌شوند و این ممکن است باعث کم‌رنگ شدن تعاملات خانوادگی واقعی گردد.</w:t>
              <w:br/>
              <w:br/>
              <w:t>افزون بر این، در این شرایط ممکن است مفاهیم خودخواهی و خودبینی در رفتار انسانها تقویت شوند، به‌طوری که توجه و اهتمام به حقوق و نیازهای دیگران و همچنین محیط زیست تضعیف گردد. کنترل بحران‌های محیط زیستی و ایجاد برنامه‌های سازندگی با پیوست محیط‌زیستی مناسب در این وضعیت نادیده گرفته می‌شود، چرا که تمرکز بر روی پت به عنوان مونس و جایگزین خانواده ممکن است از ارزیابی تأثیرات زیست‌محیطی فعالیت‌های انسانی بازدارد.</w:t>
              <w:br/>
              <w:br/>
              <w:t>در نهایت، طغیان و تجاوز به حقوق طبیعت و دیگران می‌تواند به‌طور طبیعی از نادیده گرفتن محیط زیست ناشی شود و در این راستا دعا و خشوع به عنوان ابزارهایی برای افزایش همدلی و تعاملات انسانی به چالش کشیده می‌شوند. ارزیابی این معیار نیازمند سنجش عمیق‌تر و تحلیل رفتارهای انسانی در ارتباط با پت‌ها و خانواده است.</w:t>
            </w:r>
          </w:p>
        </w:tc>
      </w:tr>
      <w:tr>
        <w:tc>
          <w:tcPr>
            <w:tcW w:type="dxa" w:w="4320"/>
          </w:tcPr>
          <w:p>
            <w:r>
              <w:t>معیار اصلی: ایجاد سازوکار شفاف فرمول های اعتماد بخش برای مشارکت مردم از طریق تحریک انگیزه برای فهمیدن و ارتقای انسانها به عناصر اهل اندیشه و خلاقیت (استفاده از ابتکار مردم، از فکر مردم، از نیرو و انگیزه‌ی مردم، از نشاط جوانىِ جوانان)</w:t>
              <w:br/>
              <w:t xml:space="preserve">توضیحات برگرفته از منابع: </w:t>
              <w:br/>
              <w:t>منبع: مقام معظم رهبری، انسان 250ساله، ص256</w:t>
              <w:br/>
              <w:t>متن: دشواري کار دعوت راستين امامت در همين نکته نهفته است. يک دعوت مسلکي کامل که مي خواهد قدرت را از هر گونه زورگويي و تجاوز طلبي و تعدي به حق آزادي مردم دور نگاه داشته، اصول و موازين اساسي اسلام را مراعات کند، ناگزير بايد با تکيه بر شعور و درک مردم و در زمينه ي احساس نياز خواست طبيعي آنان، رشد و پيشرفت خود را ادامه دهد.</w:t>
              <w:br/>
              <w:t>منبع: بيانات در خطبه‏هاى نماز جمعه تهران</w:t>
              <w:br/>
              <w:t>متن: اساس جامعه‏ى اسلامى هم بر اين است كه به مردم‏ فرصت فكر كردن داده بشود. يعنى آنچه گفتنى است به مردم‏ گفته شود تا مردم‏ بتوانند در سايه‏ى معرفتى كه پيدا ميكنند بنشينند با خود حساب كنند و حق را از باطل تشخيص بدهند. لذا اساس حكومتهاى ظالمانه در طول تاريخ بشر و همچنين امروز در دنيا بر اين بوده كه وسيله‏ى تشخيص حق و باطل يعنى فكر كردن و انديشيدن را از مردم‏ بگيرند. ما، يعنى ملت مسلمان ايران امروز بيش از هميشه محتاج تعلق و تدبريم. يك وظيفه دستگاه‏هاى اداره‏كننده دارند و آن ارشاد و هدايت مردم‏ است. يك وظيفه مردم‏ دارند و آن شنيدن ارشادها و هدايتها و فكر كردن درباره‏ى آنهاست.</w:t>
              <w:br/>
              <w:t>منبع: بیانات در مراسم تنفیذ حکم سیزدهمین دوره ریاست جمهوری اسلامی ایران</w:t>
              <w:br/>
              <w:t>متن: یک توصیه به رئیس‌جمهور محترم این است که ... «دولت مردمی» را که شعار ایشان بود، در واقعیّت محقّق کنند و به معنای واقعی کلمه با مردم، در کنار مردم، در میان مردم باشند... البتّه حضور در میان مردم نباید افراد را از ارتباط با نخبگان غافل کند. ارتباط با نخبگان هم در جای خود یک حرکت بسیار لازم و مفید است؛ تبادل نظر با نخبگان، و استفاده‌ی از نظر نخبگان</w:t>
              <w:br/>
              <w:t>منبع: بیانات در دیدار رییس جمهور و اعضای هیأت دولت</w:t>
              <w:br/>
              <w:t>متن: این گفتمان پیشرفت علمی هم باید ادامه پیدا کند، یعنی این را نباید بگذارید متوقّف بشود. شماها همه‌تان -همه‌ی دوستان-دانشگاهی هستید، اوّلاً من توصیه‌ام این است که دوستان مسئول، با دانشگاه رابطه‌شان را قطع نکنند؛ یعنی رفت‌و‌آمد با دانشگاه داشته باشند؛ هرجا هستید، هرجور، با هر مجموعه‌ی دانشگاهی‌ که روبه‌رو میشوید، روی مسئله‌ی گفتمان تولید علم و پیشرفت علمی و همین جنبش نرم‌افزاری و شتاب رشد، تکیه کنید؛ جوری بشود که هر استادی، هر دانشجویی، هر پژوهشگری احساس بکند که این وظیفه‌ی او است که این کار را بایستی انجام بدهد. این هم یک نکته در مورد این قضیّه.</w:t>
              <w:br/>
              <w:t>منبع: بیانات در دیدار اقشار مختلف مردم در آستانه انتخابات مجلس خبرگان</w:t>
              <w:br/>
              <w:t>متن: خطاست اگر خیال کنیم که حضور ملت ایران، فقط در صحنه‌ی انتخابات نمایان و نشان‌دار است. بله، انتخابات در نظام جمهوری اسلامی همیشه در طول این بیست و هفت سال، یک مقطع درخشان برای ملت بوده است و نشان‌دهنده‌ی عمق اعتقاد این ملت و این نظام به دخالت مردم در سرنوشت خود محسوب شده است؛ ولی عمق، برکات، گستره و آثار حضور ملت ایران بیش از اینهاست... وقتی یک ملت - پیر و جوانش، بزرگ و کوچکش، قشرهای مختلفش - نسبت به مسائل گوناگون کشور خود دارای انگیزه و فکر است، آن فکر را بر زبان می‌آورد، بر آن پای میفشرد و از آن دفاع میکند، این ملت، ملت زنده‌ای است و آینده‌ی آن تضمین شده است.</w:t>
              <w:br/>
              <w:t>منبع: بیانات در اجتماع بزرگ مردم کرمانشاه</w:t>
              <w:br/>
              <w:t>متن: مسئولین باید زمینه‌ها را، مدلها را، فرمولهای عملی و قابل فهم عموم را، فرمولهای اعتمادبخش را برای مشارکت مردم فراهم کنند. در هر بخشی میشود این کارها را کرد. هم قوه‌ی مجریه، هم قوه‌ی قضائیه، هم قوه‌ی مقننه به شیوه‌ی خاص خود میتوانند این را تأمین کنند؛ از ابتکار مردم، از فکر مردم، از نیرو و انگیزه‌ی مردم، از نشاط جوانىِ جوانان ما - که قشر عظیم و وسیعی هستند - میتوانند استفاده کنند؛ این جزو کارهائی است که باید ان‌شاءاللَّه با سازوکار شفاف از سوی مسئولین انجام بگیرد</w:t>
              <w:br/>
              <w:t>منبع: کتاب تشکیلات بهشتی (ص197)</w:t>
              <w:br/>
              <w:t>متن: تشکل انحصارطلب و انحصاراندیش ازجانب هر فرد و هر گروه و هر جمعی که باشد، شیطانی از کار در می آید. طاغوت معنایش همین است. طاغوت می گوید من و غیر از من هیچ! آن وقت کارش در برابر حق و در برابر خلق به طغیان کشیده و سرکش می شود.</w:t>
              <w:br/>
              <w:br/>
              <w:t>معیار معکوس : سلطه مدیران یا سلطه نخبگانی؛ مشارکت مردمی در اجرای تصمیمات بالا به پایین یا نهایتا انتخاب مجری</w:t>
            </w:r>
          </w:p>
        </w:tc>
        <w:tc>
          <w:tcPr>
            <w:tcW w:type="dxa" w:w="4320"/>
          </w:tcPr>
          <w:p>
            <w:r>
              <w:t>**معیار برای تشخیص:** سلطه مدیران یا سلطه نخبگانی؛ مشارکت مردمی در اجرای تصمیمات بالا به پایین یا نهایتا انتخاب مجری</w:t>
              <w:br/>
              <w:br/>
              <w:t xml:space="preserve">**توضیحات معیار:**  </w:t>
              <w:br/>
              <w:t>برای ارزیابی فعالیت‌ها و متون مرتبط با مشارکت اجتماعی و اثرگذاری بر جامعه، معیارهای زیر می‌توانند مورد بررسی قرار گیرند:</w:t>
              <w:br/>
              <w:br/>
              <w:t>1. **سلطه مدیران یا نخبگان:** به معنای کنترل و هدایت فعالیت‌ها و تصمیمات توسط گروه‌های خاص یا افرادی است که ممکن است نسبت به عامه مردم برتری داشته باشند. این وضعیت می‌تواند به کاهش توانمندی و مشارکت عمومی منجر شود.</w:t>
              <w:br/>
              <w:br/>
              <w:t>2. **مشارکت مردمی در تصمیمات بالا به پایین:** به معنای فرایندهایی است که در آن نظرات و نیازهای مردم در تصمیم‌گیری‌ها به‌طور موثر لحاظ نمی‌شود و مردم تنها به عنوان مجریان تصمیمات اتخاذ شده از سوی نخبگان یا مدیران عمل می‌کنند.</w:t>
              <w:br/>
              <w:br/>
              <w:t>3. **انتخاب مجری به جای مشارکت فعال:** این مفهوم می‌تواند به حالتی اشاره داشته باشد که در آن افراد تنها در مقام‌های پایین‌تری قرار می‌گیرند و انتخاب آنان به‌جای مشارکت واقعی و تاثیرگذار در فرآیندهای اجتماعی، تنها به عنوان یک فرمality محسوب می‌شود.</w:t>
              <w:br/>
              <w:br/>
              <w:t>4. **کاهش احساس مسئولیت عمومی:** به‌جای تحریک آگاهی و درک اجتماعی، می‌تواند به فضایی منجر شود که مردم احساس نیاز به فکر کردن و مشارکت نداشته باشند و به تبع آن، توان خلاقیت و ابتکار آنان کاهش یابد.</w:t>
              <w:br/>
              <w:br/>
              <w:t>5. **عدم وجود سازوکارهای شفاف:** اشاره به نبود فرآیندهای روشن و در دسترس برای مشارکت و دخالت مردم دارد. در این شرایط، اعتماد عمومی ممکن است تحت تاثیر قرار گیرد و افراد احساس کنند که نظرات و تلاش‌هایشان مورد بی‌توجهی واقع شده است.</w:t>
              <w:br/>
              <w:br/>
              <w:t>این معیارها می‌توانند به‌عنوان مبنایی برای تحلیل و ارزیابی متون و فعالیت‌ها در راستای حضور و مشارکت اجتماعی مورد استفاده قرار گیرند.</w:t>
            </w:r>
          </w:p>
        </w:tc>
      </w:tr>
      <w:tr>
        <w:tc>
          <w:tcPr>
            <w:tcW w:type="dxa" w:w="4320"/>
          </w:tcPr>
          <w:p>
            <w:r>
              <w:t>معیار اصلی: ارتقای مشارکت مردمی تا سطح تصمیم سازی به معنای واقعی کلمه با مردم، در کنار مردم، در میان مردم بودن</w:t>
              <w:br/>
              <w:t xml:space="preserve">توضیحات برگرفته از منابع: </w:t>
              <w:br/>
              <w:t>منبع: مقام معظم رهبری، انسان 250ساله، ص256</w:t>
              <w:br/>
              <w:t>متن: دشواري کار دعوت راستين امامت در همين نکته نهفته است. يک دعوت مسلکي کامل که مي خواهد قدرت را از هر گونه زورگويي و تجاوز طلبي و تعدي به حق آزادي مردم دور نگاه داشته، اصول و موازين اساسي اسلام را مراعات کند، ناگزير بايد با تکيه بر شعور و درک مردم و در زمينه ي احساس نياز خواست طبيعي آنان، رشد و پيشرفت خود را ادامه دهد.</w:t>
              <w:br/>
              <w:t>منبع: بيانات در خطبه‏هاى نماز جمعه تهران</w:t>
              <w:br/>
              <w:t>متن: اساس جامعه‏ى اسلامى هم بر اين است كه به مردم‏ فرصت فكر كردن داده بشود. يعنى آنچه گفتنى است به مردم‏ گفته شود تا مردم‏ بتوانند در سايه‏ى معرفتى كه پيدا ميكنند بنشينند با خود حساب كنند و حق را از باطل تشخيص بدهند. لذا اساس حكومتهاى ظالمانه در طول تاريخ بشر و همچنين امروز در دنيا بر اين بوده كه وسيله‏ى تشخيص حق و باطل يعنى فكر كردن و انديشيدن را از مردم‏ بگيرند. ما، يعنى ملت مسلمان ايران امروز بيش از هميشه محتاج تعلق و تدبريم. يك وظيفه دستگاه‏هاى اداره‏كننده دارند و آن ارشاد و هدايت مردم‏ است. يك وظيفه مردم‏ دارند و آن شنيدن ارشادها و هدايتها و فكر كردن درباره‏ى آنهاست.</w:t>
              <w:br/>
              <w:t>منبع: بیانات در مراسم تنفیذ حکم سیزدهمین دوره ریاست جمهوری اسلامی ایران</w:t>
              <w:br/>
              <w:t>متن: یک توصیه به رئیس‌جمهور محترم این است که ... «دولت مردمی» را که شعار ایشان بود، در واقعیّت محقّق کنند و به معنای واقعی کلمه با مردم، در کنار مردم، در میان مردم باشند... البتّه حضور در میان مردم نباید افراد را از ارتباط با نخبگان غافل کند. ارتباط با نخبگان هم در جای خود یک حرکت بسیار لازم و مفید است؛ تبادل نظر با نخبگان، و استفاده‌ی از نظر نخبگان</w:t>
              <w:br/>
              <w:t>منبع: بیانات در دیدار رییس جمهور و اعضای هیأت دولت</w:t>
              <w:br/>
              <w:t>متن: این گفتمان پیشرفت علمی هم باید ادامه پیدا کند، یعنی این را نباید بگذارید متوقّف بشود. شماها همه‌تان -همه‌ی دوستان-دانشگاهی هستید، اوّلاً من توصیه‌ام این است که دوستان مسئول، با دانشگاه رابطه‌شان را قطع نکنند؛ یعنی رفت‌و‌آمد با دانشگاه داشته باشند؛ هرجا هستید، هرجور، با هر مجموعه‌ی دانشگاهی‌ که روبه‌رو میشوید، روی مسئله‌ی گفتمان تولید علم و پیشرفت علمی و همین جنبش نرم‌افزاری و شتاب رشد، تکیه کنید؛ جوری بشود که هر استادی، هر دانشجویی، هر پژوهشگری احساس بکند که این وظیفه‌ی او است که این کار را بایستی انجام بدهد. این هم یک نکته در مورد این قضیّه.</w:t>
              <w:br/>
              <w:t>منبع: بیانات در دیدار اقشار مختلف مردم در آستانه انتخابات مجلس خبرگان</w:t>
              <w:br/>
              <w:t>متن: خطاست اگر خیال کنیم که حضور ملت ایران، فقط در صحنه‌ی انتخابات نمایان و نشان‌دار است. بله، انتخابات در نظام جمهوری اسلامی همیشه در طول این بیست و هفت سال، یک مقطع درخشان برای ملت بوده است و نشان‌دهنده‌ی عمق اعتقاد این ملت و این نظام به دخالت مردم در سرنوشت خود محسوب شده است؛ ولی عمق، برکات، گستره و آثار حضور ملت ایران بیش از اینهاست... وقتی یک ملت - پیر و جوانش، بزرگ و کوچکش، قشرهای مختلفش - نسبت به مسائل گوناگون کشور خود دارای انگیزه و فکر است، آن فکر را بر زبان می‌آورد، بر آن پای میفشرد و از آن دفاع میکند، این ملت، ملت زنده‌ای است و آینده‌ی آن تضمین شده است.</w:t>
              <w:br/>
              <w:t>منبع: بیانات در اجتماع بزرگ مردم کرمانشاه</w:t>
              <w:br/>
              <w:t>متن: مسئولین باید زمینه‌ها را، مدلها را، فرمولهای عملی و قابل فهم عموم را، فرمولهای اعتمادبخش را برای مشارکت مردم فراهم کنند. در هر بخشی میشود این کارها را کرد. هم قوه‌ی مجریه، هم قوه‌ی قضائیه، هم قوه‌ی مقننه به شیوه‌ی خاص خود میتوانند این را تأمین کنند؛ از ابتکار مردم، از فکر مردم، از نیرو و انگیزه‌ی مردم، از نشاط جوانىِ جوانان ما - که قشر عظیم و وسیعی هستند - میتوانند استفاده کنند؛ این جزو کارهائی است که باید ان‌شاءاللَّه با سازوکار شفاف از سوی مسئولین انجام بگیرد</w:t>
              <w:br/>
              <w:t>منبع: کتاب تشکیلات بهشتی (ص197)</w:t>
              <w:br/>
              <w:t>متن: تشکل انحصارطلب و انحصاراندیش ازجانب هر فرد و هر گروه و هر جمعی که باشد، شیطانی از کار در می آید. طاغوت معنایش همین است. طاغوت می گوید من و غیر از من هیچ! آن وقت کارش در برابر حق و در برابر خلق به طغیان کشیده و سرکش می شود.</w:t>
              <w:br/>
              <w:br/>
              <w:t>معیار معکوس : مشارکت مردمی در اجرای تصمیمات بالا به پایین، انتخاب مجری و قانونگذار یا نهایتاً در تصمیم گیری به کمک رفراندوم</w:t>
            </w:r>
          </w:p>
        </w:tc>
        <w:tc>
          <w:tcPr>
            <w:tcW w:type="dxa" w:w="4320"/>
          </w:tcPr>
          <w:p>
            <w:r>
              <w:t>**معیار برای تشخیص:** مشارکت مردمی در اجرای تصمیمات بالا به پایین، انتخاب مجری و قانونگذار یا نهایتاً در تصمیم گیری به کمک رفراندوم</w:t>
              <w:br/>
              <w:br/>
              <w:t>**توضیحات معیار:**</w:t>
              <w:br/>
              <w:t>1. **تصمیمات بالا به پایین**: این مفهوم به فرآیندهایی اشاره دارد که در آن تصمیم‌گیری‌ها از سطوح بالای مدیریتی یا دولتی به جامعه تحمیل می‌شود، بدون آنکه نظرات و خواسته‌های عمومی به خوبی مورد توجه قرار گیرد.</w:t>
              <w:br/>
              <w:br/>
              <w:t>2. **عدم مشارکت در تصمیم‌سازی**: در این حالت، مردم نمی‌توانند به عنوان بازیگران اصلی در فرآیند تصمیم‌گیری نقش ایفا کنند و نقش آن‌ها محدود به تأیید یا اجرای تصمیمات است که از بالاترین سطوح صادر می‌شود.</w:t>
              <w:br/>
              <w:br/>
              <w:t>3. **اجرای نظرات از پیش تعیین‌شده**: مشارکت افراد در این فرآیند تنها به اجرای طرح‌ها و تصمیمات از پیش مشخص‌شده‌ محدود می‌شود، که این خود عامل کاهش آگاهی و تحلیل انتقادی در جامعه می‌گردد.</w:t>
              <w:br/>
              <w:br/>
              <w:t>4. **عدم توجه به تنوع نگرش‌ها**: در این رویکرد، توجهی به دیدگاه‌ها و دغدغه‌های مختلف اعضای جامعه وجود ندارد و تصمیم‌گیری‌ها نادیده‌گیرنده تنوع قشرهای مختلف است.</w:t>
              <w:br/>
              <w:br/>
              <w:t xml:space="preserve">5. **استفاده از رفراندوم**: این روش به عنوان یک شکل از مشارکت معرفی می‌شود، اما در صورتی که منجر به اتکا به رأی‌گیری‌های سطحی و عدم بررسی دقیق مسائل شود، نمی‌تواند گام مؤثری در راستای واقعی‌سازی مشارکت مؤثر باشد. </w:t>
              <w:br/>
              <w:br/>
              <w:t>6. **عدم ارتباط با نخبگان**: در این وضعیت، ارتباط مؤثر با نخبگان به حداقل کاهش می‌یابد و نظر نخبگان به عنوان منابع معتبر اطلاعاتی و تحلیلی نادیده گرفته می‌شود.</w:t>
              <w:br/>
              <w:br/>
              <w:t>7. **کمبود فرصت برای تفکر انتقادی**: در چنین فضایی، امکان تفکر و تحلیل عمیق نیازهای اجتماعی و سیاسی برای مردم محدود می‌شود و این خود جلوی رشد فکری و شناختی جامعه را می‌گیرد.</w:t>
              <w:br/>
              <w:br/>
              <w:t>8. **عدم زمینه‌سازی برای مشارکت عمومی**: مسئولین در این حالت به ایجاد بسترهای لازم برای مشارکت عمومی توجه کافی ندارند و در نتیجه، اعتماد مردم به فرآیندهای تصمیم‌گیری کاهش می‌یابد.</w:t>
            </w:r>
          </w:p>
        </w:tc>
      </w:tr>
      <w:tr>
        <w:tc>
          <w:tcPr>
            <w:tcW w:type="dxa" w:w="4320"/>
          </w:tcPr>
          <w:p>
            <w:r>
              <w:t>معیار اصلی: • ارتباط قاعده مند مردم، نهاد علم و حاکمیت در فرایند تصمیم سازی</w:t>
              <w:br/>
              <w:t xml:space="preserve">توضیحات برگرفته از منابع: </w:t>
              <w:br/>
              <w:t>منبع: مقام معظم رهبری، انسان 250ساله، ص256</w:t>
              <w:br/>
              <w:t>متن: دشواري کار دعوت راستين امامت در همين نکته نهفته است. يک دعوت مسلکي کامل که مي خواهد قدرت را از هر گونه زورگويي و تجاوز طلبي و تعدي به حق آزادي مردم دور نگاه داشته، اصول و موازين اساسي اسلام را مراعات کند، ناگزير بايد با تکيه بر شعور و درک مردم و در زمينه ي احساس نياز خواست طبيعي آنان، رشد و پيشرفت خود را ادامه دهد.</w:t>
              <w:br/>
              <w:t>منبع: بيانات در خطبه‏هاى نماز جمعه تهران</w:t>
              <w:br/>
              <w:t>متن: اساس جامعه‏ى اسلامى هم بر اين است كه به مردم‏ فرصت فكر كردن داده بشود. يعنى آنچه گفتنى است به مردم‏ گفته شود تا مردم‏ بتوانند در سايه‏ى معرفتى كه پيدا ميكنند بنشينند با خود حساب كنند و حق را از باطل تشخيص بدهند. لذا اساس حكومتهاى ظالمانه در طول تاريخ بشر و همچنين امروز در دنيا بر اين بوده كه وسيله‏ى تشخيص حق و باطل يعنى فكر كردن و انديشيدن را از مردم‏ بگيرند. ما، يعنى ملت مسلمان ايران امروز بيش از هميشه محتاج تعلق و تدبريم. يك وظيفه دستگاه‏هاى اداره‏كننده دارند و آن ارشاد و هدايت مردم‏ است. يك وظيفه مردم‏ دارند و آن شنيدن ارشادها و هدايتها و فكر كردن درباره‏ى آنهاست.</w:t>
              <w:br/>
              <w:t>منبع: بیانات در مراسم تنفیذ حکم سیزدهمین دوره ریاست جمهوری اسلامی ایران</w:t>
              <w:br/>
              <w:t>متن: یک توصیه به رئیس‌جمهور محترم این است که ... «دولت مردمی» را که شعار ایشان بود، در واقعیّت محقّق کنند و به معنای واقعی کلمه با مردم، در کنار مردم، در میان مردم باشند... البتّه حضور در میان مردم نباید افراد را از ارتباط با نخبگان غافل کند. ارتباط با نخبگان هم در جای خود یک حرکت بسیار لازم و مفید است؛ تبادل نظر با نخبگان، و استفاده‌ی از نظر نخبگان</w:t>
              <w:br/>
              <w:t>منبع: بیانات در دیدار رییس جمهور و اعضای هیأت دولت</w:t>
              <w:br/>
              <w:t>متن: این گفتمان پیشرفت علمی هم باید ادامه پیدا کند، یعنی این را نباید بگذارید متوقّف بشود. شماها همه‌تان -همه‌ی دوستان-دانشگاهی هستید، اوّلاً من توصیه‌ام این است که دوستان مسئول، با دانشگاه رابطه‌شان را قطع نکنند؛ یعنی رفت‌و‌آمد با دانشگاه داشته باشند؛ هرجا هستید، هرجور، با هر مجموعه‌ی دانشگاهی‌ که روبه‌رو میشوید، روی مسئله‌ی گفتمان تولید علم و پیشرفت علمی و همین جنبش نرم‌افزاری و شتاب رشد، تکیه کنید؛ جوری بشود که هر استادی، هر دانشجویی، هر پژوهشگری احساس بکند که این وظیفه‌ی او است که این کار را بایستی انجام بدهد. این هم یک نکته در مورد این قضیّه.</w:t>
              <w:br/>
              <w:t>منبع: بیانات در دیدار اقشار مختلف مردم در آستانه انتخابات مجلس خبرگان</w:t>
              <w:br/>
              <w:t>متن: خطاست اگر خیال کنیم که حضور ملت ایران، فقط در صحنه‌ی انتخابات نمایان و نشان‌دار است. بله، انتخابات در نظام جمهوری اسلامی همیشه در طول این بیست و هفت سال، یک مقطع درخشان برای ملت بوده است و نشان‌دهنده‌ی عمق اعتقاد این ملت و این نظام به دخالت مردم در سرنوشت خود محسوب شده است؛ ولی عمق، برکات، گستره و آثار حضور ملت ایران بیش از اینهاست... وقتی یک ملت - پیر و جوانش، بزرگ و کوچکش، قشرهای مختلفش - نسبت به مسائل گوناگون کشور خود دارای انگیزه و فکر است، آن فکر را بر زبان می‌آورد، بر آن پای میفشرد و از آن دفاع میکند، این ملت، ملت زنده‌ای است و آینده‌ی آن تضمین شده است.</w:t>
              <w:br/>
              <w:t>منبع: بیانات در اجتماع بزرگ مردم کرمانشاه</w:t>
              <w:br/>
              <w:t>متن: مسئولین باید زمینه‌ها را، مدلها را، فرمولهای عملی و قابل فهم عموم را، فرمولهای اعتمادبخش را برای مشارکت مردم فراهم کنند. در هر بخشی میشود این کارها را کرد. هم قوه‌ی مجریه، هم قوه‌ی قضائیه، هم قوه‌ی مقننه به شیوه‌ی خاص خود میتوانند این را تأمین کنند؛ از ابتکار مردم، از فکر مردم، از نیرو و انگیزه‌ی مردم، از نشاط جوانىِ جوانان ما - که قشر عظیم و وسیعی هستند - میتوانند استفاده کنند؛ این جزو کارهائی است که باید ان‌شاءاللَّه با سازوکار شفاف از سوی مسئولین انجام بگیرد</w:t>
              <w:br/>
              <w:t>منبع: کتاب تشکیلات بهشتی (ص197)</w:t>
              <w:br/>
              <w:t>متن: تشکل انحصارطلب و انحصاراندیش ازجانب هر فرد و هر گروه و هر جمعی که باشد، شیطانی از کار در می آید. طاغوت معنایش همین است. طاغوت می گوید من و غیر از من هیچ! آن وقت کارش در برابر حق و در برابر خلق به طغیان کشیده و سرکش می شود.</w:t>
              <w:br/>
              <w:br/>
              <w:t>معیار معکوس : سلطه مدیران یا سلطه نخبگانی در فرآیند تصمیم سازی</w:t>
            </w:r>
          </w:p>
        </w:tc>
        <w:tc>
          <w:tcPr>
            <w:tcW w:type="dxa" w:w="4320"/>
          </w:tcPr>
          <w:p>
            <w:r>
              <w:t xml:space="preserve">**معیار برای تشخیص:**  </w:t>
              <w:br/>
              <w:t>• سلطه مدیران یا سلطه نخبگانی در فرآیند تصمیم‌سازی</w:t>
              <w:br/>
              <w:br/>
              <w:t xml:space="preserve">**توضیحات معیار:**  </w:t>
              <w:br/>
              <w:t>این معیار شامل چند مفهوم کلیدی است که به توضیح و تحلیل شرایطی می‌پردازد که در آن‌ها تصمیم‌سازی به جای جریان طبیعی و همگانی، تحت سلطه گروه‌های خاص، نظیر مدیران یا نخبگان قرار می‌گیرد:</w:t>
              <w:br/>
              <w:br/>
              <w:t>1. **سلطه مدیران**: تصمیم‌سازی تحت تأثیر دستورات و نظرات افراد خاصی است که به عنوان مدیر یا مسئول شناخته می‌شوند، بدون توجه به نظرات و نیازهای عمومی در جامعه.</w:t>
              <w:br/>
              <w:br/>
              <w:t>2. **سلطه نخبگانی**: تأثیرگذاری نخبگان یا گروه‌های خاص در فرآیند تصمیم‌سازی، به نحوی که نظرات و خواسته‌های عموم مردم در این تصمیم‌سازی نادیده گرفته می‌شود.</w:t>
              <w:br/>
              <w:br/>
              <w:t>3. **عدم مشارکت عمومی**: عدم وجود سازوکارهای شفاف و رسمی برای مشارکت عموم مردم در تصمیم‌سازی، که منجر به حس بی‌توجهی و عدم مسئولیت‌پذیری میان شهروندان می‌شود.</w:t>
              <w:br/>
              <w:br/>
              <w:t>4. **کاهش شعور و درک مردم**: نادیده گرفتن فهم و حساسیت‌های مردم در فرآیند تصمیم‌سازی و تمرکز صرف بر نظرات گروه‌های خاص، که موجب ایجاد فاصله بین سیاست‌گذاران و جامعه می‌گردد.</w:t>
              <w:br/>
              <w:br/>
              <w:t>5. **کمبود هدایتی سازنده**: عدم وجود نقش مشورتی و رهنمودی نهادها و سازمان‌ها که به مردم کمک کند تا در مسائل مختلف فکر و تعمق کنند و به درک بهتری از تصمیمات برسند.</w:t>
              <w:br/>
              <w:br/>
              <w:t>6. **فقدان ارتباط مستمر**: عدم ارتباط نزدیک و مستمر میان مسئولان و مردم، که مانع از درک صحیح نیازها و مشکلات جامعه می‌شود و شیوه‌های تصمیم‌گیری را تحت تأثیر قرار می‌دهد.</w:t>
              <w:br/>
              <w:br/>
              <w:t>این مفاهیم می‌توانند به عنوان ابزارهایی برای ارزیابی کیفی و تحلیلی متون، بیانات و عملکردها در حوزه‌های اجتماعی و سیاسی به کار گرفته شوند.</w:t>
            </w:r>
          </w:p>
        </w:tc>
      </w:tr>
      <w:tr>
        <w:tc>
          <w:tcPr>
            <w:tcW w:type="dxa" w:w="4320"/>
          </w:tcPr>
          <w:p>
            <w:r>
              <w:t>معیار اصلی: * تأمین امنیت به وسیله انسجام و اخوت اجتماعی (مثلاً تعریف محله بر اساس مقیاس معارفه، باعث شناخت انسان‌ها از یکدیگر و افزایش توجه و احترام به یکدیگر و کمک به هم شده و همین مسأله امنیت را تضمین می‌کند)</w:t>
              <w:br/>
              <w:t xml:space="preserve">توضیحات برگرفته از منابع: </w:t>
              <w:br/>
              <w:t>منبع: بیانات در دیدار کارگزاران نظام در سالروز مبعث</w:t>
              <w:br/>
              <w:t>متن: تزکیه‌ی اخلاقی برای یک کشور، یک امر ضروری است؛ مهرورزی انسانها با یکدیگر، انصاف انسانها نسبت به یکدیگر، رعایت حال انسانهای دیگر در برنامه‌ریزی زندگی انسان، رحم و مروت بین افراد بشر، چیزهائی است که زندگی بشر را آرامش میبخشد. اگر ملاحظه میکنیم که دنیا امروز بیش از گذشته در آتش ناامنیها میسوزد - ناامنی، امروز بزرگترین بلای بشر یا لااقل یکی از بزرگترین بلایای بشری است؛ انسانها در درون خانواده‌شان امنیت ندارند؛ در محیط زندگی اجتماعی امنیت ندارند؛ در میان کشور و میهن خودشان امنیت ندارند - این ناامنی ناشی از سوء سیاستها، ناشی از قدرت‌طلبیها، ناشی از بی‌اخلاقیها، ناشی از دوری انسانها از تزکیه است. و اسلام ما را به تزکیه دعوت میکند و این یک قلم بسیار عمده از تعالیم اسلام است. «یتلوا علیکم ایاتنا و یزکیکم و یعلّمکم الکتاب و الحکمة» (۱) آیات الهی را تلاوت میکند و آنها را تزکیه میکند؛ آنها را تعلیم میدهد.</w:t>
              <w:br/>
              <w:t>منبع: بیانات در دیدار کارگران</w:t>
              <w:br/>
              <w:t>متن: مردم عزیز ما باید بدانند که حضور آنها در عرصه‌های مختلف، تعیین‌کننده است. تعیین‌کننده‌ی چه؟ تعیین‌کننده‌ی امنیّت ملّی. اگر مردم در صحنه حضور داشته باشند، کشور در امنیّت باقی خواهد ماند. اینکه شما می‌بینید دشمنهای پُررو و وقیح و گردن‌کلفت در مقابل جمهوری اسلامی از هر عمل سختی اجتناب میکنند، به‌خاطر حضور مردم است؛ میترسند، به‌معنای واقعی کلمه میترسند؛ اینها تحلیل نیست، اینکه عرض میکنم، واقعیّاتی است که مستندهای آنها جزو مسلّمات است. وقتی ملّت حضور پیدا میکند، دشمنی که میخواهد با این نظام مبارزه بکند، مجبور میشود عقب بنشیند و تعرّض نکند؛ وقتی بین ملّت و نظام فاصله ایجاد شد و ملّت در صحنه حضور پیدا نکرد؛ آن‌وقت میتوانند هر کاری انجام بدهند؛ خیلی سخت هم نیست برایشان، همه‌جور میتوانند اقدام بکنند، کمااینکه در جاهای مختلف دنیا کرده‌اند. در ایران اسلامی دشمن نتوانسته کار کند، به‌خاطر حضور مردم؛ دشمنها به‌خاطر حضور مردم بوده است که نتوانسته‌اند تعرّض کنند. گاهی می‌شنویم و در گذشته شنفته‌ایم که بعضی‌ها فرض کنید گفته‌اند «ما که آمدیم مسئولیّت پیدا کردیم، توانستیم سایه‌ی جنگ را از سر کشور [برداریم]»؛ نه، این حرفها، حرفهای درستی نیست؛ از بنده بشنوید، آنچه سایه‌ی جنگ را، سایه‌ی تعرّض دشمن را در طول این سالهای متمادی از سر این کشور رفع کرده، حضور مردم بوده است.</w:t>
              <w:br/>
              <w:t>منبع: متن حکم تنفیذ دوازدهمین دوره ریاست جمهوری اسلامی ایران</w:t>
              <w:br/>
              <w:t>متن: خداوند متعال را سپاس میگویم که در آزمون سیاسی و اجتماعی بزرگ دیگری، ملّت عظیم‌الشأن ایران را سرافراز فرمود و حضور مبارک آنان را در یکی از اساسی‌ترین اقدامات ملّی، گامی بلند در جهت حراست از عزّت و امنیّت کشور و ابّهت نظام مقدّس جمهوری اسلامی قرار داد. انتخابات پرشور و صفوف طولانی رأی‌دهندگان در سراسر کشور و نصاب درخشانِ شرکت‌کنندگان در انتخاب رئیس جمهور و آنگاه رأی بالای شخصیّت منتخب، همگی نشانه‌های روشن از موفّقیّت نظام اسلامیدر تحکیم و تثبیت جمهوریّت و خصلتِ مردمی این نظام انقلابی است، و این یکی از اساسی‌ترین و مهم‌ترین توانمندی‌های بی‌شمار کشور اسلامی عزیز ما است که دستیابی به آرمانهای والای انقلاب را ممکن میسازد و آینده‌ی روشن کشور و ملّت را نوید میدهد</w:t>
              <w:br/>
              <w:t>منبع: بیانات در دیدار جمعی از فرماندهان نیروی انتظامی</w:t>
              <w:br/>
              <w:t>متن: بزرگترین خصوصیت اجتماعی و نیاز یک جامعه، چند خصوصیت است. یکی از این چند خصوصیت، «امنیت» است. اگر امنیت نباشد، بسیاری از خیرات جامعه، از آن جامعه رخت خواهد بست. امنیت را در بخش عظیمی از زندگی و حیات اجتماعی و فردی مردم، نیروی انتظامی تأمین می‌کند. این را باید نعمتی از خدا متوجّه به خود بدانید. هرکسی که در این نیرو و در این لباس خدمت می‌کند، باید احساس کند که این خدمت، یک نعمت و یک برکت الهی است؛ آن را قدر بداند. قدر دانستن هم به این است که برای آن، حقیقتاً از وجود خود مایه بگذارد.</w:t>
              <w:br/>
              <w:t>منبع: بیانات در خطبه‏های نماز جمعه تهران 21 رمضان 1414</w:t>
              <w:br/>
              <w:t>متن: جمله‏ی بعد: «و اللّه الله فی جیرانكم.» یعنی «الله الله در همسایگانتان!» موضوع همسایگی را كوچك نگیرید. امرِ بسیار مهمی است. یك پیوند عظیم اجتماعی است كه اسلام به آن توجّه دارد و طبق فطرت انسان‏هاست. منتها در پیچ و خم تمدّنهای دور از فطرت انسانی، این ارزشها گم شده است. بهمان فرد، چند سال در خانه‏ای زندگی می‏كند و نمی‏داند در همسایگی‏اش چه كسی ساكن‏ است و چگونه زندگی را می‏گذراند! به نیازها و ضرورتها و اضطرارها و بیچارگی‏های افراد در هنگام بلاها و مشكلات، چه كسی باید رسیدگی كند؟ باید همسایگانتان را رعایت كنید.</w:t>
              <w:br/>
              <w:t>منبع: بیانات در دیدار دانشگاهیان سمنان</w:t>
              <w:br/>
              <w:t>متن: ما تحولی می خواهیم که بین پدرها، مادرها، خانواده ها، فرزندان، دوستان و همسایگان الفت و محبت بیشتر به وجود آورد؛ تا چهل خانه آن طرفتر را شما همسایه ی خود بدانید؛ این خوب است. محیط، محیط تراحم و تعاطف باشد؛ همه ی افراد جامعه نسبت به همدیگر احساس مسئولیت کنند: «کلکم راع و کلکم مسؤول عن رعیته»؛ همه ی شما راعی هستید؛ یعنی رعایت کننده. همه ی شما مسئول از رعیت تان هستید؛ یعنی آن کسی که مورد رعایت شما باید قرار بگیرد. آن تحولی که در پیوندها و نظامات اجتماعی به یک چنین حقایقی منتهی بشود، آن پیشرفت است؛ پیشرفت مورد نظر اسلام و جمهوری اسلامی، این است. پیشرفتی که بر فردمحوری و اباحه ی لذاتی که انسان به طور مطلق دوست می دارد، مبتنی باشد، پیشرفت نیست. دنیای صنعتی غرب امروز بر این پایه استوار است: اباحه ی لذات؛ هر لذتی که شرطش فقط این است که تعدی به دیگری نباشد.</w:t>
              <w:br/>
              <w:br/>
              <w:t>معیار معکوس : تجاری شدن یا دولتی شدن تامین امنیت (شرکتهای امنیتی مثل بلک واتر یا بادی‌گاردهای خصوصی)</w:t>
            </w:r>
          </w:p>
        </w:tc>
        <w:tc>
          <w:tcPr>
            <w:tcW w:type="dxa" w:w="4320"/>
          </w:tcPr>
          <w:p>
            <w:r>
              <w:t xml:space="preserve">**معیار برای تشخیص:** تجاری شدن یا دولتی شدن تأمین امنیت </w:t>
              <w:br/>
              <w:br/>
              <w:t xml:space="preserve">**توضیحات معیار:**  </w:t>
              <w:br/>
              <w:t>این معیار به مجموعه‌ای از ویژگی‌ها و رفتارها اشاره دارد که موجب تجاری شدن یا دولتی شدن تأمین امنیت در جامعه می‌شود و به این ترتیب ممکن است با انسجام اجتماعی و اخوت اجتماعی در تعارض قرار گیرد. از جمله این ویژگی‌ها می‌توان به موارد زیر اشاره کرد:</w:t>
              <w:br/>
              <w:br/>
              <w:t>1. **منافع اقتصادی:** زمانی که تأمین امنیت به یک فعالیت تجاری تبدیل می‌شود، ممکن است به منافع اقتصادی پیشی دهد و به جای خدمت به جامعه، بر پایه‌های مالی استوار شود. این امر می‌تواند عملکرد زیست‌محیطی و اجتماعی را تحت تأثیر قرار دهد و امنیت را به یک کالای قابل خرید و فروش تبدیل نماید.</w:t>
              <w:br/>
              <w:br/>
              <w:t>2. **بهره‌برداری از خدمات امنیتی:** در حالتی که تأمین امنیت بر اساس استفاده از شرکت‌های خصوصی مانند بلک واتر شکل گیرد، ممکن است وظیفه اصلی تأمین امنیت از مأموریت‌های انسانی و اخلاقی خارج شود و به یک خدمت تجاری تبدیل گردد. این امر ممکن است بر کیفیت خدمات و تعهدات اجتماعی تأثیر منفی بگذارد.</w:t>
              <w:br/>
              <w:br/>
              <w:t>3. **فاصله‌گذاری اجتماعی:** تجاری شدن تأمین امنیت احتمالاً می‌تواند به ایجاد فاصله‌گذاری میان افراد جامعه ،به ویژه میان طبقات اجتماعی مختلف، منجر شود. این بی‌توجهی به حقوق و نیازهای دیگران ممکن است احساس همبستگی اجتماعی را کاهش دهد.</w:t>
              <w:br/>
              <w:br/>
              <w:t>4. **کاهش همسایگی و هم‌افزایی:** در شرایطی که تأمین امنیت بر پایه شرکت‌های خصوصی قرار گیرد، ممکن است افراد از همسایگان و جماعت خود فاصله بگیرند و به جای تقویت پیوندهای اجتماعی، بر روی پشتیبانی‌های مالی و خدماتی تمرکز کنند.</w:t>
              <w:br/>
              <w:br/>
              <w:t xml:space="preserve">5. **تضعیف احساس مسئولیت جمعی:** تأمین امنیت به شکل تجاری یا دولتی ممکن است از احساس مسئولیت جمعی افراد کاسته و درگیری‌های اجتماعی و اخلاقی را تضعیف کند. در این حالت، افراد ممکن است بیشتر به منافع فردی خود توجه کنند تا مسئولیت اجتماعی ارتباط خود با دیگران. </w:t>
              <w:br/>
              <w:br/>
              <w:t>این ویژگی‌ها همگی به شناخت ورودی‌ها و پدیده‌های اجتماعی اشاره دارند که در صورت بروز آنها ممکن است تأمین امنیت به لحاظ فردی و اجتماعی مؤثر نباشد.</w:t>
            </w:r>
          </w:p>
        </w:tc>
      </w:tr>
      <w:tr>
        <w:tc>
          <w:tcPr>
            <w:tcW w:type="dxa" w:w="4320"/>
          </w:tcPr>
          <w:p>
            <w:r>
              <w:t>معیار اصلی: * مثمر کاری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 محوریت گونه های غیر مثمر * مشابه سازی* ميادين ميوه و تربه بار * توزیع متمرکز* حامی تولید کننده های بزرگ * بازار روز و رانت فضا* کارخانه های متمرکز و بزرگ* مزیت محور* توسعه تکاثری، اجیر شدن ، بیگاری</w:t>
            </w:r>
          </w:p>
        </w:tc>
        <w:tc>
          <w:tcPr>
            <w:tcW w:type="dxa" w:w="4320"/>
          </w:tcPr>
          <w:p>
            <w:r>
              <w:t>### معیار برای تشخیص</w:t>
              <w:br/>
              <w:t>* افزایش کمیت تولید محصولات از طریق سرمایه‌گذاری و کشاورزی متمرکز</w:t>
              <w:br/>
              <w:br/>
              <w:t>### توضیحات معیار</w:t>
              <w:br/>
              <w:t>مفاهیم مرتبط با معیار «افزایش کمیت تولید محصولات از طریق سرمایه‌گذاری و کشاورزی متمرکز» شامل موارد زیر هستند:</w:t>
              <w:br/>
              <w:br/>
              <w:t>1. **صرفه اقتصادی بر پایه کشاورزی صنعتی**: در شرایطی که کشاورزی به سمت تولید انبوه با تغییرات صنعتی و اتکای بر واردات محصولات حرکت می‌کند، اولویت بر افزایش بازدهی مالی قرار می‌گیرد تا تأمین نیازهای اساسی جامعه.</w:t>
              <w:br/>
              <w:br/>
              <w:t>2. **واردات محصولات کشاورزی**: در راستای تأمین نیازهای غذایی، فرآیندهای متمرکز بر واردات از منابع خارجی به عنوان یک راهکار اصلی مورد نظر قرار می‌گیرد، که ممکن است به کاهش خودکفایی و اتکای داخلی بیانجامد.</w:t>
              <w:br/>
              <w:br/>
              <w:t>3. **ورود سرمایه‌دار به بخش کشاورزی**: به جای توجه به کشاورزان محلی و تأمین نیازهای جمعی، محدودیت‌های سرمایه‌گذاران بزرگ به بخش کشاورزی هدایت می‌شود که ممکن است به تصرف منابع و تغییرات در ساختارهای اجتماعی منجر شود.</w:t>
              <w:br/>
              <w:br/>
              <w:t>4. **کاشت با تصرف دولتی یا پیمانکار خصوصی**: در این شرایط، مسئولیت تأمین غذا و تولید محصولات از بخش خصوصی یا دولتی بر عهده گرفته می‌شود، که ممکن است به نادیده گرفتن نیازهای واقعی کشاورزان محلی و جوامع منجر شود.</w:t>
              <w:br/>
              <w:br/>
              <w:t>5. **گسترش کشاورزی متمرکز صنعتی**: با محوریت سیستم‌های تولیدی که مستلزم استفاده از فناوری‌های جدید برای افزایش نرخ تولید هستند، ممکن است نیاز به پیشرفت‌های اجتماعی و تنوع محصولات نادیده گرفته شوند.</w:t>
              <w:br/>
              <w:br/>
              <w:t>6. **محوریت گونه‌های غیر مثمر**: توجه به گونه‌های گیاهی و کشاورزی که الزاما تأمین‌کننده نیازهای انسانی نیستند، ممکن است سبب ایجاد عدم توازن در تولیدات کشاورزی و کارایی سیستم غذایی شود.</w:t>
              <w:br/>
              <w:br/>
              <w:t>7. **توزیع متمرکز**: سیستم‌های توزیع که به شکلی متمرکز بر تولیدکنندگان بزرگ تمرکز دارند، می‌توانند منجر به نادیده گرفتن تولید کنندگان محلی و گسترش نابرابری در دسترسی به منابع غذایی شوند.</w:t>
              <w:br/>
              <w:br/>
              <w:t>8. **فناوری‌های متمرکز**: تکیه بر کارخانه‌های بزرگ و به‌کارگیری فناوری‌هایی که به نفع سرمایه‌داران هستند، ممکن است تأثیر منفی بر کشاورزان محلی و مشتریان در سطح جامعه بگذارد.</w:t>
              <w:br/>
              <w:br/>
              <w:t>9. **توسعه تکاثری و بیگاری**: شرایطی که منجر به استخدام نیروی کار به شکل دائمی و بدون توجه به حقوق و شرایط مناسب زندگی فردی می‌شود، از دیگر ویژگی‌های معکوس محسوب می‌شود.</w:t>
            </w:r>
          </w:p>
        </w:tc>
      </w:tr>
      <w:tr>
        <w:tc>
          <w:tcPr>
            <w:tcW w:type="dxa" w:w="4320"/>
          </w:tcPr>
          <w:p>
            <w:r>
              <w:t>معیار اصلی: * توزیع انبوه شبکه ای غیر متمرکز</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 افزایش کمیت تولید محصولات از طریق سرمایه گذاری و کشاورزی متمرکز* معیار قرار گرفتن صرفه اقتصادی بر پایه کشاورزی صنعتی در تولید یا واردات محصولات کشاورزی* هموار کردن ورود سرمایه دار به بخش کشاورزی به منظور ورود تکنولوژی و صنعتی سازی کشاورزی برای افزایش صرفه اقتصادی* کاشت با تصرف دولتی یا پیمانکار خصوصی* گسترش کشاورزی متمرکز صنعتی به منظور افزایش صرفه اقتصادی از طریق بهره کشی از منابع تا حد امکان یا با توجه به توسعه پایدار* محوریت گونه های غیر مثمر* مشابه سازی* ميادين ميوه و تربه بار* توزیع متمرکز* حامی تولید کننده های بزرگ* بازار روز و رانت فضا* کارخانه های متمرکز و بزرگ* مزیت محور* توسعه تکاثری، اجیر شدن ، بیگاری</w:t>
            </w:r>
          </w:p>
        </w:tc>
        <w:tc>
          <w:tcPr>
            <w:tcW w:type="dxa" w:w="4320"/>
          </w:tcPr>
          <w:p>
            <w:r>
              <w:t>**معیار برای تشخیص:** افزایش کمیت تولید محصولات از طریق سرمایه‌گذاری و کشاورزی متمرکز</w:t>
              <w:br/>
              <w:br/>
              <w:t xml:space="preserve">**توضیحات معیار:**  </w:t>
              <w:br/>
              <w:t xml:space="preserve">این معیار به ارزیابی رویکردهایی اشاره دارد که در آنها تأکید بر افزایش کمیت تولید محصولات غذایی از طریق سیستم‌های متمرکز و وابسته به تکنولوژی و صنعت ویژه‌ای صورت می‌گیرد. این روش می‌تواند منجر به کاهش توجه به امنیت غذایی و خودکفایی محلی شود. </w:t>
              <w:br/>
              <w:br/>
              <w:t>مفاهیم کلیدی مرتبط با این معیار عبارتند از:</w:t>
              <w:br/>
              <w:br/>
              <w:t>1. **کشاورزی متمرکز:** این مفهوم به تولید محصولات در یک سیستم متمرکز اشاره دارد که ممکن است به بهره‌برداری از منابع طبیعی به شکلی غیرسازگار با توسعه پایدار انجام شود.</w:t>
              <w:br/>
              <w:br/>
              <w:t>2. **صرفه اقتصادی:** تعریف این معیار به عنوان محور اصلی در تولید یا واردات محصولات کشاورزی به معنای تمرکز بر کمیت در مقابل کیفیت می‌باشد.</w:t>
              <w:br/>
              <w:br/>
              <w:t>3. **سرمایه‌گذاری در کشاورزی:** این مفهوم می‌تواند نشان‌دهنده ورود سرمایه‌داران به بخش کشاورزی باشد که ممکن است به تغییرات بنیادی در روش‌های تولید و نحوه مدیریت منابع منجر شود.</w:t>
              <w:br/>
              <w:br/>
              <w:t>4. **توسعه صنعتی کشاورزی:** اشاره به تلاش برای صنعتی‌سازی کشاورزی و استفاده از فناوری‌های جدید به منظور افزایش بهره‌وری، حتی در صورتی که این تغییرات با ظرفیت‌های محلی سازگار نباشند.</w:t>
              <w:br/>
              <w:br/>
              <w:t>5. **کاشت با تصرف دولتی یا پیمانکار خصوصی:** این مفهوم به شکل‌گیری نظام‌هایی اشاره می‌کند که ممکن است از نظر اجتماعی با انتظارات و نیازهای کشاورزان محلی یا جوانان مناطق کشاورزی هم‌خوانی نداشته باشند.</w:t>
              <w:br/>
              <w:br/>
              <w:t>6. **توزیع متمرکز:** اشاره به ایجاد سیستم‌های توزیع غذای متمرکز که ممکن است زمینه‌ساز وابستگی به بازارهای بزرگ و دور کردن تأمین کنندگان محلی از چرخه اقتصادی شود.</w:t>
            </w:r>
          </w:p>
        </w:tc>
      </w:tr>
      <w:tr>
        <w:tc>
          <w:tcPr>
            <w:tcW w:type="dxa" w:w="4320"/>
          </w:tcPr>
          <w:p>
            <w:r>
              <w:t xml:space="preserve">معیار اصلی: آگاهی افزا و اختیار دهنده بودن فعل حاکمیت در نسبت با جامعه برای تحقق اهداف اسلام </w:t>
              <w:br/>
              <w:br/>
              <w:br/>
              <w:br/>
              <w:t>زنده نگه داشتن مردم به وسیله فکر و اندیشه در سایه معرفت برای تشخیص حق و باطل</w:t>
              <w:br/>
              <w:t xml:space="preserve">توضیحات برگرفته از منابع: </w:t>
              <w:br/>
              <w:t>منبع: مقام معظم رهبری، انسان 250ساله، ص256</w:t>
              <w:br/>
              <w:t>متن: دشواري کار دعوت راستين امامت در همين نکته نهفته است. يک دعوت مسلکي کامل که مي خواهد قدرت را از هر گونه زورگويي و تجاوز طلبي و تعدي به حق آزادي مردم دور نگاه داشته، اصول و موازين اساسي اسلام را مراعات کند، ناگزير بايد با تکيه بر شعور و درک مردم و در زمينه ي احساس نياز خواست طبيعي آنان، رشد و پيشرفت خود را ادامه دهد.</w:t>
              <w:br/>
              <w:t>منبع: بيانات در خطبه‏هاى نماز جمعه تهران</w:t>
              <w:br/>
              <w:t>متن: اساس جامعه‏ى اسلامى هم بر اين است كه به مردم‏ فرصت فكر كردن داده بشود. يعنى آنچه گفتنى است به مردم‏ گفته شود تا مردم‏ بتوانند در سايه‏ى معرفتى كه پيدا ميكنند بنشينند با خود حساب كنند و حق را از باطل تشخيص بدهند. لذا اساس حكومتهاى ظالمانه در طول تاريخ بشر و همچنين امروز در دنيا بر اين بوده كه وسيله‏ى تشخيص حق و باطل يعنى فكر كردن و انديشيدن را از مردم‏ بگيرند. ما، يعنى ملت مسلمان ايران امروز بيش از هميشه محتاج تعلق و تدبريم. يك وظيفه دستگاه‏هاى اداره‏كننده دارند و آن ارشاد و هدايت مردم‏ است. يك وظيفه مردم‏ دارند و آن شنيدن ارشادها و هدايتها و فكر كردن درباره‏ى آنهاست.</w:t>
              <w:br/>
              <w:t>منبع: بیانات در مراسم تنفیذ حکم سیزدهمین دوره ریاست جمهوری اسلامی ایران</w:t>
              <w:br/>
              <w:t>متن: یک توصیه به رئیس‌جمهور محترم این است که ... «دولت مردمی» را که شعار ایشان بود، در واقعیّت محقّق کنند و به معنای واقعی کلمه با مردم، در کنار مردم، در میان مردم باشند... البتّه حضور در میان مردم نباید افراد را از ارتباط با نخبگان غافل کند. ارتباط با نخبگان هم در جای خود یک حرکت بسیار لازم و مفید است؛ تبادل نظر با نخبگان، و استفاده‌ی از نظر نخبگان</w:t>
              <w:br/>
              <w:t>منبع: بیانات در دیدار رییس جمهور و اعضای هیأت دولت</w:t>
              <w:br/>
              <w:t>متن: این گفتمان پیشرفت علمی هم باید ادامه پیدا کند، یعنی این را نباید بگذارید متوقّف بشود. شماها همه‌تان -همه‌ی دوستان-دانشگاهی هستید، اوّلاً من توصیه‌ام این است که دوستان مسئول، با دانشگاه رابطه‌شان را قطع نکنند؛ یعنی رفت‌و‌آمد با دانشگاه داشته باشند؛ هرجا هستید، هرجور، با هر مجموعه‌ی دانشگاهی‌ که روبه‌رو میشوید، روی مسئله‌ی گفتمان تولید علم و پیشرفت علمی و همین جنبش نرم‌افزاری و شتاب رشد، تکیه کنید؛ جوری بشود که هر استادی، هر دانشجویی، هر پژوهشگری احساس بکند که این وظیفه‌ی او است که این کار را بایستی انجام بدهد. این هم یک نکته در مورد این قضیّه.</w:t>
              <w:br/>
              <w:t>منبع: بیانات در دیدار اقشار مختلف مردم در آستانه انتخابات مجلس خبرگان</w:t>
              <w:br/>
              <w:t>متن: خطاست اگر خیال کنیم که حضور ملت ایران، فقط در صحنه‌ی انتخابات نمایان و نشان‌دار است. بله، انتخابات در نظام جمهوری اسلامی همیشه در طول این بیست و هفت سال، یک مقطع درخشان برای ملت بوده است و نشان‌دهنده‌ی عمق اعتقاد این ملت و این نظام به دخالت مردم در سرنوشت خود محسوب شده است؛ ولی عمق، برکات، گستره و آثار حضور ملت ایران بیش از اینهاست... وقتی یک ملت - پیر و جوانش، بزرگ و کوچکش، قشرهای مختلفش - نسبت به مسائل گوناگون کشور خود دارای انگیزه و فکر است، آن فکر را بر زبان می‌آورد، بر آن پای میفشرد و از آن دفاع میکند، این ملت، ملت زنده‌ای است و آینده‌ی آن تضمین شده است.</w:t>
              <w:br/>
              <w:t>منبع: بیانات در اجتماع بزرگ مردم کرمانشاه</w:t>
              <w:br/>
              <w:t>متن: مسئولین باید زمینه‌ها را، مدلها را، فرمولهای عملی و قابل فهم عموم را، فرمولهای اعتمادبخش را برای مشارکت مردم فراهم کنند. در هر بخشی میشود این کارها را کرد. هم قوه‌ی مجریه، هم قوه‌ی قضائیه، هم قوه‌ی مقننه به شیوه‌ی خاص خود میتوانند این را تأمین کنند؛ از ابتکار مردم، از فکر مردم، از نیرو و انگیزه‌ی مردم، از نشاط جوانىِ جوانان ما - که قشر عظیم و وسیعی هستند - میتوانند استفاده کنند؛ این جزو کارهائی است که باید ان‌شاءاللَّه با سازوکار شفاف از سوی مسئولین انجام بگیرد</w:t>
              <w:br/>
              <w:t>منبع: کتاب تشکیلات بهشتی (ص197)</w:t>
              <w:br/>
              <w:t>متن: تشکل انحصارطلب و انحصاراندیش ازجانب هر فرد و هر گروه و هر جمعی که باشد، شیطانی از کار در می آید. طاغوت معنایش همین است. طاغوت می گوید من و غیر از من هیچ! آن وقت کارش در برابر حق و در برابر خلق به طغیان کشیده و سرکش می شود.</w:t>
              <w:br/>
              <w:br/>
              <w:t>معیار معکوس : سلطه مدیران یا سلطه نخبگانی؛ مشارکت مردمی در اجرای تصمیمات بالا به پایین یا نهایتا انتخاب مجری</w:t>
            </w:r>
          </w:p>
        </w:tc>
        <w:tc>
          <w:tcPr>
            <w:tcW w:type="dxa" w:w="4320"/>
          </w:tcPr>
          <w:p>
            <w:r>
              <w:t>**معیار برای تشخیص**: سلطه مدیران یا سلطه نخبگان؛ مشارکت مردمی در اجرای تصمیمات بالا به پایین یا نهایتاً انتخاب مجری</w:t>
              <w:br/>
              <w:br/>
              <w:t xml:space="preserve">**توضیحات معیار**:  </w:t>
              <w:br/>
              <w:t>این معیار بر اساس چندین مفهوم و مصداق مرتبط که در منابع مختلف مطرح شده است، تجزیه و تحلیل می‌شود:</w:t>
              <w:br/>
              <w:br/>
              <w:t>1. **عدم فرصت تفکر به مردم**: در این وضعیت، حاکمیت فضایی را برای تفکر و ابراز نظر مردم فراهم نمی‌آورد، که ممکن است به موجب آن فرد از تدبر و تفکر درباره مسائل مربوط به خود و جامعه باز بماند. این امر به سادگی موجب محدودیت در درک و تحلیل شرایط اجتماعی و دینی می‌شود.</w:t>
              <w:br/>
              <w:br/>
              <w:t>2. **سلب حق شناخت حق و باطل**: در این رویکرد، مردم ممکن است از توانایی لازم برای تشخیص حق و باطل محروم شوند، چراکه آگاهی و فهم آن‌ها تحت‌الشعاع نظرات و تصمیمات بالادستی قرار می‌گیرد. در این شرایط، افراد ممکن است در نقش‌های ناظر بارز می‌شوند و در مسئولیت فکری خود مشارکت فعالانه‌ای نداشته باشند.</w:t>
              <w:br/>
              <w:br/>
              <w:t>3. **عدم ارتباط با نخبگان**: در غیاب یک ارتباط مؤثر بین حاکمیت و نخبگان، تبادل نظر علمی و فرهنگی ممکن است کاهش یابد. بدون این ارتباط، فرصت‌های مطرح‌سازی ایده‌ها و تجربیات جدید کمتر می‌شود و موانع جدی برسر جدیّت مباحث مهم وجود خواهد داشت.</w:t>
              <w:br/>
              <w:br/>
              <w:t>4. **مشارکت غیرفعال مردم**: در این معیار، زمینه‌ای برای مشارکت فعال مردمی وجود ندارد و ممکن است آن‌ها به صورت منفعل در فرآیندهای مربوط به حکومت و جامعه درگیر شوند. به همین دلیل، نتایج نهایی تصمیمات به شکل بالا به پایین و بدون مشارکت واقعی مردم اجرا می‌شود.</w:t>
              <w:br/>
              <w:br/>
              <w:t>5. **انحصارطلبی**: در این رویکرد، ممکن است انحصارطلبی به شکل جدی وجود داشته باشد، جایی که نظرات و دیدگاه‌های مختلف به سادگی کنار گذاشته می‌شوند و تنها چند نفر یا گروه خاص در تعیین سیاست‌ها و روندها نقش دارند. این انحصار می‌تواند به تعارض با آرمان‌های عدالت اجتماعی منجر شود.</w:t>
            </w:r>
          </w:p>
        </w:tc>
      </w:tr>
      <w:tr>
        <w:tc>
          <w:tcPr>
            <w:tcW w:type="dxa" w:w="4320"/>
          </w:tcPr>
          <w:p>
            <w:r>
              <w:t>معیار اصلی: الهام بخش بودن و نقش مربی را برای سایرین داشتن (گردشگری تعالی بخش)</w:t>
              <w:br/>
              <w:t xml:space="preserve">توضیحات برگرفته از منابع: </w:t>
              <w:br/>
              <w:t>منبع: بیانات در دیدار مردم مشهد و زائران حضرت علی بن موسی الرضا(ع) در صحن حضرت امام خمینی</w:t>
              <w:br/>
              <w:t>متن: حالا یك نفر هم پیدا می‌شود كه از سرِ اشتباه و ندانم‏كاری، به جای مرقد امام رضا و مرقد امام بزرگوار و مرقد حضرت معصومه و مراسم معنوی، تخت‏جمشید را زنده می‏كند! البته تخت‏جمشید، یك اثر معماری است؛ انسان، اثر معماری را تحسین می‏كند و چون متعلّق به ما و مال ایرانی‏هاست، به آن افتخار هم می‏كند؛ اما این غیر از آن است كه ما دلها و ذهنها و جانهای مردم را متوجّه به نقطه‏ای كنیم كه در آن خبری از معنویت نیست، بلكه نشانه‏ی طاغوتی‏گری است! در همان ساختمانها كه امروز بعد از گذشت یكی دوهزار سال، ویران است، زمانی به مناسبت همین روز نوروز، خدا می‏داند كه چقدر بی‏گناه، در مقابل تخت طاغوتهای زمان به قتل می‏رسیدند و چقدر دلها ناكام می‏شدند! این افتخاری ندارد</w:t>
              <w:br/>
              <w:br/>
              <w:t>معیار معکوس : برجسته سازی یا تظاهر به تفاوت برای تفاوت فروشی</w:t>
            </w:r>
          </w:p>
        </w:tc>
        <w:tc>
          <w:tcPr>
            <w:tcW w:type="dxa" w:w="4320"/>
          </w:tcPr>
          <w:p>
            <w:r>
              <w:t>**معیار برای تشخیص:** برجسته سازی یا تظاهر به تفاوت برای تفاوت فروشی (گردشگری غیر تعالی بخش)</w:t>
              <w:br/>
              <w:br/>
              <w:t xml:space="preserve">**توضیحات معیار:**  </w:t>
              <w:br/>
              <w:t xml:space="preserve">این معیار به دو مفهوم کلیدی اشاره دارد: برجسته‌سازی و تظاهر به تفاوت. </w:t>
              <w:br/>
              <w:br/>
              <w:t xml:space="preserve">1. **برجسته‌سازی**: این مفهوم به اداره و تأکید بر ویژگی‌هایی اشاره دارد که ممکن است به لحاظ معنوی یا اخلاقی دارای اعتبار نباشند. در این ترتیب، توجه به جنبه‌های ظاهری و غیرمعنوی می‌تواند موجب انحراف جوامع و افراد از ارزش‌های اصلی انسانی و معنوی شود. به طور خاص، در متن ورودی، به تکیه بر مکان‌ها و جلوه‌های ناپایدار که فاقد عمق معنوی هستند، اشاره شده که می‌تواند مانع از ایجاد انگیزه و ترغیب به تلاش برای بهبود و تعالی اجتماعی گردد. </w:t>
              <w:br/>
              <w:br/>
              <w:t xml:space="preserve">2. **تظاهر به تفاوت**: این مفهوم به شگردهایی اشاره دارد که بر پایه‌ی تمایز صرف و غیرواقعی شکل می‌گیرد. در اینگونه رفتارها، افراد یا نهادها ممکن است به‌جای ایجاد ارتباطات مؤثر و معنادار، بر ویژگی‌های سطحی و ظاهری تأکید کنند. این رفتار می‌تواند به کاهش امکان هدایت و راهنمایی دیگران منجر شود و در نتیجه از تحقق پتانسیل‌های فردی و اجتماعی جلوگیری کند. </w:t>
              <w:br/>
              <w:br/>
              <w:t>مجموعاً، این معیار می‌تواند به سنجش فعالیت‌ها و متن‌ها کمک کند تا ارزیابی دقیق‌تری از رویکردهای غیر الهام بخش و نسبت به ویژگی‌های تظاهر به تفاوت در جامعه و سازمان‌ها به دست آید.</w:t>
            </w:r>
          </w:p>
        </w:tc>
      </w:tr>
      <w:tr>
        <w:tc>
          <w:tcPr>
            <w:tcW w:type="dxa" w:w="4320"/>
          </w:tcPr>
          <w:p>
            <w:r>
              <w:t>معیار اصلی: نگاه عبرت آمیز و تفکیک نکات مثبت و منفی، تجربه نگاری و ارتقای تجارب، ارتقای آگاهی عمومی از تاریخ‌مندی زندگی و ریشه‌های وضعیت کنونی</w:t>
              <w:br/>
              <w:t xml:space="preserve">توضیحات برگرفته از منابع: </w:t>
              <w:br/>
              <w:t>منبع: بیانات در دیدار مردم مشهد و زائران حضرت علی بن موسی الرضا(ع) در صحن حضرت امام خمینی</w:t>
              <w:br/>
              <w:t>متن: حالا یك نفر هم پیدا می‌شود كه از سرِ اشتباه و ندانم‏كاری، به جای مرقد امام رضا و مرقد امام بزرگوار و مرقد حضرت معصومه و مراسم معنوی، تخت‏جمشید را زنده می‏كند! البته تخت‏جمشید، یك اثر معماری است؛ انسان، اثر معماری را تحسین می‏كند و چون متعلّق به ما و مال ایرانی‏هاست، به آن افتخار هم می‏كند؛ اما این غیر از آن است كه ما دلها و ذهنها و جانهای مردم را متوجّه به نقطه‏ای كنیم كه در آن خبری از معنویت نیست، بلكه نشانه‏ی طاغوتی‏گری است! در همان ساختمانها كه امروز بعد از گذشت یكی دوهزار سال، ویران است، زمانی به مناسبت همین روز نوروز، خدا می‏داند كه چقدر بی‏گناه، در مقابل تخت طاغوتهای زمان به قتل می‏رسیدند و چقدر دلها ناكام می‏شدند! این افتخاری ندارد</w:t>
              <w:br/>
              <w:br/>
              <w:t>معیار معکوس : گذشته پرستی یا نفی گذشته و بیگانه پرستی</w:t>
            </w:r>
          </w:p>
        </w:tc>
        <w:tc>
          <w:tcPr>
            <w:tcW w:type="dxa" w:w="4320"/>
          </w:tcPr>
          <w:p>
            <w:r>
              <w:t>**معیار برای تشخیص:** گذشته‌پرستی یا نفی گذشته و بیگانه‌پرستی</w:t>
              <w:br/>
              <w:br/>
              <w:t>**توضیحات معیار:**</w:t>
              <w:br/>
              <w:t>1. **گذشته‌پرستی:** این مفهوم به نوعی تعلق خاطر به تاریخ و فرهنگ گذشته اشاره دارد که ممکن است منجر به عدم توجه به تحقق و پیشرفت‌های کنونی یا آینده شود. در این وضعیت، افراد یا جوامع بر ارزش‌ها و نمادهای گذشته تأکید می‌کنند و به مرور زمان فراموش می‌کنند که تجربه‌ها و یادگیری از تاریخ باید جنبه‌های مثبت و منفی را در خود داشته باشد.</w:t>
              <w:br/>
              <w:br/>
              <w:t>2. **نفی گذشته:** این ویژگی به عدم احترام به ریشه‌ها و تاریخ یک ملت یا جامعه اشاره دارد. در این رویکرد، ممکن است افراد تاریخ و تجربیات گذشته را نادیده بگیرند و به آنچه که بیگانه محسوب می‌شود، بهای بیشتری دهند. این عدم توجه به تجربیات گذشته می‌تواند دیدگاه افرادی را شکل دهد که ارتقاء اجتماعی و فرهنگی را تحت‌الشعاع قرار می‌دهد.</w:t>
              <w:br/>
              <w:br/>
              <w:t>3. **بیگانه‌پرستی:** به معنای ارجحیت دادن به ارزش‌ها و فرهنگ‌های غیرمحلی نسبت به فرهنگ خودی است. این رفتار ممکن است موجب از دست رفتن هویت فرهنگی و عدم آگاهی از ریشه‌ها و تاریخ‌های بومی شود و در نهایت به منزوی شدن از تجربیات و واقعیات تاریخی ختم شود. این جنبه می‌تواند مانع از توسعه فرهنگی و اجتماعی شود، زیرا افراد از منابع غنی خود غافل می‌مانند.</w:t>
              <w:br/>
              <w:br/>
              <w:t>4. **عدم توجه به تاریخ‌مندی زندگی:** این ویژگی به معنی نادیده گرفتن روند تحولات اجتماعی و فرهنگی در طول زمان است. فهم تاریخ می‌تواند به افراد کمک کند تا وضعیت کنونی خود را در بستر تاریخی بهتر درک کنند، و عدم تحقق این نکته می‌تواند منجر به سطوح پایین‌تر از درک اجتماعی و فرهنگی شود.</w:t>
            </w:r>
          </w:p>
        </w:tc>
      </w:tr>
      <w:tr>
        <w:tc>
          <w:tcPr>
            <w:tcW w:type="dxa" w:w="4320"/>
          </w:tcPr>
          <w:p>
            <w:r>
              <w:t>معیار اصلی: حفظ تنوع زیستی ذخایر ژنتیک و تلاش برای بهبود قاعده مند و با قابلیت تکثیر این ذخایر در بدنه اجتماعی</w:t>
              <w:br/>
              <w:t xml:space="preserve">توضیحات برگرفته از منابع: </w:t>
              <w:br/>
              <w:t>منبع: بیانات در دیدار کشاورزان</w:t>
              <w:br/>
              <w:t>متن: امنیت غذایی برای کشور ما خیلی مهم است... ما همان کشوری هستیم که در دوران طاغوت، پایه‌ی کشاورزی ما را متزلزل کردند، برای این که ما را وابسته کنند؛ برای این که بازار برای گندم خودشان و بقیه‌ی محصولات کشاورزی دیگران - بیگانگان - درست کنند. با این افزایش جمعیت - امروز کشورمان بیش از دو برابر اول انقلاب جمعیت دارد - اگر بنا بود ما مثل آن روزِ آنها از نظر گندم محتاج بیگانگان باشیم، برای هر تن گندمی که به ما میدادند، یک منت سنگین، یک بار سنگینِ تحقیر بر روی دوش این ملت سوار میشد؛ هر وقت هم که مایل بودند، میتوانستند این را قطع کنند؛ اما ملت ما در گندم به خودکفایی رسید. عین همین قضیه باید در بقیه‌ی محصولات مهم و اساسی غذایی به وجود بیاید؛ در برنج، در روغن، در گوشت، در لبنیات، که نیازهای کشور است. باید کشور به دیگران اصلاً محتاج نباشد و مردم کشور بدانند که شما قشر کشاورز و دامدار با غیرت خود، با ایمان خود، با همت خود، غذای آنها را تأمین میکنید و مردم محتاج این نیستند که از دیگران درخواست کنند؛ هم پول بدهند، هم منت بکشند، هم دایم تَه دلشان نگران باشد که اگر یک مشکلی به خاطر یک مسأله‌ی سیاسی و غیره پیش آوردند، چه کنیم. کشاورز ایرانی برای ملت ایران امنیت غذایی را تأمین میکند؛ این، افتخار بزرگی است؛ قدر خودتان را بدانید. من این را عرض میکنم برای این که در سرتاسر کشور، جوانان مناطق کشاورزی که گاهی جاذبه‌ی مشاغل دیگر آنها را به خود جذب میکند، بدانند که ارزش و کرامت و تأثیر این شغل از اکثر مشاغل دیگر، در زندگی جمعی ملت‌شان، بالاتر است و جای گسترش هم دارد.... باید امر کشاورزی را در کشور سبک نشمرند. البته صنعت هم مهم است و وقتی ما روی کشاورزی تکیه میکنیم، صنعت را نفی نمیکنیم؛ آن هم یک محور اساسی دیگری برای پیشرفت کشور است؛ اما جاذبه‌های گوناگون و زرق و برق و نام و نشان بخش‌های دیگر، مبادا اهمیت این بخش بسیار مهم را تحت‌الشعاع قرار بدهد؛ شریان اصلی زندگی جامعه، در این بخش است و زندگی واقعی و ملموس جامعه - حیات اجتماعی - در این بخش، بیشتر معنا پیدا میکند؛ چون این‌جا مسأله‌ی غذا و مسأله‌ی امنیت غذایی و مسأله‌ی استقلال ناشی از امنیت غذایی و خودکفایی مطرح است.</w:t>
              <w:br/>
              <w:br/>
              <w:t>معیار معکوس : مشابه سازی و بهینه سازی ژنتیک مبتنی بر تسلط بر چرخه بازار کشاورزی و تضمین سود سرمایه</w:t>
            </w:r>
          </w:p>
        </w:tc>
        <w:tc>
          <w:tcPr>
            <w:tcW w:type="dxa" w:w="4320"/>
          </w:tcPr>
          <w:p>
            <w:r>
              <w:t>**معیار برای تشخیص:** مشابه سازی و بهینه سازی ژنتیک مبتنی بر تسلط بر چرخه بازار کشاورزی و تضمین سود سرمایه</w:t>
              <w:br/>
              <w:br/>
              <w:t xml:space="preserve">**توضیحات معیار:**  </w:t>
              <w:br/>
              <w:t>مشابه سازی و بهینه سازی ژنتیک به معنای استفاده از روش‌هایی است که ممکن است به کاهش تنوع زیستی و وابستگی به یک گونه یا روش خاص منجر شود. تمرکز بر تسلط بر چرخه بازار کشاورزی به معنای اولویت دادن به تقاضا و تأمین سود مالی به جای تأمین نیازهای اساسی جامعه است. این رویکرد ممکن است موجب کاهش خودکفایی در تأمین منابع غذایی گردد، با افزایش وابستگی به تکنیک‌ها و فناوری‌های خارجی. همچنین، تضمین سود سرمایه به جای تأمین امنیت غذایی در اولویت قرار می‌گیرد، که به نوبه خود می‌تواند منجر به افزایش خطرات وابستگی به دقت بازارهای جهانی و ناهنجاری‌های اقتصادی شود.</w:t>
              <w:br/>
              <w:br/>
              <w:t>منابع و مفاهیم مرتبط با این معیار بدین شرح است:</w:t>
              <w:br/>
              <w:br/>
              <w:t>1. **تأمین سود مالی:** تمرکز بر منافع اقتصادی به جای تأمین نیازهای ضروری غذایی جمعیت.</w:t>
              <w:br/>
              <w:t>2. **کاهش تنوع زیستی:** کاهش و تضعیف گونه‌های مختلف گیاهی و جانوری که می‌تواند به کاهش امنیت غذایی منجر شود.</w:t>
              <w:br/>
              <w:t>3. **وابستگی به بازارهای خارجی:** افزایش نیاز به تأمین مواد غذایی از خارج، که ممکن است در شرایط بحرانی مشکلاتی را ایجاد کند.</w:t>
              <w:br/>
              <w:t>4. **کاهش خودکفایی:** عدم توجه به نیاز به تأمین غذا داخلی و افزایش وابستگی به واردات.</w:t>
              <w:br/>
              <w:t>5. **اولویت گیری بازار:** تجاری‌سازی فعالیت‌های کشاورزی بجای توجه به نسل‌های آینده و سلامت اکوسیستم.</w:t>
            </w:r>
          </w:p>
        </w:tc>
      </w:tr>
      <w:tr>
        <w:tc>
          <w:tcPr>
            <w:tcW w:type="dxa" w:w="4320"/>
          </w:tcPr>
          <w:p>
            <w:r>
              <w:t>معیار اصلی:  برقراری تعادل میان انسان و طبیعت</w:t>
              <w:br/>
              <w:t xml:space="preserve">توضیحات برگرفته از منابع: </w:t>
              <w:br/>
              <w:t>منبع: بیانات در دیدار مسئولان و فعالان محیط زیست، منابع طبیعى و فضاى سبز</w:t>
              <w:br/>
              <w:t>متن: خلاصه‌ی اهمّیّت این قضیّه عبارت است از مسئولیّت انسان در قبال طبیعت؛ باید احساس مسئولیّت کند. همچنان‌که در قبال انسانها احساس مسئولیّت میکنیم، در قبال طبیعت هم باید احساس مسئولیّت کنیم. اسلام و ادیان الهی خواسته‌اند تعادل میان انسان و طبیعت را حفظ کنند؛ این، آن هدف اساسی و اصلی است. عدم حفظ این تعادل ناشی از عواملی است که عمده‌اش خودخواهی‌های انسان است؛ قدرت‌طلبی است؛ قلدری و گردن‌کلفتی بعضی از ما انسانها است. وقتی این اتّفاق نیفتاد - یعنی این تعادل حفظ نشد - آن‌وقت بحران محیط زیست پیش می‌آید؛</w:t>
              <w:br/>
              <w:t>منبع: بیانات در دیدار مسئولان و فعالان محیط زیست، منابع طبیعى و فضاى سبز</w:t>
              <w:br/>
              <w:t>متن: همه‌ی برنامه‌های سازندگی از شهری و صحرایی و صنعتی و بقیّه‌ی طرحها، حتماً یک پیوست محیط زیستی باید داشته باشد؛ جادّه میخواهید بکشید، مشخّص باشد که تأثیرش در محیط زیست چیست؛ کارخانه میخواهد نصب بشود، باید معلوم باشد که تأثیرش در محیط زیست چیست؛ بعضی از مسائل تجاری، بعضی از نقل‌وانتقال‌ها و کارهای بازرگانی؛ اینها بایستی پیوست محیط زیست داشته باشد.</w:t>
              <w:br/>
              <w:t>منبع: بیانات در خطبه‌‌های نماز جمعه‌ تهران</w:t>
              <w:br/>
              <w:t>متن: طاغوت هم فقط پادشاهان نیستند؛ هرکدامِ از ما انسانها ممکن است در درون خودمان -خدای نکرده- یک طاغوت و یک بت تربیت کنیم و پرورش بدهیم. در مقابل خدا سرکشی کردن و خودبینی داشتن، نتیجه‌اش عبارت از رشد طغیان در انسان است. اگر این خودبینی در مقابل انسانهای دیگر باشد، نتیجه‌اش میشود نادیده گرفتن حقوق دیگران؛ تجاوز و دست‌درازی به حقوق این و آن. اگر این خودبینی در مقابل طبیعت واقع بشود، نتیجه‌اش میشود تضییع محیط طبیعی؛ یعنی آنچه که امروز به حق درباره‌ی مسئله‌ی محیط زیست در دنیا اهتمام هست. نادیده گرفتن محیط طبیعی زیست انسان هم، نتیجه‌ی طغیان، خودبینی و خودخواهی در مقابل طبیعت است. دعا ضد همه‌ی اینهاست. دعا که میکنیم، در واقع این حالت خشوع را در خود به وجود میآوریم و خودبینی و خودخواهی را در خود سرکوب میکنیم، و در نتیجه، جهان هستی و محیط زندگی انسانها از طغیان و تجاوز به حقوق و طبیعت محفوظ میماند.</w:t>
              <w:br/>
              <w:br/>
              <w:t>معیار معکوس : بر هم زدن تعادل انسان و طبیعت با خودخواهی، قدرت طلبی</w:t>
            </w:r>
          </w:p>
        </w:tc>
        <w:tc>
          <w:tcPr>
            <w:tcW w:type="dxa" w:w="4320"/>
          </w:tcPr>
          <w:p>
            <w:r>
              <w:t>**معیار برای تشخیص:** بر هم زدن تعادل انسان و طبیعت با خودخواهی و قدرت‌طلبی</w:t>
              <w:br/>
              <w:br/>
              <w:t xml:space="preserve">**توضیحات معیار:** </w:t>
              <w:br/>
              <w:t>بر هم زدن تعادل میان انسان و طبیعت به معنای نادیده گرفتن مسئولیت‌های انسانی در قبال محیط زیست و تجاوز به حقوق دیگران است. برخی از عناصر کلیدی در این چارچوب عبارتند از:</w:t>
              <w:br/>
              <w:br/>
              <w:t>1. **خودخواهی:** این ویژگی به تمایل فرد برای تأمین منافع شخصی خود به قیمت آسیب رساندن به محیط زیست و دیگر موجودات اشاره دارد. در بسیاری از موارد، انتخاب‌های خودخواهانه می‌تواند به تخریب منابع طبیعی و بر هم زدن توازن اکولوژیکی منجر شود.</w:t>
              <w:br/>
              <w:br/>
              <w:t>2. **قدرت‌طلبی:** نوعی از رفتار که در آن شخص به دنبال جمع‌آوری و حفظ قدرت بیشتری است، که ممکن است به هزینه حقوق دیگران و همچنین کیفیت زندگی در محیط زیست منجر شود. قدرت‌طلبی می‌تواند در مدیریت نادرست منابع طبیعی و ایجاد بحران‌های محیط‌زیستی نقش داشته باشد.</w:t>
              <w:br/>
              <w:br/>
              <w:t>3. **عدم رعایت پیوست‌های محیط‌زیستی:** وقتی برنامه‌های توسعه و فعالیت‌های اقتصادی بدون در نظر گرفتن تأثیرات محیط‌زیستی آن‌ها اجرا شوند، این امر می‌تواند موجب بروز مشکلات جدی در زمینه حفظ تعادل میان انسان و طبیعت شود.</w:t>
              <w:br/>
              <w:br/>
              <w:t>4. **خودبینی:** تفسیر خودبینی به عنوان یک مانع جدی در حفظ تعادل میان انسان و طبیعت، که می‌تواند به نادیده گرفتن حقوق دیگران و تضییع محیط طبیعی منتهی شود، حائز اهمیت است.</w:t>
              <w:br/>
              <w:br/>
              <w:t>5. **نفرت از همکاری:** از بین بردن پیوندهای مثبت و همکارانه میان انسان و طبیعت، که بر اثر رفتارهای خودخواهانه و قدرت‌طلبانه تحقق می‌یابد، می‌تواند به آسیب‌دیدگی جدی در محیط زیست منجر گردد.</w:t>
              <w:br/>
              <w:br/>
              <w:t>این معیار می‌تواند به عنوان ابزار مفیدی برای ارزیابی متون و عملکردهای مرتبط با مدیریت محیط زیست و رفتارهای انسانی مورد استفاده قرار گیرد.</w:t>
            </w:r>
          </w:p>
        </w:tc>
      </w:tr>
      <w:tr>
        <w:tc>
          <w:tcPr>
            <w:tcW w:type="dxa" w:w="4320"/>
          </w:tcPr>
          <w:p>
            <w:r>
              <w:t>معیار اصلی: فرهنگی بودن، استقلال معیشت و هویت مردم منطقه از گردشگران</w:t>
              <w:br/>
              <w:t xml:space="preserve">توضیحات برگرفته از منابع: </w:t>
              <w:br/>
              <w:t>منبع: بیانات در دیدار مردم مشهد و زائران حضرت علی بن موسی الرضا(ع) در صحن حضرت امام خمینی</w:t>
              <w:br/>
              <w:t>متن: حالا یك نفر هم پیدا می‌شود كه از سرِ اشتباه و ندانم‏كاری، به جای مرقد امام رضا و مرقد امام بزرگوار و مرقد حضرت معصومه و مراسم معنوی، تخت‏جمشید را زنده می‏كند! البته تخت‏جمشید، یك اثر معماری است؛ انسان، اثر معماری را تحسین می‏كند و چون متعلّق به ما و مال ایرانی‏هاست، به آن افتخار هم می‏كند؛ اما این غیر از آن است كه ما دلها و ذهنها و جانهای مردم را متوجّه به نقطه‏ای كنیم كه در آن خبری از معنویت نیست، بلكه نشانه‏ی طاغوتی‏گری است! در همان ساختمانها كه امروز بعد از گذشت یكی دوهزار سال، ویران است، زمانی به مناسبت همین روز نوروز، خدا می‏داند كه چقدر بی‏گناه، در مقابل تخت طاغوتهای زمان به قتل می‏رسیدند و چقدر دلها ناكام می‏شدند! این افتخاری ندارد</w:t>
              <w:br/>
              <w:br/>
              <w:t>معیار معکوس : اقتصادی بودن مساله توریسم</w:t>
            </w:r>
          </w:p>
        </w:tc>
        <w:tc>
          <w:tcPr>
            <w:tcW w:type="dxa" w:w="4320"/>
          </w:tcPr>
          <w:p>
            <w:r>
              <w:t>**معیار برای تشخیص:** اقتصادی بودن مساله توریسم</w:t>
              <w:br/>
              <w:br/>
              <w:t xml:space="preserve">**توضیحات معیار:**  </w:t>
              <w:br/>
              <w:t>این معیار به بررسی و ارزیابی ویژگی‌های اقتصادی مرتبط با توریسم و تأثیرات آن بر فرهنگ و هویت محلی مناطق می‌پردازد. در این راستا، چندین مفهوم کلیدی قابل بررسی است:</w:t>
              <w:br/>
              <w:br/>
              <w:t>1. **اقتصادی بودن:** این مفهوم به تمرکز بر درآمدزایی و سودآوری حاصل از صنعت توریسم اشاره دارد، که ممکن است به افزایش معیشت منطقه کمک کند. این رویکرد می‌تواند پیامدهایی چون تأکید بر مسائلی مانند جذب سرمایهگذاری‌ها و توسعه زیرساخت‌های گردشگری داشته باشد.</w:t>
              <w:br/>
              <w:br/>
              <w:t>2. **مساله توریسم:** این مفهوم می‌تواند به تأثیرات اجتماعی و فرهنگی ناشی از ورود گردشگران به مناطق مختلف اشاره داشته باشد. اگرچه هدف اصلی افزایش ورود گردشگران می‌تواند اقتصادی باشد، اما ممکن است این تأثیرات منجر به کاهش ارتباطات عاطفی مردم با فرهنگ و هویت محلی گردد.</w:t>
              <w:br/>
              <w:br/>
              <w:t>این معیارها می‌توانند به عنوان ابزارهایی برای تحلیل کیفی در ارزیابی متون و فعالیت‌های موجود در زمینه‌های اجتماعی و فرهنگی استفاده شوند.</w:t>
            </w:r>
          </w:p>
        </w:tc>
      </w:tr>
      <w:tr>
        <w:tc>
          <w:tcPr>
            <w:tcW w:type="dxa" w:w="4320"/>
          </w:tcPr>
          <w:p>
            <w:r>
              <w:t>معیار اصلی: * محیط مصنوع در پیوند وثیق با محیط طبیعی</w:t>
              <w:br/>
              <w:t xml:space="preserve">توضیحات برگرفته از منابع: </w:t>
              <w:br/>
              <w:t>منبع: بیانات در دیدار مسئولان و فعالان محیط زیست، منابع طبیعى و فضاى سبز</w:t>
              <w:br/>
              <w:t>متن: خلاصه‌ی اهمّیّت این قضیّه عبارت است از مسئولیّت انسان در قبال طبیعت؛ باید احساس مسئولیّت کند. همچنان‌که در قبال انسانها احساس مسئولیّت میکنیم، در قبال طبیعت هم باید احساس مسئولیّت کنیم. اسلام و ادیان الهی خواسته‌اند تعادل میان انسان و طبیعت را حفظ کنند؛ این، آن هدف اساسی و اصلی است. عدم حفظ این تعادل ناشی از عواملی است که عمده‌اش خودخواهی‌های انسان است؛ قدرت‌طلبی است؛ قلدری و گردن‌کلفتی بعضی از ما انسانها است. وقتی این اتّفاق نیفتاد - یعنی این تعادل حفظ نشد - آن‌وقت بحران محیط زیست پیش می‌آید؛</w:t>
              <w:br/>
              <w:t>منبع: بیانات در دیدار مسئولان و فعالان محیط زیست، منابع طبیعى و فضاى سبز</w:t>
              <w:br/>
              <w:t>متن: همه‌ی برنامه‌های سازندگی از شهری و صحرایی و صنعتی و بقیّه‌ی طرحها، حتماً یک پیوست محیط زیستی باید داشته باشد؛ جادّه میخواهید بکشید، مشخّص باشد که تأثیرش در محیط زیست چیست؛ کارخانه میخواهد نصب بشود، باید معلوم باشد که تأثیرش در محیط زیست چیست؛ بعضی از مسائل تجاری، بعضی از نقل‌وانتقال‌ها و کارهای بازرگانی؛ اینها بایستی پیوست محیط زیست داشته باشد.</w:t>
              <w:br/>
              <w:t>منبع: بیانات در خطبه‌‌های نماز جمعه‌ تهران</w:t>
              <w:br/>
              <w:t>متن: طاغوت هم فقط پادشاهان نیستند؛ هرکدامِ از ما انسانها ممکن است در درون خودمان -خدای نکرده- یک طاغوت و یک بت تربیت کنیم و پرورش بدهیم. در مقابل خدا سرکشی کردن و خودبینی داشتن، نتیجه‌اش عبارت از رشد طغیان در انسان است. اگر این خودبینی در مقابل انسانهای دیگر باشد، نتیجه‌اش میشود نادیده گرفتن حقوق دیگران؛ تجاوز و دست‌درازی به حقوق این و آن. اگر این خودبینی در مقابل طبیعت واقع بشود، نتیجه‌اش میشود تضییع محیط طبیعی؛ یعنی آنچه که امروز به حق درباره‌ی مسئله‌ی محیط زیست در دنیا اهتمام هست. نادیده گرفتن محیط طبیعی زیست انسان هم، نتیجه‌ی طغیان، خودبینی و خودخواهی در مقابل طبیعت است. دعا ضد همه‌ی اینهاست. دعا که میکنیم، در واقع این حالت خشوع را در خود به وجود میآوریم و خودبینی و خودخواهی را در خود سرکوب میکنیم، و در نتیجه، جهان هستی و محیط زندگی انسانها از طغیان و تجاوز به حقوق و طبیعت محفوظ میماند.</w:t>
              <w:br/>
              <w:br/>
              <w:t>معیار معکوس : * محیط مصنوع و طبیعی تفکیک شده و مجزا</w:t>
            </w:r>
          </w:p>
        </w:tc>
        <w:tc>
          <w:tcPr>
            <w:tcW w:type="dxa" w:w="4320"/>
          </w:tcPr>
          <w:p>
            <w:r>
              <w:t>**معیار برای تشخیص:** *محیط مصنوع و طبیعی تفکیک شده و مجزا*</w:t>
              <w:br/>
              <w:br/>
              <w:t xml:space="preserve">**توضیحات معیار:** </w:t>
              <w:br/>
              <w:t>برای ارزیابی محیط مصنوع در پیوند وثیق با محیط طبیعی، مفاهیم زیر اهمیت دارند و می‌توانند به عنوان ابزارهای قابل سنجش استفاده شوند:</w:t>
              <w:br/>
              <w:br/>
              <w:t>1. **عدم مسئولیت‌پذیری نسبت به طبیعت:** در شرایطی که محیط مصنوع به‌طور مستقل از محیط طبیعی برنامه‌ریزی و اجرایی می‌شود، احساس مسئولیت انسان نسبت به محیط زیست نادیده گرفته می‌شود. این وضعیت، به عدم احترام و حفاظت از منابع طبیعی منجر می‌گردد.</w:t>
              <w:br/>
              <w:br/>
              <w:t>2. **عدم حفظ تعادل:** در این حالت، برنامه‌ریزی‌ها و پروژه‌ها به گونه‌ای طراحی می‌شوند که تعادل میان محیط مصنوع و طبیعی برقرار نمی‌گردد. این عدم تعادل می‌تواند به بحران‌های زیست‌محیطی و نقض حقوق دیگران منتهی شود.</w:t>
              <w:br/>
              <w:br/>
              <w:t>3. **عدم پیوست محیط زیستی:** طرح‌ها و برنامه‌های اجرایی، از جمله ساخت‌وسازها و تأسیسات صنعتی، فاقد ارزیابی تأثیرات بر محیط طبیعی هستند. این شرایط می‌تواند به تصمیم‌گیری‌های ناآگاهانه و غیرمسئولانه منجر گردد.</w:t>
              <w:br/>
              <w:br/>
              <w:t>4. **عدم آگاهی و احترام به حقوق دیگران:** در این وضعیت، خودبینی و خودخواهی در تعامل با دیگران و طبیعت حکم‌فرما می‌شود. این به معنای نادیده گرفتن حقوق دیگران و فراموشی مسئولیت در برابر محیط طبیعی است که می‌تواند به تضییع محیط زیست بیانجامد.</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